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E20DA8" w:rsidRDefault="00000000" w14:paraId="74026556" w14:textId="77777777">
      <w:pPr>
        <w:jc w:val="center"/>
      </w:pPr>
      <w:r>
        <w:rPr>
          <w:noProof/>
        </w:rPr>
        <w:drawing>
          <wp:anchor distT="0" distB="0" distL="114300" distR="114300" simplePos="0" relativeHeight="251658240" behindDoc="0" locked="0" layoutInCell="1" allowOverlap="1" wp14:anchorId="16F537F4" wp14:editId="08524E68">
            <wp:simplePos x="0" y="0"/>
            <wp:positionH relativeFrom="column">
              <wp:posOffset>1968335</wp:posOffset>
            </wp:positionH>
            <wp:positionV relativeFrom="paragraph">
              <wp:posOffset>-495</wp:posOffset>
            </wp:positionV>
            <wp:extent cx="1554480" cy="1554480"/>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brook_logo.png"/>
                    <pic:cNvPicPr/>
                  </pic:nvPicPr>
                  <pic:blipFill>
                    <a:blip r:embed="rId8"/>
                    <a:stretch>
                      <a:fillRect/>
                    </a:stretch>
                  </pic:blipFill>
                  <pic:spPr>
                    <a:xfrm>
                      <a:off x="0" y="0"/>
                      <a:ext cx="1554480" cy="1554480"/>
                    </a:xfrm>
                    <a:prstGeom prst="rect">
                      <a:avLst/>
                    </a:prstGeom>
                  </pic:spPr>
                </pic:pic>
              </a:graphicData>
            </a:graphic>
          </wp:anchor>
        </w:drawing>
      </w:r>
    </w:p>
    <w:p w:rsidR="00037EF5" w:rsidRDefault="00037EF5" w14:paraId="23B66C2E" w14:textId="77777777">
      <w:pPr>
        <w:rPr>
          <w:rFonts w:ascii="Century Gothic" w:hAnsi="Century Gothic"/>
          <w:b/>
          <w:color w:val="4F6228"/>
          <w:sz w:val="32"/>
        </w:rPr>
      </w:pPr>
    </w:p>
    <w:p w:rsidR="00037EF5" w:rsidRDefault="00037EF5" w14:paraId="26EC9946" w14:textId="77777777">
      <w:pPr>
        <w:rPr>
          <w:rFonts w:ascii="Century Gothic" w:hAnsi="Century Gothic"/>
          <w:b/>
          <w:color w:val="4F6228"/>
          <w:sz w:val="32"/>
        </w:rPr>
      </w:pPr>
    </w:p>
    <w:p w:rsidR="00037EF5" w:rsidRDefault="00037EF5" w14:paraId="4A4C663C" w14:textId="77777777">
      <w:pPr>
        <w:rPr>
          <w:rFonts w:ascii="Century Gothic" w:hAnsi="Century Gothic"/>
          <w:b/>
          <w:color w:val="4F6228"/>
          <w:sz w:val="32"/>
        </w:rPr>
      </w:pPr>
    </w:p>
    <w:p w:rsidRPr="00C93F81" w:rsidR="00E20DA8" w:rsidP="00037EF5" w:rsidRDefault="00000000" w14:paraId="1AF68875" w14:textId="5DC0D8DC">
      <w:pPr>
        <w:jc w:val="center"/>
        <w:rPr>
          <w:rFonts w:ascii="Century Gothic" w:hAnsi="Century Gothic"/>
        </w:rPr>
      </w:pPr>
      <w:r w:rsidRPr="00C93F81">
        <w:rPr>
          <w:rFonts w:ascii="Century Gothic" w:hAnsi="Century Gothic"/>
          <w:b/>
          <w:color w:val="4F6228"/>
          <w:sz w:val="32"/>
        </w:rPr>
        <w:t>Homebrook Foundations Provision Referral Form</w:t>
      </w:r>
    </w:p>
    <w:p w:rsidRPr="00037EF5" w:rsidR="00E20DA8" w:rsidP="00037EF5" w:rsidRDefault="00000000" w14:paraId="7EDDBFD9" w14:textId="77777777">
      <w:pPr>
        <w:jc w:val="center"/>
        <w:rPr>
          <w:rFonts w:ascii="Century Gothic" w:hAnsi="Century Gothic"/>
          <w:b/>
          <w:bCs/>
        </w:rPr>
      </w:pPr>
      <w:r w:rsidRPr="00037EF5">
        <w:rPr>
          <w:rFonts w:ascii="Century Gothic" w:hAnsi="Century Gothic"/>
          <w:b/>
          <w:bCs/>
        </w:rPr>
        <w:t xml:space="preserve">For completion by Local Authorities, Schools, SEND professionals, </w:t>
      </w:r>
      <w:proofErr w:type="gramStart"/>
      <w:r w:rsidRPr="00037EF5">
        <w:rPr>
          <w:rFonts w:ascii="Century Gothic" w:hAnsi="Century Gothic"/>
          <w:b/>
          <w:bCs/>
        </w:rPr>
        <w:t>Independent</w:t>
      </w:r>
      <w:proofErr w:type="gramEnd"/>
      <w:r w:rsidRPr="00037EF5">
        <w:rPr>
          <w:rFonts w:ascii="Century Gothic" w:hAnsi="Century Gothic"/>
          <w:b/>
          <w:bCs/>
        </w:rPr>
        <w:t xml:space="preserve"> professionals, and Parents or Carers.</w:t>
      </w:r>
    </w:p>
    <w:p w:rsidR="00C93F81" w:rsidRDefault="00037EF5" w14:paraId="6485DC33" w14:textId="35D27C30">
      <w:pPr>
        <w:rPr>
          <w:rFonts w:ascii="Century Gothic" w:hAnsi="Century Gothic"/>
          <w:b/>
          <w:color w:val="4F6228"/>
          <w:sz w:val="26"/>
        </w:rPr>
      </w:pPr>
      <w:r w:rsidRPr="00037EF5">
        <w:rPr>
          <w:rFonts w:ascii="Century Gothic" w:hAnsi="Century Gothic"/>
          <w:b/>
          <w:noProof/>
          <w:color w:val="4F6228"/>
          <w:sz w:val="26"/>
        </w:rPr>
        <mc:AlternateContent>
          <mc:Choice Requires="wps">
            <w:drawing>
              <wp:anchor distT="45720" distB="45720" distL="114300" distR="114300" simplePos="0" relativeHeight="251660288" behindDoc="0" locked="0" layoutInCell="1" allowOverlap="1" wp14:anchorId="415D0C32" wp14:editId="51BA6057">
                <wp:simplePos x="0" y="0"/>
                <wp:positionH relativeFrom="column">
                  <wp:posOffset>340995</wp:posOffset>
                </wp:positionH>
                <wp:positionV relativeFrom="paragraph">
                  <wp:posOffset>291465</wp:posOffset>
                </wp:positionV>
                <wp:extent cx="5153660" cy="1508125"/>
                <wp:effectExtent l="0" t="0" r="27940" b="15875"/>
                <wp:wrapThrough wrapText="bothSides">
                  <wp:wrapPolygon edited="0">
                    <wp:start x="559" y="0"/>
                    <wp:lineTo x="0" y="1364"/>
                    <wp:lineTo x="0" y="19917"/>
                    <wp:lineTo x="479" y="21555"/>
                    <wp:lineTo x="21158" y="21555"/>
                    <wp:lineTo x="21637" y="19917"/>
                    <wp:lineTo x="21637" y="1364"/>
                    <wp:lineTo x="21078" y="0"/>
                    <wp:lineTo x="559"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660" cy="1508125"/>
                        </a:xfrm>
                        <a:prstGeom prst="roundRect">
                          <a:avLst/>
                        </a:prstGeom>
                        <a:solidFill>
                          <a:schemeClr val="bg2"/>
                        </a:solidFill>
                        <a:ln w="9525">
                          <a:solidFill>
                            <a:srgbClr val="000000"/>
                          </a:solidFill>
                          <a:miter lim="800000"/>
                          <a:headEnd/>
                          <a:tailEnd/>
                        </a:ln>
                      </wps:spPr>
                      <wps:txbx>
                        <w:txbxContent>
                          <w:p w:rsidRPr="00037EF5" w:rsidR="00037EF5" w:rsidP="00037EF5" w:rsidRDefault="00037EF5" w14:paraId="7A9D2800" w14:textId="77777777">
                            <w:pPr>
                              <w:jc w:val="center"/>
                              <w:rPr>
                                <w:rFonts w:ascii="Century Gothic" w:hAnsi="Century Gothic"/>
                                <w:b/>
                                <w:bCs/>
                                <w:color w:val="4F6228"/>
                                <w:szCs w:val="16"/>
                                <w:lang w:val="en-GB"/>
                              </w:rPr>
                            </w:pPr>
                            <w:r w:rsidRPr="00037EF5">
                              <w:rPr>
                                <w:rFonts w:ascii="Century Gothic" w:hAnsi="Century Gothic"/>
                                <w:b/>
                                <w:bCs/>
                                <w:color w:val="4F6228"/>
                                <w:szCs w:val="16"/>
                                <w:lang w:val="en-GB"/>
                              </w:rPr>
                              <w:t>DOCUMENT PURPOSE</w:t>
                            </w:r>
                          </w:p>
                          <w:p w:rsidRPr="00037EF5" w:rsidR="00037EF5" w:rsidP="00037EF5" w:rsidRDefault="00037EF5" w14:paraId="7A14928A" w14:textId="77777777">
                            <w:pPr>
                              <w:jc w:val="center"/>
                              <w:rPr>
                                <w:rFonts w:ascii="Century Gothic" w:hAnsi="Century Gothic"/>
                                <w:b/>
                                <w:color w:val="4F6228"/>
                                <w:szCs w:val="16"/>
                                <w:lang w:val="en-GB"/>
                              </w:rPr>
                            </w:pPr>
                            <w:r w:rsidRPr="00037EF5">
                              <w:rPr>
                                <w:rFonts w:ascii="Century Gothic" w:hAnsi="Century Gothic"/>
                                <w:b/>
                                <w:color w:val="4F6228"/>
                                <w:szCs w:val="16"/>
                                <w:lang w:val="en-GB"/>
                              </w:rPr>
                              <w:t>The form is designed to gather sufficient information for Homebrook Woods to determine whether a child may benefit from a personalised Foundations Provision package.</w:t>
                            </w:r>
                          </w:p>
                          <w:p w:rsidRPr="00037EF5" w:rsidR="00037EF5" w:rsidP="00037EF5" w:rsidRDefault="00037EF5" w14:paraId="0246B2CB" w14:textId="77777777">
                            <w:pPr>
                              <w:jc w:val="center"/>
                              <w:rPr>
                                <w:rFonts w:ascii="Century Gothic" w:hAnsi="Century Gothic"/>
                                <w:b/>
                                <w:color w:val="4F6228"/>
                                <w:szCs w:val="16"/>
                                <w:lang w:val="en-GB"/>
                              </w:rPr>
                            </w:pPr>
                            <w:r w:rsidRPr="00037EF5">
                              <w:rPr>
                                <w:rFonts w:ascii="Century Gothic" w:hAnsi="Century Gothic"/>
                                <w:b/>
                                <w:color w:val="4F6228"/>
                                <w:szCs w:val="16"/>
                                <w:lang w:val="en-GB"/>
                              </w:rPr>
                              <w:t xml:space="preserve">It is </w:t>
                            </w:r>
                            <w:r w:rsidRPr="00037EF5">
                              <w:rPr>
                                <w:rFonts w:ascii="Century Gothic" w:hAnsi="Century Gothic"/>
                                <w:b/>
                                <w:bCs/>
                                <w:color w:val="4F6228"/>
                                <w:szCs w:val="16"/>
                                <w:lang w:val="en-GB"/>
                              </w:rPr>
                              <w:t>not</w:t>
                            </w:r>
                            <w:r w:rsidRPr="00037EF5">
                              <w:rPr>
                                <w:rFonts w:ascii="Century Gothic" w:hAnsi="Century Gothic"/>
                                <w:b/>
                                <w:color w:val="4F6228"/>
                                <w:szCs w:val="16"/>
                                <w:lang w:val="en-GB"/>
                              </w:rPr>
                              <w:t xml:space="preserve"> an admissions application for a permanent school placement.</w:t>
                            </w:r>
                          </w:p>
                          <w:p w:rsidR="00037EF5" w:rsidRDefault="00037EF5" w14:paraId="243C942C" w14:textId="46F686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C56D46E">
              <v:roundrect id="Text Box 2" style="position:absolute;margin-left:26.85pt;margin-top:22.95pt;width:405.8pt;height:118.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color="#eeece1 [3214]" arcsize="10923f" w14:anchorId="415D0C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">
                <v:stroke joinstyle="miter"/>
                <v:textbox>
                  <w:txbxContent>
                    <w:p w:rsidRPr="00037EF5" w:rsidR="00037EF5" w:rsidP="00037EF5" w:rsidRDefault="00037EF5" w14:paraId="02C052B9" w14:textId="77777777">
                      <w:pPr>
                        <w:jc w:val="center"/>
                        <w:rPr>
                          <w:rFonts w:ascii="Century Gothic" w:hAnsi="Century Gothic"/>
                          <w:b/>
                          <w:bCs/>
                          <w:color w:val="4F6228"/>
                          <w:szCs w:val="16"/>
                          <w:lang w:val="en-GB"/>
                        </w:rPr>
                      </w:pPr>
                      <w:r w:rsidRPr="00037EF5">
                        <w:rPr>
                          <w:rFonts w:ascii="Century Gothic" w:hAnsi="Century Gothic"/>
                          <w:b/>
                          <w:bCs/>
                          <w:color w:val="4F6228"/>
                          <w:szCs w:val="16"/>
                          <w:lang w:val="en-GB"/>
                        </w:rPr>
                        <w:t>DOCUMENT PURPOSE</w:t>
                      </w:r>
                    </w:p>
                    <w:p w:rsidRPr="00037EF5" w:rsidR="00037EF5" w:rsidP="00037EF5" w:rsidRDefault="00037EF5" w14:paraId="4851F457" w14:textId="77777777">
                      <w:pPr>
                        <w:jc w:val="center"/>
                        <w:rPr>
                          <w:rFonts w:ascii="Century Gothic" w:hAnsi="Century Gothic"/>
                          <w:b/>
                          <w:color w:val="4F6228"/>
                          <w:szCs w:val="16"/>
                          <w:lang w:val="en-GB"/>
                        </w:rPr>
                      </w:pPr>
                      <w:r w:rsidRPr="00037EF5">
                        <w:rPr>
                          <w:rFonts w:ascii="Century Gothic" w:hAnsi="Century Gothic"/>
                          <w:b/>
                          <w:color w:val="4F6228"/>
                          <w:szCs w:val="16"/>
                          <w:lang w:val="en-GB"/>
                        </w:rPr>
                        <w:t>The form is designed to gather sufficient information for Homebrook Woods to determine whether a child may benefit from a personalised Foundations Provision package.</w:t>
                      </w:r>
                    </w:p>
                    <w:p w:rsidRPr="00037EF5" w:rsidR="00037EF5" w:rsidP="00037EF5" w:rsidRDefault="00037EF5" w14:paraId="7208FC6F" w14:textId="77777777">
                      <w:pPr>
                        <w:jc w:val="center"/>
                        <w:rPr>
                          <w:rFonts w:ascii="Century Gothic" w:hAnsi="Century Gothic"/>
                          <w:b/>
                          <w:color w:val="4F6228"/>
                          <w:szCs w:val="16"/>
                          <w:lang w:val="en-GB"/>
                        </w:rPr>
                      </w:pPr>
                      <w:r w:rsidRPr="00037EF5">
                        <w:rPr>
                          <w:rFonts w:ascii="Century Gothic" w:hAnsi="Century Gothic"/>
                          <w:b/>
                          <w:color w:val="4F6228"/>
                          <w:szCs w:val="16"/>
                          <w:lang w:val="en-GB"/>
                        </w:rPr>
                        <w:t xml:space="preserve">It is </w:t>
                      </w:r>
                      <w:r w:rsidRPr="00037EF5">
                        <w:rPr>
                          <w:rFonts w:ascii="Century Gothic" w:hAnsi="Century Gothic"/>
                          <w:b/>
                          <w:bCs/>
                          <w:color w:val="4F6228"/>
                          <w:szCs w:val="16"/>
                          <w:lang w:val="en-GB"/>
                        </w:rPr>
                        <w:t>not</w:t>
                      </w:r>
                      <w:r w:rsidRPr="00037EF5">
                        <w:rPr>
                          <w:rFonts w:ascii="Century Gothic" w:hAnsi="Century Gothic"/>
                          <w:b/>
                          <w:color w:val="4F6228"/>
                          <w:szCs w:val="16"/>
                          <w:lang w:val="en-GB"/>
                        </w:rPr>
                        <w:t xml:space="preserve"> an admissions application for a permanent school placement.</w:t>
                      </w:r>
                    </w:p>
                    <w:p w:rsidR="00037EF5" w:rsidRDefault="00037EF5" w14:paraId="672A6659" w14:textId="46F686C6"/>
                  </w:txbxContent>
                </v:textbox>
                <w10:wrap type="through"/>
              </v:roundrect>
            </w:pict>
          </mc:Fallback>
        </mc:AlternateContent>
      </w:r>
    </w:p>
    <w:p w:rsidR="00C93F81" w:rsidRDefault="0037275E" w14:paraId="63EB459B" w14:textId="1AECB7B9">
      <w:pPr>
        <w:rPr>
          <w:rFonts w:ascii="Century Gothic" w:hAnsi="Century Gothic"/>
          <w:b/>
          <w:color w:val="4F6228"/>
          <w:sz w:val="26"/>
        </w:rPr>
      </w:pPr>
      <w:r w:rsidRPr="0037275E">
        <w:rPr>
          <w:rFonts w:ascii="Century Gothic" w:hAnsi="Century Gothic"/>
          <w:b/>
          <w:noProof/>
          <w:color w:val="4F6228"/>
          <w:sz w:val="26"/>
        </w:rPr>
        <mc:AlternateContent>
          <mc:Choice Requires="wps">
            <w:drawing>
              <wp:anchor distT="45720" distB="45720" distL="114300" distR="114300" simplePos="0" relativeHeight="251664384" behindDoc="0" locked="0" layoutInCell="1" allowOverlap="1" wp14:anchorId="0C3B5277" wp14:editId="522AB65B">
                <wp:simplePos x="0" y="0"/>
                <wp:positionH relativeFrom="column">
                  <wp:posOffset>-435634</wp:posOffset>
                </wp:positionH>
                <wp:positionV relativeFrom="paragraph">
                  <wp:posOffset>1814662</wp:posOffset>
                </wp:positionV>
                <wp:extent cx="6538595" cy="3692106"/>
                <wp:effectExtent l="0" t="0" r="14605" b="22860"/>
                <wp:wrapSquare wrapText="bothSides"/>
                <wp:docPr id="1721545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8595" cy="3692106"/>
                        </a:xfrm>
                        <a:prstGeom prst="roundRect">
                          <a:avLst/>
                        </a:prstGeom>
                        <a:solidFill>
                          <a:schemeClr val="bg2"/>
                        </a:solidFill>
                        <a:ln w="9525">
                          <a:solidFill>
                            <a:srgbClr val="000000"/>
                          </a:solidFill>
                          <a:miter lim="800000"/>
                          <a:headEnd/>
                          <a:tailEnd/>
                        </a:ln>
                      </wps:spPr>
                      <wps:txbx>
                        <w:txbxContent>
                          <w:p w:rsidRPr="0037275E" w:rsidR="0037275E" w:rsidP="0037275E" w:rsidRDefault="0037275E" w14:paraId="2F839BBF" w14:textId="77777777">
                            <w:pPr>
                              <w:spacing w:before="100" w:beforeAutospacing="1" w:after="100" w:afterAutospacing="1" w:line="240" w:lineRule="auto"/>
                              <w:jc w:val="center"/>
                              <w:outlineLvl w:val="1"/>
                              <w:rPr>
                                <w:rFonts w:ascii="Century Gothic" w:hAnsi="Century Gothic" w:eastAsia="Times New Roman" w:cs="Times New Roman"/>
                                <w:b/>
                                <w:bCs/>
                                <w:color w:val="4F6228" w:themeColor="accent3" w:themeShade="80"/>
                                <w:sz w:val="28"/>
                                <w:szCs w:val="28"/>
                                <w:lang w:val="en-GB" w:eastAsia="en-GB"/>
                              </w:rPr>
                            </w:pPr>
                            <w:r w:rsidRPr="0037275E">
                              <w:rPr>
                                <w:rFonts w:ascii="Century Gothic" w:hAnsi="Century Gothic" w:eastAsia="Times New Roman" w:cs="Times New Roman"/>
                                <w:b/>
                                <w:bCs/>
                                <w:color w:val="4F6228" w:themeColor="accent3" w:themeShade="80"/>
                                <w:sz w:val="28"/>
                                <w:szCs w:val="28"/>
                                <w:lang w:val="en-GB" w:eastAsia="en-GB"/>
                              </w:rPr>
                              <w:t>Completing this Referral Form</w:t>
                            </w:r>
                          </w:p>
                          <w:p w:rsidRPr="0037275E" w:rsidR="0037275E" w:rsidP="0037275E" w:rsidRDefault="0037275E" w14:paraId="66FABC76" w14:textId="77777777">
                            <w:p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Please complete all sections of this form as fully as possible to help us understand the child's needs and determine whether Homebrook Woods Foundations Provision may be appropriate.</w:t>
                            </w:r>
                          </w:p>
                          <w:p w:rsidRPr="0037275E" w:rsidR="0037275E" w:rsidP="0037275E" w:rsidRDefault="0037275E" w14:paraId="3C1CDF0C"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Please </w:t>
                            </w:r>
                            <w:r w:rsidRPr="0037275E">
                              <w:rPr>
                                <w:rFonts w:ascii="Century Gothic" w:hAnsi="Century Gothic" w:eastAsia="Times New Roman" w:cs="Times New Roman"/>
                                <w:b/>
                                <w:bCs/>
                                <w:color w:val="4F6228" w:themeColor="accent3" w:themeShade="80"/>
                                <w:szCs w:val="20"/>
                                <w:lang w:val="en-GB" w:eastAsia="en-GB"/>
                              </w:rPr>
                              <w:t>type your responses</w:t>
                            </w:r>
                            <w:r w:rsidRPr="0037275E">
                              <w:rPr>
                                <w:rFonts w:ascii="Century Gothic" w:hAnsi="Century Gothic" w:eastAsia="Times New Roman" w:cs="Times New Roman"/>
                                <w:color w:val="4F6228" w:themeColor="accent3" w:themeShade="80"/>
                                <w:szCs w:val="20"/>
                                <w:lang w:val="en-GB" w:eastAsia="en-GB"/>
                              </w:rPr>
                              <w:t xml:space="preserve"> directly into the tables and text boxes provided. </w:t>
                            </w:r>
                          </w:p>
                          <w:p w:rsidRPr="0037275E" w:rsidR="0037275E" w:rsidP="0037275E" w:rsidRDefault="0037275E" w14:paraId="3AA5A394"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Where options are provided, please </w:t>
                            </w:r>
                            <w:r w:rsidRPr="0037275E">
                              <w:rPr>
                                <w:rFonts w:ascii="Century Gothic" w:hAnsi="Century Gothic" w:eastAsia="Times New Roman" w:cs="Times New Roman"/>
                                <w:b/>
                                <w:bCs/>
                                <w:color w:val="4F6228" w:themeColor="accent3" w:themeShade="80"/>
                                <w:szCs w:val="20"/>
                                <w:lang w:val="en-GB" w:eastAsia="en-GB"/>
                              </w:rPr>
                              <w:t>highlight, tick or mark the appropriate box(es)</w:t>
                            </w:r>
                            <w:r w:rsidRPr="0037275E">
                              <w:rPr>
                                <w:rFonts w:ascii="Century Gothic" w:hAnsi="Century Gothic" w:eastAsia="Times New Roman" w:cs="Times New Roman"/>
                                <w:color w:val="4F6228" w:themeColor="accent3" w:themeShade="80"/>
                                <w:szCs w:val="20"/>
                                <w:lang w:val="en-GB" w:eastAsia="en-GB"/>
                              </w:rPr>
                              <w:t xml:space="preserve">. </w:t>
                            </w:r>
                          </w:p>
                          <w:p w:rsidRPr="0037275E" w:rsidR="0037275E" w:rsidP="0037275E" w:rsidRDefault="0037275E" w14:paraId="7F8144E5"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If a question is not applicable, please enter </w:t>
                            </w:r>
                            <w:r w:rsidRPr="0037275E">
                              <w:rPr>
                                <w:rFonts w:ascii="Century Gothic" w:hAnsi="Century Gothic" w:eastAsia="Times New Roman" w:cs="Times New Roman"/>
                                <w:b/>
                                <w:bCs/>
                                <w:color w:val="4F6228" w:themeColor="accent3" w:themeShade="80"/>
                                <w:szCs w:val="20"/>
                                <w:lang w:val="en-GB" w:eastAsia="en-GB"/>
                              </w:rPr>
                              <w:t>'N/A'</w:t>
                            </w:r>
                            <w:r w:rsidRPr="0037275E">
                              <w:rPr>
                                <w:rFonts w:ascii="Century Gothic" w:hAnsi="Century Gothic" w:eastAsia="Times New Roman" w:cs="Times New Roman"/>
                                <w:color w:val="4F6228" w:themeColor="accent3" w:themeShade="80"/>
                                <w:szCs w:val="20"/>
                                <w:lang w:val="en-GB" w:eastAsia="en-GB"/>
                              </w:rPr>
                              <w:t xml:space="preserve"> rather than leaving it blank. </w:t>
                            </w:r>
                          </w:p>
                          <w:p w:rsidRPr="0037275E" w:rsidR="0037275E" w:rsidP="0037275E" w:rsidRDefault="0037275E" w14:paraId="1D3D071F"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Where information is not yet known, please state </w:t>
                            </w:r>
                            <w:r w:rsidRPr="0037275E">
                              <w:rPr>
                                <w:rFonts w:ascii="Century Gothic" w:hAnsi="Century Gothic" w:eastAsia="Times New Roman" w:cs="Times New Roman"/>
                                <w:b/>
                                <w:bCs/>
                                <w:color w:val="4F6228" w:themeColor="accent3" w:themeShade="80"/>
                                <w:szCs w:val="20"/>
                                <w:lang w:val="en-GB" w:eastAsia="en-GB"/>
                              </w:rPr>
                              <w:t>'Unknown'</w:t>
                            </w:r>
                            <w:r w:rsidRPr="0037275E">
                              <w:rPr>
                                <w:rFonts w:ascii="Century Gothic" w:hAnsi="Century Gothic" w:eastAsia="Times New Roman" w:cs="Times New Roman"/>
                                <w:color w:val="4F6228" w:themeColor="accent3" w:themeShade="80"/>
                                <w:szCs w:val="20"/>
                                <w:lang w:val="en-GB" w:eastAsia="en-GB"/>
                              </w:rPr>
                              <w:t xml:space="preserve"> or </w:t>
                            </w:r>
                            <w:r w:rsidRPr="0037275E">
                              <w:rPr>
                                <w:rFonts w:ascii="Century Gothic" w:hAnsi="Century Gothic" w:eastAsia="Times New Roman" w:cs="Times New Roman"/>
                                <w:b/>
                                <w:bCs/>
                                <w:color w:val="4F6228" w:themeColor="accent3" w:themeShade="80"/>
                                <w:szCs w:val="20"/>
                                <w:lang w:val="en-GB" w:eastAsia="en-GB"/>
                              </w:rPr>
                              <w:t>'Awaiting confirmation'</w:t>
                            </w:r>
                            <w:r w:rsidRPr="0037275E">
                              <w:rPr>
                                <w:rFonts w:ascii="Century Gothic" w:hAnsi="Century Gothic" w:eastAsia="Times New Roman" w:cs="Times New Roman"/>
                                <w:color w:val="4F6228" w:themeColor="accent3" w:themeShade="80"/>
                                <w:szCs w:val="20"/>
                                <w:lang w:val="en-GB" w:eastAsia="en-GB"/>
                              </w:rPr>
                              <w:t xml:space="preserve">. </w:t>
                            </w:r>
                          </w:p>
                          <w:p w:rsidRPr="0037275E" w:rsidR="0037275E" w:rsidP="0037275E" w:rsidRDefault="0037275E" w14:paraId="4946E28A"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Where possible, please provide concise, </w:t>
                            </w:r>
                            <w:proofErr w:type="gramStart"/>
                            <w:r w:rsidRPr="0037275E">
                              <w:rPr>
                                <w:rFonts w:ascii="Century Gothic" w:hAnsi="Century Gothic" w:eastAsia="Times New Roman" w:cs="Times New Roman"/>
                                <w:color w:val="4F6228" w:themeColor="accent3" w:themeShade="80"/>
                                <w:szCs w:val="20"/>
                                <w:lang w:val="en-GB" w:eastAsia="en-GB"/>
                              </w:rPr>
                              <w:t>factual information</w:t>
                            </w:r>
                            <w:proofErr w:type="gramEnd"/>
                            <w:r w:rsidRPr="0037275E">
                              <w:rPr>
                                <w:rFonts w:ascii="Century Gothic" w:hAnsi="Century Gothic" w:eastAsia="Times New Roman" w:cs="Times New Roman"/>
                                <w:color w:val="4F6228" w:themeColor="accent3" w:themeShade="80"/>
                                <w:szCs w:val="20"/>
                                <w:lang w:val="en-GB" w:eastAsia="en-GB"/>
                              </w:rPr>
                              <w:t xml:space="preserve"> and include examples </w:t>
                            </w:r>
                            <w:proofErr w:type="gramStart"/>
                            <w:r w:rsidRPr="0037275E">
                              <w:rPr>
                                <w:rFonts w:ascii="Century Gothic" w:hAnsi="Century Gothic" w:eastAsia="Times New Roman" w:cs="Times New Roman"/>
                                <w:color w:val="4F6228" w:themeColor="accent3" w:themeShade="80"/>
                                <w:szCs w:val="20"/>
                                <w:lang w:val="en-GB" w:eastAsia="en-GB"/>
                              </w:rPr>
                              <w:t>where</w:t>
                            </w:r>
                            <w:proofErr w:type="gramEnd"/>
                            <w:r w:rsidRPr="0037275E">
                              <w:rPr>
                                <w:rFonts w:ascii="Century Gothic" w:hAnsi="Century Gothic" w:eastAsia="Times New Roman" w:cs="Times New Roman"/>
                                <w:color w:val="4F6228" w:themeColor="accent3" w:themeShade="80"/>
                                <w:szCs w:val="20"/>
                                <w:lang w:val="en-GB" w:eastAsia="en-GB"/>
                              </w:rPr>
                              <w:t xml:space="preserve"> helpful. </w:t>
                            </w:r>
                          </w:p>
                          <w:p w:rsidRPr="0037275E" w:rsidR="0037275E" w:rsidP="0037275E" w:rsidRDefault="0037275E" w14:paraId="3F6D9D67"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Please attach any relevant supporting documentation available at the time of referral (e.g. EHCP, professional reports, school reports, risk assessments or medical information). </w:t>
                            </w:r>
                          </w:p>
                          <w:p w:rsidRPr="0037275E" w:rsidR="0037275E" w:rsidP="0037275E" w:rsidRDefault="0037275E" w14:paraId="6B3C4704"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Supporting documentation should be submitted using a </w:t>
                            </w:r>
                            <w:r w:rsidRPr="0037275E">
                              <w:rPr>
                                <w:rFonts w:ascii="Century Gothic" w:hAnsi="Century Gothic" w:eastAsia="Times New Roman" w:cs="Times New Roman"/>
                                <w:b/>
                                <w:bCs/>
                                <w:color w:val="4F6228" w:themeColor="accent3" w:themeShade="80"/>
                                <w:szCs w:val="20"/>
                                <w:lang w:val="en-GB" w:eastAsia="en-GB"/>
                              </w:rPr>
                              <w:t>secure encrypted transfer service</w:t>
                            </w:r>
                            <w:r w:rsidRPr="0037275E">
                              <w:rPr>
                                <w:rFonts w:ascii="Century Gothic" w:hAnsi="Century Gothic" w:eastAsia="Times New Roman" w:cs="Times New Roman"/>
                                <w:color w:val="4F6228" w:themeColor="accent3" w:themeShade="80"/>
                                <w:szCs w:val="20"/>
                                <w:lang w:val="en-GB" w:eastAsia="en-GB"/>
                              </w:rPr>
                              <w:t xml:space="preserve"> (such as Egress, NHSmail, Local Authority secure email, CJSM or another approved secure file transfer system) wherever possible. </w:t>
                            </w:r>
                          </w:p>
                          <w:p w:rsidRPr="0037275E" w:rsidR="0037275E" w:rsidP="0037275E" w:rsidRDefault="0037275E" w14:paraId="027D530D"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If you are unsure about any aspect of the referral or require advice before completing the form, please contact us using the details provided. </w:t>
                            </w:r>
                          </w:p>
                          <w:p w:rsidRPr="0037275E" w:rsidR="0037275E" w:rsidP="0037275E" w:rsidRDefault="0037275E" w14:paraId="1CE7D119" w14:textId="77777777">
                            <w:pPr>
                              <w:spacing w:before="100" w:beforeAutospacing="1" w:after="100" w:afterAutospacing="1" w:line="240" w:lineRule="auto"/>
                              <w:jc w:val="center"/>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b/>
                                <w:bCs/>
                                <w:color w:val="4F6228" w:themeColor="accent3" w:themeShade="80"/>
                                <w:szCs w:val="20"/>
                                <w:lang w:val="en-GB" w:eastAsia="en-GB"/>
                              </w:rPr>
                              <w:t>Incomplete referrals may result in delays while further information is requested.</w:t>
                            </w:r>
                          </w:p>
                          <w:p w:rsidRPr="0037275E" w:rsidR="0037275E" w:rsidRDefault="0037275E" w14:paraId="22BF5A38" w14:textId="375B0B31">
                            <w:pPr>
                              <w:rPr>
                                <w:rFonts w:ascii="Century Gothic" w:hAnsi="Century Gothic"/>
                                <w:color w:val="4F6228" w:themeColor="accent3" w:themeShade="80"/>
                                <w:sz w:val="16"/>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A86B02B">
              <v:roundrect id="_x0000_s1027" style="position:absolute;margin-left:-34.3pt;margin-top:142.9pt;width:514.85pt;height:290.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eeece1 [3214]" arcsize="10923f" w14:anchorId="0C3B5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">
                <v:stroke joinstyle="miter"/>
                <v:textbox>
                  <w:txbxContent>
                    <w:p w:rsidRPr="0037275E" w:rsidR="0037275E" w:rsidP="0037275E" w:rsidRDefault="0037275E" w14:paraId="77C7262E" w14:textId="77777777">
                      <w:pPr>
                        <w:spacing w:before="100" w:beforeAutospacing="1" w:after="100" w:afterAutospacing="1" w:line="240" w:lineRule="auto"/>
                        <w:jc w:val="center"/>
                        <w:outlineLvl w:val="1"/>
                        <w:rPr>
                          <w:rFonts w:ascii="Century Gothic" w:hAnsi="Century Gothic" w:eastAsia="Times New Roman" w:cs="Times New Roman"/>
                          <w:b/>
                          <w:bCs/>
                          <w:color w:val="4F6228" w:themeColor="accent3" w:themeShade="80"/>
                          <w:sz w:val="28"/>
                          <w:szCs w:val="28"/>
                          <w:lang w:val="en-GB" w:eastAsia="en-GB"/>
                        </w:rPr>
                      </w:pPr>
                      <w:r w:rsidRPr="0037275E">
                        <w:rPr>
                          <w:rFonts w:ascii="Century Gothic" w:hAnsi="Century Gothic" w:eastAsia="Times New Roman" w:cs="Times New Roman"/>
                          <w:b/>
                          <w:bCs/>
                          <w:color w:val="4F6228" w:themeColor="accent3" w:themeShade="80"/>
                          <w:sz w:val="28"/>
                          <w:szCs w:val="28"/>
                          <w:lang w:val="en-GB" w:eastAsia="en-GB"/>
                        </w:rPr>
                        <w:t>Completing this Referral Form</w:t>
                      </w:r>
                    </w:p>
                    <w:p w:rsidRPr="0037275E" w:rsidR="0037275E" w:rsidP="0037275E" w:rsidRDefault="0037275E" w14:paraId="590A47E3" w14:textId="77777777">
                      <w:p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Please complete all sections of this form as fully as possible to help us understand the child's needs and determine whether Homebrook Woods Foundations Provision may be appropriate.</w:t>
                      </w:r>
                    </w:p>
                    <w:p w:rsidRPr="0037275E" w:rsidR="0037275E" w:rsidP="0037275E" w:rsidRDefault="0037275E" w14:paraId="1FE4B052"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Please </w:t>
                      </w:r>
                      <w:r w:rsidRPr="0037275E">
                        <w:rPr>
                          <w:rFonts w:ascii="Century Gothic" w:hAnsi="Century Gothic" w:eastAsia="Times New Roman" w:cs="Times New Roman"/>
                          <w:b/>
                          <w:bCs/>
                          <w:color w:val="4F6228" w:themeColor="accent3" w:themeShade="80"/>
                          <w:szCs w:val="20"/>
                          <w:lang w:val="en-GB" w:eastAsia="en-GB"/>
                        </w:rPr>
                        <w:t>type your responses</w:t>
                      </w:r>
                      <w:r w:rsidRPr="0037275E">
                        <w:rPr>
                          <w:rFonts w:ascii="Century Gothic" w:hAnsi="Century Gothic" w:eastAsia="Times New Roman" w:cs="Times New Roman"/>
                          <w:color w:val="4F6228" w:themeColor="accent3" w:themeShade="80"/>
                          <w:szCs w:val="20"/>
                          <w:lang w:val="en-GB" w:eastAsia="en-GB"/>
                        </w:rPr>
                        <w:t xml:space="preserve"> directly into the tables and text boxes provided. </w:t>
                      </w:r>
                    </w:p>
                    <w:p w:rsidRPr="0037275E" w:rsidR="0037275E" w:rsidP="0037275E" w:rsidRDefault="0037275E" w14:paraId="5EC3B1C1"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Where options are provided, please </w:t>
                      </w:r>
                      <w:r w:rsidRPr="0037275E">
                        <w:rPr>
                          <w:rFonts w:ascii="Century Gothic" w:hAnsi="Century Gothic" w:eastAsia="Times New Roman" w:cs="Times New Roman"/>
                          <w:b/>
                          <w:bCs/>
                          <w:color w:val="4F6228" w:themeColor="accent3" w:themeShade="80"/>
                          <w:szCs w:val="20"/>
                          <w:lang w:val="en-GB" w:eastAsia="en-GB"/>
                        </w:rPr>
                        <w:t>highlight, tick or mark the appropriate box(es)</w:t>
                      </w:r>
                      <w:r w:rsidRPr="0037275E">
                        <w:rPr>
                          <w:rFonts w:ascii="Century Gothic" w:hAnsi="Century Gothic" w:eastAsia="Times New Roman" w:cs="Times New Roman"/>
                          <w:color w:val="4F6228" w:themeColor="accent3" w:themeShade="80"/>
                          <w:szCs w:val="20"/>
                          <w:lang w:val="en-GB" w:eastAsia="en-GB"/>
                        </w:rPr>
                        <w:t xml:space="preserve">. </w:t>
                      </w:r>
                    </w:p>
                    <w:p w:rsidRPr="0037275E" w:rsidR="0037275E" w:rsidP="0037275E" w:rsidRDefault="0037275E" w14:paraId="7B4D3B2C"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If a question is not applicable, please enter </w:t>
                      </w:r>
                      <w:r w:rsidRPr="0037275E">
                        <w:rPr>
                          <w:rFonts w:ascii="Century Gothic" w:hAnsi="Century Gothic" w:eastAsia="Times New Roman" w:cs="Times New Roman"/>
                          <w:b/>
                          <w:bCs/>
                          <w:color w:val="4F6228" w:themeColor="accent3" w:themeShade="80"/>
                          <w:szCs w:val="20"/>
                          <w:lang w:val="en-GB" w:eastAsia="en-GB"/>
                        </w:rPr>
                        <w:t>'N/A'</w:t>
                      </w:r>
                      <w:r w:rsidRPr="0037275E">
                        <w:rPr>
                          <w:rFonts w:ascii="Century Gothic" w:hAnsi="Century Gothic" w:eastAsia="Times New Roman" w:cs="Times New Roman"/>
                          <w:color w:val="4F6228" w:themeColor="accent3" w:themeShade="80"/>
                          <w:szCs w:val="20"/>
                          <w:lang w:val="en-GB" w:eastAsia="en-GB"/>
                        </w:rPr>
                        <w:t xml:space="preserve"> rather than leaving it blank. </w:t>
                      </w:r>
                    </w:p>
                    <w:p w:rsidRPr="0037275E" w:rsidR="0037275E" w:rsidP="0037275E" w:rsidRDefault="0037275E" w14:paraId="0220F599"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Where information is not yet known, please state </w:t>
                      </w:r>
                      <w:r w:rsidRPr="0037275E">
                        <w:rPr>
                          <w:rFonts w:ascii="Century Gothic" w:hAnsi="Century Gothic" w:eastAsia="Times New Roman" w:cs="Times New Roman"/>
                          <w:b/>
                          <w:bCs/>
                          <w:color w:val="4F6228" w:themeColor="accent3" w:themeShade="80"/>
                          <w:szCs w:val="20"/>
                          <w:lang w:val="en-GB" w:eastAsia="en-GB"/>
                        </w:rPr>
                        <w:t>'Unknown'</w:t>
                      </w:r>
                      <w:r w:rsidRPr="0037275E">
                        <w:rPr>
                          <w:rFonts w:ascii="Century Gothic" w:hAnsi="Century Gothic" w:eastAsia="Times New Roman" w:cs="Times New Roman"/>
                          <w:color w:val="4F6228" w:themeColor="accent3" w:themeShade="80"/>
                          <w:szCs w:val="20"/>
                          <w:lang w:val="en-GB" w:eastAsia="en-GB"/>
                        </w:rPr>
                        <w:t xml:space="preserve"> or </w:t>
                      </w:r>
                      <w:r w:rsidRPr="0037275E">
                        <w:rPr>
                          <w:rFonts w:ascii="Century Gothic" w:hAnsi="Century Gothic" w:eastAsia="Times New Roman" w:cs="Times New Roman"/>
                          <w:b/>
                          <w:bCs/>
                          <w:color w:val="4F6228" w:themeColor="accent3" w:themeShade="80"/>
                          <w:szCs w:val="20"/>
                          <w:lang w:val="en-GB" w:eastAsia="en-GB"/>
                        </w:rPr>
                        <w:t>'Awaiting confirmation'</w:t>
                      </w:r>
                      <w:r w:rsidRPr="0037275E">
                        <w:rPr>
                          <w:rFonts w:ascii="Century Gothic" w:hAnsi="Century Gothic" w:eastAsia="Times New Roman" w:cs="Times New Roman"/>
                          <w:color w:val="4F6228" w:themeColor="accent3" w:themeShade="80"/>
                          <w:szCs w:val="20"/>
                          <w:lang w:val="en-GB" w:eastAsia="en-GB"/>
                        </w:rPr>
                        <w:t xml:space="preserve">. </w:t>
                      </w:r>
                    </w:p>
                    <w:p w:rsidRPr="0037275E" w:rsidR="0037275E" w:rsidP="0037275E" w:rsidRDefault="0037275E" w14:paraId="5B3715E9"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Where possible, please provide concise, factual information and include examples where helpful. </w:t>
                      </w:r>
                    </w:p>
                    <w:p w:rsidRPr="0037275E" w:rsidR="0037275E" w:rsidP="0037275E" w:rsidRDefault="0037275E" w14:paraId="24BB5757"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Please attach any relevant supporting documentation available at the time of referral (e.g. EHCP, professional reports, school reports, risk assessments or medical information). </w:t>
                      </w:r>
                    </w:p>
                    <w:p w:rsidRPr="0037275E" w:rsidR="0037275E" w:rsidP="0037275E" w:rsidRDefault="0037275E" w14:paraId="5E6500E1"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Supporting documentation should be submitted using a </w:t>
                      </w:r>
                      <w:r w:rsidRPr="0037275E">
                        <w:rPr>
                          <w:rFonts w:ascii="Century Gothic" w:hAnsi="Century Gothic" w:eastAsia="Times New Roman" w:cs="Times New Roman"/>
                          <w:b/>
                          <w:bCs/>
                          <w:color w:val="4F6228" w:themeColor="accent3" w:themeShade="80"/>
                          <w:szCs w:val="20"/>
                          <w:lang w:val="en-GB" w:eastAsia="en-GB"/>
                        </w:rPr>
                        <w:t>secure encrypted transfer service</w:t>
                      </w:r>
                      <w:r w:rsidRPr="0037275E">
                        <w:rPr>
                          <w:rFonts w:ascii="Century Gothic" w:hAnsi="Century Gothic" w:eastAsia="Times New Roman" w:cs="Times New Roman"/>
                          <w:color w:val="4F6228" w:themeColor="accent3" w:themeShade="80"/>
                          <w:szCs w:val="20"/>
                          <w:lang w:val="en-GB" w:eastAsia="en-GB"/>
                        </w:rPr>
                        <w:t xml:space="preserve"> (such as Egress, NHSmail, Local Authority secure email, CJSM or another approved secure file transfer system) wherever possible. </w:t>
                      </w:r>
                    </w:p>
                    <w:p w:rsidRPr="0037275E" w:rsidR="0037275E" w:rsidP="0037275E" w:rsidRDefault="0037275E" w14:paraId="24AE0092" w14:textId="77777777">
                      <w:pPr>
                        <w:numPr>
                          <w:ilvl w:val="0"/>
                          <w:numId w:val="11"/>
                        </w:numPr>
                        <w:spacing w:before="100" w:beforeAutospacing="1" w:after="100" w:afterAutospacing="1" w:line="240" w:lineRule="auto"/>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color w:val="4F6228" w:themeColor="accent3" w:themeShade="80"/>
                          <w:szCs w:val="20"/>
                          <w:lang w:val="en-GB" w:eastAsia="en-GB"/>
                        </w:rPr>
                        <w:t xml:space="preserve">If you are unsure about any aspect of the referral or require advice before completing the form, please contact us using the details provided. </w:t>
                      </w:r>
                    </w:p>
                    <w:p w:rsidRPr="0037275E" w:rsidR="0037275E" w:rsidP="0037275E" w:rsidRDefault="0037275E" w14:paraId="4A5CC23E" w14:textId="77777777">
                      <w:pPr>
                        <w:spacing w:before="100" w:beforeAutospacing="1" w:after="100" w:afterAutospacing="1" w:line="240" w:lineRule="auto"/>
                        <w:jc w:val="center"/>
                        <w:rPr>
                          <w:rFonts w:ascii="Century Gothic" w:hAnsi="Century Gothic" w:eastAsia="Times New Roman" w:cs="Times New Roman"/>
                          <w:color w:val="4F6228" w:themeColor="accent3" w:themeShade="80"/>
                          <w:szCs w:val="20"/>
                          <w:lang w:val="en-GB" w:eastAsia="en-GB"/>
                        </w:rPr>
                      </w:pPr>
                      <w:r w:rsidRPr="0037275E">
                        <w:rPr>
                          <w:rFonts w:ascii="Century Gothic" w:hAnsi="Century Gothic" w:eastAsia="Times New Roman" w:cs="Times New Roman"/>
                          <w:b/>
                          <w:bCs/>
                          <w:color w:val="4F6228" w:themeColor="accent3" w:themeShade="80"/>
                          <w:szCs w:val="20"/>
                          <w:lang w:val="en-GB" w:eastAsia="en-GB"/>
                        </w:rPr>
                        <w:t>Incomplete referrals may result in delays while further information is requested.</w:t>
                      </w:r>
                    </w:p>
                    <w:p w:rsidRPr="0037275E" w:rsidR="0037275E" w:rsidRDefault="0037275E" w14:paraId="0A37501D" w14:textId="375B0B31">
                      <w:pPr>
                        <w:rPr>
                          <w:rFonts w:ascii="Century Gothic" w:hAnsi="Century Gothic"/>
                          <w:color w:val="4F6228" w:themeColor="accent3" w:themeShade="80"/>
                          <w:sz w:val="16"/>
                          <w:szCs w:val="18"/>
                        </w:rPr>
                      </w:pPr>
                    </w:p>
                  </w:txbxContent>
                </v:textbox>
                <w10:wrap type="square"/>
              </v:roundrect>
            </w:pict>
          </mc:Fallback>
        </mc:AlternateContent>
      </w:r>
    </w:p>
    <w:p w:rsidRPr="00C93F81" w:rsidR="00E20DA8" w:rsidRDefault="00000000" w14:paraId="1C15F5C0" w14:textId="409B0841">
      <w:pPr>
        <w:rPr>
          <w:rFonts w:ascii="Century Gothic" w:hAnsi="Century Gothic"/>
        </w:rPr>
      </w:pPr>
      <w:r w:rsidRPr="00C93F81">
        <w:rPr>
          <w:rFonts w:ascii="Century Gothic" w:hAnsi="Century Gothic"/>
          <w:b/>
          <w:color w:val="4F6228"/>
          <w:sz w:val="26"/>
        </w:rPr>
        <w:t>Introduction</w:t>
      </w:r>
    </w:p>
    <w:p w:rsidR="00E20DA8" w:rsidRDefault="00000000" w14:paraId="11817B6E" w14:textId="773F3C05">
      <w:pPr>
        <w:rPr>
          <w:rFonts w:ascii="Century Gothic" w:hAnsi="Century Gothic"/>
        </w:rPr>
      </w:pPr>
      <w:r w:rsidRPr="00C93F81">
        <w:rPr>
          <w:rFonts w:ascii="Century Gothic" w:hAnsi="Century Gothic"/>
        </w:rPr>
        <w:t>Thank you for considering Homebrook Woods Foundations Provision.</w:t>
      </w:r>
    </w:p>
    <w:p w:rsidRPr="00C93F81" w:rsidR="00C93F81" w:rsidP="00C93F81" w:rsidRDefault="00C93F81" w14:paraId="1FB56654" w14:textId="77777777">
      <w:pPr>
        <w:rPr>
          <w:rFonts w:ascii="Century Gothic" w:hAnsi="Century Gothic"/>
          <w:lang w:val="en-GB"/>
        </w:rPr>
      </w:pPr>
      <w:r w:rsidRPr="00C93F81">
        <w:rPr>
          <w:rFonts w:ascii="Century Gothic" w:hAnsi="Century Gothic"/>
          <w:lang w:val="en-GB"/>
        </w:rPr>
        <w:t>This referral form enables Homebrook Woods to understand a child's current needs and determine whether a personalised Foundations package may be appropriate.</w:t>
      </w:r>
    </w:p>
    <w:tbl>
      <w:tblPr>
        <w:tblStyle w:val="GridTable6ColourfulAccent3"/>
        <w:tblpPr w:leftFromText="180" w:rightFromText="180" w:vertAnchor="text" w:horzAnchor="margin" w:tblpXSpec="center" w:tblpY="757"/>
        <w:tblW w:w="0" w:type="auto"/>
        <w:tblLook w:val="04A0" w:firstRow="1" w:lastRow="0" w:firstColumn="1" w:lastColumn="0" w:noHBand="0" w:noVBand="1"/>
      </w:tblPr>
      <w:tblGrid>
        <w:gridCol w:w="4320"/>
      </w:tblGrid>
      <w:tr w:rsidRPr="00C93F81" w:rsidR="00037EF5" w:rsidTr="00037EF5" w14:paraId="56E302D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rsidRPr="00C93F81" w:rsidR="00037EF5" w:rsidP="00037EF5" w:rsidRDefault="00037EF5" w14:paraId="23783DAE" w14:textId="77777777">
            <w:pPr>
              <w:rPr>
                <w:rFonts w:ascii="Century Gothic" w:hAnsi="Century Gothic"/>
              </w:rPr>
            </w:pPr>
            <w:r w:rsidRPr="00C93F81">
              <w:rPr>
                <w:rFonts w:ascii="Century Gothic" w:hAnsi="Century Gothic"/>
              </w:rPr>
              <w:t>Alternative Provision</w:t>
            </w:r>
          </w:p>
        </w:tc>
      </w:tr>
      <w:tr w:rsidRPr="00C93F81" w:rsidR="00037EF5" w:rsidTr="00037EF5" w14:paraId="23B1921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rsidRPr="00C93F81" w:rsidR="00037EF5" w:rsidP="00037EF5" w:rsidRDefault="00037EF5" w14:paraId="5DF1E380" w14:textId="77777777">
            <w:pPr>
              <w:rPr>
                <w:rFonts w:ascii="Century Gothic" w:hAnsi="Century Gothic"/>
              </w:rPr>
            </w:pPr>
            <w:r w:rsidRPr="00C93F81">
              <w:rPr>
                <w:rFonts w:ascii="Century Gothic" w:hAnsi="Century Gothic"/>
              </w:rPr>
              <w:t>Assessment Placements</w:t>
            </w:r>
          </w:p>
        </w:tc>
      </w:tr>
      <w:tr w:rsidRPr="00C93F81" w:rsidR="00037EF5" w:rsidTr="00037EF5" w14:paraId="4CE12BD9" w14:textId="77777777">
        <w:tc>
          <w:tcPr>
            <w:cnfStyle w:val="001000000000" w:firstRow="0" w:lastRow="0" w:firstColumn="1" w:lastColumn="0" w:oddVBand="0" w:evenVBand="0" w:oddHBand="0" w:evenHBand="0" w:firstRowFirstColumn="0" w:firstRowLastColumn="0" w:lastRowFirstColumn="0" w:lastRowLastColumn="0"/>
            <w:tcW w:w="4320" w:type="dxa"/>
          </w:tcPr>
          <w:p w:rsidRPr="00C93F81" w:rsidR="00037EF5" w:rsidP="00037EF5" w:rsidRDefault="00037EF5" w14:paraId="6E3D9DF1" w14:textId="77777777">
            <w:pPr>
              <w:rPr>
                <w:rFonts w:ascii="Century Gothic" w:hAnsi="Century Gothic"/>
              </w:rPr>
            </w:pPr>
            <w:r w:rsidRPr="00C93F81">
              <w:rPr>
                <w:rFonts w:ascii="Century Gothic" w:hAnsi="Century Gothic"/>
              </w:rPr>
              <w:t>Transition Support</w:t>
            </w:r>
          </w:p>
        </w:tc>
      </w:tr>
      <w:tr w:rsidRPr="00C93F81" w:rsidR="00037EF5" w:rsidTr="00037EF5" w14:paraId="65EE77D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rsidRPr="00C93F81" w:rsidR="00037EF5" w:rsidP="00037EF5" w:rsidRDefault="00037EF5" w14:paraId="755C0310" w14:textId="77777777">
            <w:pPr>
              <w:rPr>
                <w:rFonts w:ascii="Century Gothic" w:hAnsi="Century Gothic"/>
              </w:rPr>
            </w:pPr>
            <w:r w:rsidRPr="00C93F81">
              <w:rPr>
                <w:rFonts w:ascii="Century Gothic" w:hAnsi="Century Gothic"/>
              </w:rPr>
              <w:t>Re-engagement Packages</w:t>
            </w:r>
          </w:p>
        </w:tc>
      </w:tr>
      <w:tr w:rsidRPr="00C93F81" w:rsidR="00037EF5" w:rsidTr="00037EF5" w14:paraId="1167DE4E" w14:textId="77777777">
        <w:tc>
          <w:tcPr>
            <w:cnfStyle w:val="001000000000" w:firstRow="0" w:lastRow="0" w:firstColumn="1" w:lastColumn="0" w:oddVBand="0" w:evenVBand="0" w:oddHBand="0" w:evenHBand="0" w:firstRowFirstColumn="0" w:firstRowLastColumn="0" w:lastRowFirstColumn="0" w:lastRowLastColumn="0"/>
            <w:tcW w:w="4320" w:type="dxa"/>
          </w:tcPr>
          <w:p w:rsidRPr="00C93F81" w:rsidR="00037EF5" w:rsidP="00037EF5" w:rsidRDefault="00037EF5" w14:paraId="08787D34" w14:textId="77777777">
            <w:pPr>
              <w:rPr>
                <w:rFonts w:ascii="Century Gothic" w:hAnsi="Century Gothic"/>
              </w:rPr>
            </w:pPr>
            <w:r w:rsidRPr="00C93F81">
              <w:rPr>
                <w:rFonts w:ascii="Century Gothic" w:hAnsi="Century Gothic"/>
              </w:rPr>
              <w:t>Outreach Support</w:t>
            </w:r>
          </w:p>
        </w:tc>
      </w:tr>
      <w:tr w:rsidRPr="00C93F81" w:rsidR="00037EF5" w:rsidTr="00037EF5" w14:paraId="0C138E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rsidRPr="00C93F81" w:rsidR="00037EF5" w:rsidP="00037EF5" w:rsidRDefault="00037EF5" w14:paraId="58C80278" w14:textId="77777777">
            <w:pPr>
              <w:rPr>
                <w:rFonts w:ascii="Century Gothic" w:hAnsi="Century Gothic"/>
              </w:rPr>
            </w:pPr>
            <w:r w:rsidRPr="00C93F81">
              <w:rPr>
                <w:rFonts w:ascii="Century Gothic" w:hAnsi="Century Gothic"/>
              </w:rPr>
              <w:t>Personalised Learning Packages</w:t>
            </w:r>
          </w:p>
        </w:tc>
      </w:tr>
    </w:tbl>
    <w:p w:rsidRPr="00C93F81" w:rsidR="00C93F81" w:rsidRDefault="00C93F81" w14:paraId="0BD9C6B8" w14:textId="7AF22660">
      <w:pPr>
        <w:rPr>
          <w:rFonts w:ascii="Century Gothic" w:hAnsi="Century Gothic"/>
          <w:lang w:val="en-GB"/>
        </w:rPr>
      </w:pPr>
      <w:r w:rsidRPr="00C93F81">
        <w:rPr>
          <w:rFonts w:ascii="Century Gothic" w:hAnsi="Century Gothic"/>
          <w:lang w:val="en-GB"/>
        </w:rPr>
        <w:t>Foundations Provision offers flexible specialist support including:</w:t>
      </w:r>
    </w:p>
    <w:p w:rsidR="00037EF5" w:rsidRDefault="00037EF5" w14:paraId="39FC2DD0" w14:textId="77777777">
      <w:pPr>
        <w:rPr>
          <w:rFonts w:ascii="Century Gothic" w:hAnsi="Century Gothic"/>
        </w:rPr>
      </w:pPr>
    </w:p>
    <w:p w:rsidR="00037EF5" w:rsidRDefault="00037EF5" w14:paraId="47A662E5" w14:textId="77777777">
      <w:pPr>
        <w:rPr>
          <w:rFonts w:ascii="Century Gothic" w:hAnsi="Century Gothic"/>
        </w:rPr>
      </w:pPr>
    </w:p>
    <w:p w:rsidR="00037EF5" w:rsidRDefault="00037EF5" w14:paraId="320B3005" w14:textId="77777777">
      <w:pPr>
        <w:rPr>
          <w:rFonts w:ascii="Century Gothic" w:hAnsi="Century Gothic"/>
        </w:rPr>
      </w:pPr>
    </w:p>
    <w:p w:rsidR="00037EF5" w:rsidRDefault="00037EF5" w14:paraId="1B40D832" w14:textId="77777777">
      <w:pPr>
        <w:rPr>
          <w:rFonts w:ascii="Century Gothic" w:hAnsi="Century Gothic"/>
        </w:rPr>
      </w:pPr>
    </w:p>
    <w:p w:rsidR="00037EF5" w:rsidRDefault="00037EF5" w14:paraId="60814EF6" w14:textId="77777777">
      <w:pPr>
        <w:rPr>
          <w:rFonts w:ascii="Century Gothic" w:hAnsi="Century Gothic"/>
        </w:rPr>
      </w:pPr>
    </w:p>
    <w:p w:rsidR="00C93F81" w:rsidRDefault="00C93F81" w14:paraId="0CAC9715" w14:textId="0E35C05B">
      <w:pPr>
        <w:rPr>
          <w:rFonts w:ascii="Century Gothic" w:hAnsi="Century Gothic"/>
        </w:rPr>
      </w:pPr>
      <w:r w:rsidRPr="00C93F81">
        <w:rPr>
          <w:rFonts w:ascii="Century Gothic" w:hAnsi="Century Gothic"/>
        </w:rPr>
        <w:t xml:space="preserve">Every referral is considered individually to ensure that any proposed package is safe, appropriate and </w:t>
      </w:r>
      <w:r w:rsidRPr="00C93F81" w:rsidR="00F55338">
        <w:rPr>
          <w:rFonts w:ascii="Century Gothic" w:hAnsi="Century Gothic"/>
        </w:rPr>
        <w:t>centred</w:t>
      </w:r>
      <w:r w:rsidRPr="00C93F81">
        <w:rPr>
          <w:rFonts w:ascii="Century Gothic" w:hAnsi="Century Gothic"/>
        </w:rPr>
        <w:t xml:space="preserve"> around the child's strengths, communication profile and identified needs.</w:t>
      </w:r>
    </w:p>
    <w:p w:rsidRPr="00F55338" w:rsidR="00C93F81" w:rsidP="00C93F81" w:rsidRDefault="00C93F81" w14:paraId="67B38F30" w14:textId="77777777">
      <w:pPr>
        <w:rPr>
          <w:rFonts w:ascii="Century Gothic" w:hAnsi="Century Gothic"/>
          <w:b/>
          <w:bCs/>
          <w:color w:val="4F6228" w:themeColor="accent3" w:themeShade="80"/>
          <w:sz w:val="36"/>
          <w:szCs w:val="36"/>
          <w:lang w:val="en-GB"/>
        </w:rPr>
      </w:pPr>
      <w:r w:rsidRPr="00F55338">
        <w:rPr>
          <w:rFonts w:ascii="Century Gothic" w:hAnsi="Century Gothic"/>
          <w:b/>
          <w:bCs/>
          <w:color w:val="4F6228" w:themeColor="accent3" w:themeShade="80"/>
          <w:sz w:val="36"/>
          <w:szCs w:val="36"/>
          <w:lang w:val="en-GB"/>
        </w:rPr>
        <w:t>Supporting Documents</w:t>
      </w:r>
    </w:p>
    <w:p w:rsidRPr="00C93F81" w:rsidR="00C93F81" w:rsidP="00C93F81" w:rsidRDefault="00C93F81" w14:paraId="1A72A5BE" w14:textId="77777777">
      <w:pPr>
        <w:rPr>
          <w:rFonts w:ascii="Century Gothic" w:hAnsi="Century Gothic"/>
          <w:lang w:val="en-GB"/>
        </w:rPr>
      </w:pPr>
      <w:r w:rsidRPr="00C93F81">
        <w:rPr>
          <w:rFonts w:ascii="Century Gothic" w:hAnsi="Century Gothic"/>
          <w:lang w:val="en-GB"/>
        </w:rPr>
        <w:t>Please include, where available:</w:t>
      </w:r>
    </w:p>
    <w:p w:rsidRPr="00F55338" w:rsidR="00C93F81" w:rsidP="00F55338" w:rsidRDefault="00C93F81" w14:paraId="3B4D1B67" w14:textId="28A8F2BD">
      <w:pPr>
        <w:pStyle w:val="ListParagraph"/>
        <w:numPr>
          <w:ilvl w:val="0"/>
          <w:numId w:val="10"/>
        </w:numPr>
        <w:shd w:val="clear" w:color="auto" w:fill="C2D69B" w:themeFill="accent3" w:themeFillTint="99"/>
        <w:rPr>
          <w:rFonts w:ascii="Century Gothic" w:hAnsi="Century Gothic"/>
          <w:b/>
          <w:bCs/>
          <w:lang w:val="en-GB"/>
        </w:rPr>
      </w:pPr>
      <w:r w:rsidRPr="00F55338">
        <w:rPr>
          <w:rFonts w:ascii="Century Gothic" w:hAnsi="Century Gothic"/>
          <w:b/>
          <w:bCs/>
          <w:lang w:val="en-GB"/>
        </w:rPr>
        <w:t>EHCP or draft EHCP</w:t>
      </w:r>
    </w:p>
    <w:p w:rsidRPr="00F55338" w:rsidR="00C93F81" w:rsidP="00F55338" w:rsidRDefault="00C93F81" w14:paraId="18210CCC" w14:textId="79F902BB">
      <w:pPr>
        <w:pStyle w:val="ListParagraph"/>
        <w:numPr>
          <w:ilvl w:val="0"/>
          <w:numId w:val="10"/>
        </w:numPr>
        <w:shd w:val="clear" w:color="auto" w:fill="C2D69B" w:themeFill="accent3" w:themeFillTint="99"/>
        <w:rPr>
          <w:rFonts w:ascii="Century Gothic" w:hAnsi="Century Gothic"/>
          <w:b/>
          <w:bCs/>
          <w:lang w:val="en-GB"/>
        </w:rPr>
      </w:pPr>
      <w:r w:rsidRPr="00F55338">
        <w:rPr>
          <w:rFonts w:ascii="Century Gothic" w:hAnsi="Century Gothic"/>
          <w:b/>
          <w:bCs/>
          <w:lang w:val="en-GB"/>
        </w:rPr>
        <w:t>Recent professional reports</w:t>
      </w:r>
    </w:p>
    <w:p w:rsidRPr="00F55338" w:rsidR="00C93F81" w:rsidP="00F55338" w:rsidRDefault="00C93F81" w14:paraId="46F4A16F" w14:textId="4FD3C7E5">
      <w:pPr>
        <w:pStyle w:val="ListParagraph"/>
        <w:numPr>
          <w:ilvl w:val="0"/>
          <w:numId w:val="10"/>
        </w:numPr>
        <w:shd w:val="clear" w:color="auto" w:fill="C2D69B" w:themeFill="accent3" w:themeFillTint="99"/>
        <w:rPr>
          <w:rFonts w:ascii="Century Gothic" w:hAnsi="Century Gothic"/>
          <w:b/>
          <w:bCs/>
          <w:lang w:val="en-GB"/>
        </w:rPr>
      </w:pPr>
      <w:r w:rsidRPr="00F55338">
        <w:rPr>
          <w:rFonts w:ascii="Century Gothic" w:hAnsi="Century Gothic"/>
          <w:b/>
          <w:bCs/>
          <w:lang w:val="en-GB"/>
        </w:rPr>
        <w:t>Current school information</w:t>
      </w:r>
    </w:p>
    <w:p w:rsidRPr="00F55338" w:rsidR="00C93F81" w:rsidP="00F55338" w:rsidRDefault="00C93F81" w14:paraId="31E2096D" w14:textId="5B9BBE0D">
      <w:pPr>
        <w:pStyle w:val="ListParagraph"/>
        <w:numPr>
          <w:ilvl w:val="0"/>
          <w:numId w:val="10"/>
        </w:numPr>
        <w:shd w:val="clear" w:color="auto" w:fill="C2D69B" w:themeFill="accent3" w:themeFillTint="99"/>
        <w:rPr>
          <w:rFonts w:ascii="Century Gothic" w:hAnsi="Century Gothic"/>
          <w:b/>
          <w:bCs/>
          <w:lang w:val="en-GB"/>
        </w:rPr>
      </w:pPr>
      <w:r w:rsidRPr="00F55338">
        <w:rPr>
          <w:rFonts w:ascii="Century Gothic" w:hAnsi="Century Gothic"/>
          <w:b/>
          <w:bCs/>
          <w:lang w:val="en-GB"/>
        </w:rPr>
        <w:t>Behaviour / Risk information</w:t>
      </w:r>
    </w:p>
    <w:p w:rsidRPr="00F55338" w:rsidR="00C93F81" w:rsidP="00F55338" w:rsidRDefault="00C93F81" w14:paraId="479055DE" w14:textId="22E1AE09">
      <w:pPr>
        <w:pStyle w:val="ListParagraph"/>
        <w:numPr>
          <w:ilvl w:val="0"/>
          <w:numId w:val="10"/>
        </w:numPr>
        <w:shd w:val="clear" w:color="auto" w:fill="C2D69B" w:themeFill="accent3" w:themeFillTint="99"/>
        <w:rPr>
          <w:rFonts w:ascii="Century Gothic" w:hAnsi="Century Gothic"/>
          <w:b/>
          <w:bCs/>
          <w:lang w:val="en-GB"/>
        </w:rPr>
      </w:pPr>
      <w:r w:rsidRPr="00F55338">
        <w:rPr>
          <w:rFonts w:ascii="Century Gothic" w:hAnsi="Century Gothic"/>
          <w:b/>
          <w:bCs/>
          <w:lang w:val="en-GB"/>
        </w:rPr>
        <w:t>Medical information</w:t>
      </w:r>
    </w:p>
    <w:p w:rsidRPr="00F55338" w:rsidR="00C93F81" w:rsidP="00F55338" w:rsidRDefault="00C93F81" w14:paraId="073AF321" w14:textId="67707F38">
      <w:pPr>
        <w:pStyle w:val="ListParagraph"/>
        <w:numPr>
          <w:ilvl w:val="0"/>
          <w:numId w:val="10"/>
        </w:numPr>
        <w:shd w:val="clear" w:color="auto" w:fill="C2D69B" w:themeFill="accent3" w:themeFillTint="99"/>
        <w:rPr>
          <w:rFonts w:ascii="Century Gothic" w:hAnsi="Century Gothic"/>
          <w:b/>
          <w:bCs/>
          <w:lang w:val="en-GB"/>
        </w:rPr>
      </w:pPr>
      <w:r w:rsidRPr="00F55338">
        <w:rPr>
          <w:rFonts w:ascii="Century Gothic" w:hAnsi="Century Gothic"/>
          <w:b/>
          <w:bCs/>
          <w:lang w:val="en-GB"/>
        </w:rPr>
        <w:t>Other supporting documentation</w:t>
      </w:r>
    </w:p>
    <w:p w:rsidRPr="00037EF5" w:rsidR="00037EF5" w:rsidP="00037EF5" w:rsidRDefault="00037EF5" w14:paraId="661569D6" w14:textId="77777777">
      <w:pPr>
        <w:spacing w:before="100" w:beforeAutospacing="1" w:after="100" w:afterAutospacing="1" w:line="240" w:lineRule="auto"/>
        <w:outlineLvl w:val="1"/>
        <w:rPr>
          <w:rFonts w:ascii="Century Gothic" w:hAnsi="Century Gothic" w:eastAsia="Times New Roman" w:cs="Times New Roman"/>
          <w:b/>
          <w:bCs/>
          <w:color w:val="4F6228" w:themeColor="accent3" w:themeShade="80"/>
          <w:sz w:val="36"/>
          <w:szCs w:val="36"/>
          <w:lang w:val="en-GB" w:eastAsia="en-GB"/>
        </w:rPr>
      </w:pPr>
      <w:r w:rsidRPr="00037EF5">
        <w:rPr>
          <w:rFonts w:ascii="Century Gothic" w:hAnsi="Century Gothic" w:eastAsia="Times New Roman" w:cs="Times New Roman"/>
          <w:b/>
          <w:bCs/>
          <w:color w:val="4F6228" w:themeColor="accent3" w:themeShade="80"/>
          <w:sz w:val="36"/>
          <w:szCs w:val="36"/>
          <w:lang w:val="en-GB" w:eastAsia="en-GB"/>
        </w:rPr>
        <w:t>Secure Submission of Documents</w:t>
      </w:r>
    </w:p>
    <w:p w:rsidRPr="00F55338" w:rsidR="00037EF5" w:rsidP="00037EF5" w:rsidRDefault="00037EF5" w14:paraId="5E8A2363" w14:textId="77777777">
      <w:pPr>
        <w:spacing w:before="100" w:beforeAutospacing="1" w:after="100" w:afterAutospacing="1" w:line="240" w:lineRule="auto"/>
        <w:rPr>
          <w:rFonts w:ascii="Century Gothic" w:hAnsi="Century Gothic" w:eastAsia="Times New Roman" w:cs="Times New Roman"/>
          <w:szCs w:val="20"/>
          <w:lang w:val="en-GB" w:eastAsia="en-GB"/>
        </w:rPr>
      </w:pPr>
      <w:r w:rsidRPr="00F55338">
        <w:rPr>
          <w:rFonts w:ascii="Century Gothic" w:hAnsi="Century Gothic" w:eastAsia="Times New Roman" w:cs="Times New Roman"/>
          <w:szCs w:val="20"/>
          <w:lang w:val="en-GB" w:eastAsia="en-GB"/>
        </w:rPr>
        <w:t>Supporting documentation often contains confidential and sensitive personal information.</w:t>
      </w:r>
    </w:p>
    <w:p w:rsidRPr="00F55338" w:rsidR="00037EF5" w:rsidP="00037EF5" w:rsidRDefault="00037EF5" w14:paraId="747C7556" w14:textId="77777777">
      <w:pPr>
        <w:spacing w:before="100" w:beforeAutospacing="1" w:after="100" w:afterAutospacing="1" w:line="240" w:lineRule="auto"/>
        <w:rPr>
          <w:rFonts w:ascii="Century Gothic" w:hAnsi="Century Gothic" w:eastAsia="Times New Roman" w:cs="Times New Roman"/>
          <w:szCs w:val="20"/>
          <w:lang w:val="en-GB" w:eastAsia="en-GB"/>
        </w:rPr>
      </w:pPr>
      <w:r w:rsidRPr="00F55338">
        <w:rPr>
          <w:rFonts w:ascii="Century Gothic" w:hAnsi="Century Gothic" w:eastAsia="Times New Roman" w:cs="Times New Roman"/>
          <w:szCs w:val="20"/>
          <w:lang w:val="en-GB" w:eastAsia="en-GB"/>
        </w:rPr>
        <w:t>Where possible, please submit referral documents using a secure encrypted transfer service (such as Egress, Local Authority secure email, NHSmail, CJSM or another approved secure file transfer system).</w:t>
      </w:r>
    </w:p>
    <w:p w:rsidRPr="00F55338" w:rsidR="00037EF5" w:rsidP="00037EF5" w:rsidRDefault="00037EF5" w14:paraId="65AE656B" w14:textId="77777777">
      <w:pPr>
        <w:spacing w:before="100" w:beforeAutospacing="1" w:after="100" w:afterAutospacing="1" w:line="240" w:lineRule="auto"/>
        <w:rPr>
          <w:rFonts w:ascii="Century Gothic" w:hAnsi="Century Gothic" w:eastAsia="Times New Roman" w:cs="Times New Roman"/>
          <w:szCs w:val="20"/>
          <w:lang w:val="en-GB" w:eastAsia="en-GB"/>
        </w:rPr>
      </w:pPr>
      <w:r w:rsidRPr="00F55338">
        <w:rPr>
          <w:rFonts w:ascii="Century Gothic" w:hAnsi="Century Gothic" w:eastAsia="Times New Roman" w:cs="Times New Roman"/>
          <w:szCs w:val="20"/>
          <w:lang w:val="en-GB" w:eastAsia="en-GB"/>
        </w:rPr>
        <w:t>If secure transfer is not available, please contact Homebrook Woods before sending confidential information by email so that an appropriate secure method can be agreed.</w:t>
      </w:r>
    </w:p>
    <w:p w:rsidRPr="00F55338" w:rsidR="00037EF5" w:rsidP="00F55338" w:rsidRDefault="00037EF5" w14:paraId="6E759967" w14:textId="5F0D147E">
      <w:pPr>
        <w:shd w:val="clear" w:color="auto" w:fill="C2D69B" w:themeFill="accent3" w:themeFillTint="99"/>
        <w:spacing w:before="100" w:beforeAutospacing="1" w:after="100" w:afterAutospacing="1" w:line="240" w:lineRule="auto"/>
        <w:rPr>
          <w:rFonts w:ascii="Century Gothic" w:hAnsi="Century Gothic" w:eastAsia="Times New Roman" w:cs="Times New Roman"/>
          <w:szCs w:val="20"/>
          <w:lang w:val="en-GB" w:eastAsia="en-GB"/>
        </w:rPr>
      </w:pPr>
      <w:r w:rsidRPr="00F55338">
        <w:rPr>
          <w:rFonts w:ascii="Century Gothic" w:hAnsi="Century Gothic" w:eastAsia="Times New Roman" w:cs="Times New Roman"/>
          <w:b/>
          <w:bCs/>
          <w:szCs w:val="20"/>
          <w:lang w:val="en-GB" w:eastAsia="en-GB"/>
        </w:rPr>
        <w:t>Completed Referral forms and documents should be sent to:</w:t>
      </w:r>
    </w:p>
    <w:p w:rsidRPr="00F55338" w:rsidR="00037EF5" w:rsidP="00F55338" w:rsidRDefault="00037EF5" w14:paraId="308AF4F6" w14:textId="77777777">
      <w:pPr>
        <w:shd w:val="clear" w:color="auto" w:fill="C2D69B" w:themeFill="accent3" w:themeFillTint="99"/>
        <w:spacing w:before="100" w:beforeAutospacing="1" w:after="100" w:afterAutospacing="1" w:line="240" w:lineRule="auto"/>
        <w:rPr>
          <w:rFonts w:ascii="Century Gothic" w:hAnsi="Century Gothic" w:eastAsia="Times New Roman" w:cs="Times New Roman"/>
          <w:szCs w:val="20"/>
          <w:lang w:val="en-GB" w:eastAsia="en-GB"/>
        </w:rPr>
      </w:pPr>
      <w:r w:rsidRPr="00F55338">
        <w:rPr>
          <w:rFonts w:ascii="Century Gothic" w:hAnsi="Century Gothic" w:eastAsia="Times New Roman" w:cs="Times New Roman"/>
          <w:b/>
          <w:bCs/>
          <w:szCs w:val="20"/>
          <w:lang w:val="en-GB" w:eastAsia="en-GB"/>
        </w:rPr>
        <w:t>admissions@homebrookwoods.co.uk</w:t>
      </w:r>
    </w:p>
    <w:p w:rsidR="00C93F81" w:rsidRDefault="00C93F81" w14:paraId="0E2EB3B9" w14:textId="77777777">
      <w:pPr>
        <w:rPr>
          <w:rFonts w:ascii="Century Gothic" w:hAnsi="Century Gothic"/>
          <w:lang w:val="en-GB"/>
        </w:rPr>
      </w:pPr>
    </w:p>
    <w:p w:rsidRPr="00C93F81" w:rsidR="00E20DA8" w:rsidRDefault="00000000" w14:paraId="1030E2AE" w14:textId="16A28437">
      <w:pPr>
        <w:rPr>
          <w:rFonts w:ascii="Century Gothic" w:hAnsi="Century Gothic"/>
        </w:rPr>
      </w:pPr>
      <w:r w:rsidRPr="00C93F81">
        <w:rPr>
          <w:rFonts w:ascii="Century Gothic" w:hAnsi="Century Gothic"/>
          <w:b/>
          <w:color w:val="4F6228"/>
          <w:sz w:val="26"/>
        </w:rPr>
        <w:t>SECTION 1 OF 4 - Referral Details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16"/>
        <w:gridCol w:w="4314"/>
      </w:tblGrid>
      <w:tr w:rsidRPr="00C93F81" w:rsidR="00E20DA8" w:rsidTr="00F55338" w14:paraId="715C17DA" w14:textId="77777777">
        <w:tc>
          <w:tcPr>
            <w:tcW w:w="4320" w:type="dxa"/>
            <w:shd w:val="clear" w:color="auto" w:fill="D6E3BC" w:themeFill="accent3" w:themeFillTint="66"/>
          </w:tcPr>
          <w:p w:rsidRPr="00F55338" w:rsidR="00E20DA8" w:rsidRDefault="00000000" w14:paraId="3E74F8D0" w14:textId="77777777">
            <w:pPr>
              <w:rPr>
                <w:rFonts w:ascii="Century Gothic" w:hAnsi="Century Gothic"/>
                <w:b/>
                <w:bCs/>
              </w:rPr>
            </w:pPr>
            <w:r w:rsidRPr="00F55338">
              <w:rPr>
                <w:rFonts w:ascii="Century Gothic" w:hAnsi="Century Gothic"/>
                <w:b/>
                <w:bCs/>
              </w:rPr>
              <w:t>Date of Referral</w:t>
            </w:r>
          </w:p>
        </w:tc>
        <w:tc>
          <w:tcPr>
            <w:tcW w:w="4320" w:type="dxa"/>
          </w:tcPr>
          <w:p w:rsidRPr="00C93F81" w:rsidR="00E20DA8" w:rsidRDefault="00E20DA8" w14:paraId="287A27F8" w14:textId="77777777">
            <w:pPr>
              <w:rPr>
                <w:rFonts w:ascii="Century Gothic" w:hAnsi="Century Gothic"/>
              </w:rPr>
            </w:pPr>
          </w:p>
        </w:tc>
      </w:tr>
      <w:tr w:rsidRPr="00C93F81" w:rsidR="00E20DA8" w:rsidTr="00F55338" w14:paraId="7CD71FA1" w14:textId="77777777">
        <w:tc>
          <w:tcPr>
            <w:tcW w:w="4320" w:type="dxa"/>
            <w:shd w:val="clear" w:color="auto" w:fill="D6E3BC" w:themeFill="accent3" w:themeFillTint="66"/>
          </w:tcPr>
          <w:p w:rsidRPr="00F55338" w:rsidR="00E20DA8" w:rsidRDefault="00000000" w14:paraId="750C0053" w14:textId="77777777">
            <w:pPr>
              <w:rPr>
                <w:rFonts w:ascii="Century Gothic" w:hAnsi="Century Gothic"/>
                <w:b/>
                <w:bCs/>
              </w:rPr>
            </w:pPr>
            <w:r w:rsidRPr="00F55338">
              <w:rPr>
                <w:rFonts w:ascii="Century Gothic" w:hAnsi="Century Gothic"/>
                <w:b/>
                <w:bCs/>
              </w:rPr>
              <w:t>Requested Start Date</w:t>
            </w:r>
          </w:p>
        </w:tc>
        <w:tc>
          <w:tcPr>
            <w:tcW w:w="4320" w:type="dxa"/>
          </w:tcPr>
          <w:p w:rsidRPr="00C93F81" w:rsidR="00E20DA8" w:rsidRDefault="00E20DA8" w14:paraId="6875735A" w14:textId="77777777">
            <w:pPr>
              <w:rPr>
                <w:rFonts w:ascii="Century Gothic" w:hAnsi="Century Gothic"/>
              </w:rPr>
            </w:pPr>
          </w:p>
        </w:tc>
      </w:tr>
      <w:tr w:rsidRPr="00C93F81" w:rsidR="00E20DA8" w:rsidTr="00F55338" w14:paraId="75BD5CB1" w14:textId="77777777">
        <w:tc>
          <w:tcPr>
            <w:tcW w:w="4320" w:type="dxa"/>
            <w:shd w:val="clear" w:color="auto" w:fill="D6E3BC" w:themeFill="accent3" w:themeFillTint="66"/>
          </w:tcPr>
          <w:p w:rsidRPr="00F55338" w:rsidR="00E20DA8" w:rsidRDefault="00000000" w14:paraId="63E55ED2" w14:textId="77777777">
            <w:pPr>
              <w:rPr>
                <w:rFonts w:ascii="Century Gothic" w:hAnsi="Century Gothic"/>
                <w:b/>
                <w:bCs/>
              </w:rPr>
            </w:pPr>
            <w:r w:rsidRPr="00F55338">
              <w:rPr>
                <w:rFonts w:ascii="Century Gothic" w:hAnsi="Century Gothic"/>
                <w:b/>
                <w:bCs/>
              </w:rPr>
              <w:t>Referring Organisation</w:t>
            </w:r>
          </w:p>
        </w:tc>
        <w:tc>
          <w:tcPr>
            <w:tcW w:w="4320" w:type="dxa"/>
          </w:tcPr>
          <w:p w:rsidRPr="00C93F81" w:rsidR="00E20DA8" w:rsidRDefault="00E20DA8" w14:paraId="71737787" w14:textId="77777777">
            <w:pPr>
              <w:rPr>
                <w:rFonts w:ascii="Century Gothic" w:hAnsi="Century Gothic"/>
              </w:rPr>
            </w:pPr>
          </w:p>
        </w:tc>
      </w:tr>
      <w:tr w:rsidRPr="00C93F81" w:rsidR="00E20DA8" w:rsidTr="00F55338" w14:paraId="0917A16B" w14:textId="77777777">
        <w:tc>
          <w:tcPr>
            <w:tcW w:w="4320" w:type="dxa"/>
            <w:shd w:val="clear" w:color="auto" w:fill="D6E3BC" w:themeFill="accent3" w:themeFillTint="66"/>
          </w:tcPr>
          <w:p w:rsidRPr="00F55338" w:rsidR="00E20DA8" w:rsidRDefault="00000000" w14:paraId="7C99ECCE" w14:textId="77777777">
            <w:pPr>
              <w:rPr>
                <w:rFonts w:ascii="Century Gothic" w:hAnsi="Century Gothic"/>
                <w:b/>
                <w:bCs/>
              </w:rPr>
            </w:pPr>
            <w:r w:rsidRPr="00F55338">
              <w:rPr>
                <w:rFonts w:ascii="Century Gothic" w:hAnsi="Century Gothic"/>
                <w:b/>
                <w:bCs/>
              </w:rPr>
              <w:t>Name</w:t>
            </w:r>
          </w:p>
        </w:tc>
        <w:tc>
          <w:tcPr>
            <w:tcW w:w="4320" w:type="dxa"/>
          </w:tcPr>
          <w:p w:rsidRPr="00C93F81" w:rsidR="00E20DA8" w:rsidRDefault="00E20DA8" w14:paraId="381E9A71" w14:textId="77777777">
            <w:pPr>
              <w:rPr>
                <w:rFonts w:ascii="Century Gothic" w:hAnsi="Century Gothic"/>
              </w:rPr>
            </w:pPr>
          </w:p>
        </w:tc>
      </w:tr>
      <w:tr w:rsidRPr="00C93F81" w:rsidR="00E20DA8" w:rsidTr="00F55338" w14:paraId="66377D1C" w14:textId="77777777">
        <w:tc>
          <w:tcPr>
            <w:tcW w:w="4320" w:type="dxa"/>
            <w:shd w:val="clear" w:color="auto" w:fill="D6E3BC" w:themeFill="accent3" w:themeFillTint="66"/>
          </w:tcPr>
          <w:p w:rsidRPr="00F55338" w:rsidR="00E20DA8" w:rsidRDefault="00000000" w14:paraId="6A983A78" w14:textId="77777777">
            <w:pPr>
              <w:rPr>
                <w:rFonts w:ascii="Century Gothic" w:hAnsi="Century Gothic"/>
                <w:b/>
                <w:bCs/>
              </w:rPr>
            </w:pPr>
            <w:r w:rsidRPr="00F55338">
              <w:rPr>
                <w:rFonts w:ascii="Century Gothic" w:hAnsi="Century Gothic"/>
                <w:b/>
                <w:bCs/>
              </w:rPr>
              <w:t>Job Title</w:t>
            </w:r>
          </w:p>
        </w:tc>
        <w:tc>
          <w:tcPr>
            <w:tcW w:w="4320" w:type="dxa"/>
          </w:tcPr>
          <w:p w:rsidRPr="00C93F81" w:rsidR="00E20DA8" w:rsidRDefault="00E20DA8" w14:paraId="6D07FB10" w14:textId="77777777">
            <w:pPr>
              <w:rPr>
                <w:rFonts w:ascii="Century Gothic" w:hAnsi="Century Gothic"/>
              </w:rPr>
            </w:pPr>
          </w:p>
        </w:tc>
      </w:tr>
      <w:tr w:rsidRPr="00C93F81" w:rsidR="00E20DA8" w:rsidTr="00F55338" w14:paraId="27E25426" w14:textId="77777777">
        <w:tc>
          <w:tcPr>
            <w:tcW w:w="4320" w:type="dxa"/>
            <w:shd w:val="clear" w:color="auto" w:fill="D6E3BC" w:themeFill="accent3" w:themeFillTint="66"/>
          </w:tcPr>
          <w:p w:rsidRPr="00F55338" w:rsidR="00E20DA8" w:rsidRDefault="00000000" w14:paraId="79C79560" w14:textId="77777777">
            <w:pPr>
              <w:rPr>
                <w:rFonts w:ascii="Century Gothic" w:hAnsi="Century Gothic"/>
                <w:b/>
                <w:bCs/>
              </w:rPr>
            </w:pPr>
            <w:r w:rsidRPr="00F55338">
              <w:rPr>
                <w:rFonts w:ascii="Century Gothic" w:hAnsi="Century Gothic"/>
                <w:b/>
                <w:bCs/>
              </w:rPr>
              <w:t>Organisation</w:t>
            </w:r>
          </w:p>
        </w:tc>
        <w:tc>
          <w:tcPr>
            <w:tcW w:w="4320" w:type="dxa"/>
          </w:tcPr>
          <w:p w:rsidRPr="00C93F81" w:rsidR="00E20DA8" w:rsidRDefault="00E20DA8" w14:paraId="78BA8DE4" w14:textId="77777777">
            <w:pPr>
              <w:rPr>
                <w:rFonts w:ascii="Century Gothic" w:hAnsi="Century Gothic"/>
              </w:rPr>
            </w:pPr>
          </w:p>
        </w:tc>
      </w:tr>
      <w:tr w:rsidRPr="00C93F81" w:rsidR="00E20DA8" w:rsidTr="00F55338" w14:paraId="016B6EAA" w14:textId="77777777">
        <w:tc>
          <w:tcPr>
            <w:tcW w:w="4320" w:type="dxa"/>
            <w:shd w:val="clear" w:color="auto" w:fill="D6E3BC" w:themeFill="accent3" w:themeFillTint="66"/>
          </w:tcPr>
          <w:p w:rsidRPr="00F55338" w:rsidR="00E20DA8" w:rsidRDefault="00000000" w14:paraId="30C2F412" w14:textId="77777777">
            <w:pPr>
              <w:rPr>
                <w:rFonts w:ascii="Century Gothic" w:hAnsi="Century Gothic"/>
                <w:b/>
                <w:bCs/>
              </w:rPr>
            </w:pPr>
            <w:r w:rsidRPr="00F55338">
              <w:rPr>
                <w:rFonts w:ascii="Century Gothic" w:hAnsi="Century Gothic"/>
                <w:b/>
                <w:bCs/>
              </w:rPr>
              <w:t>Telephone</w:t>
            </w:r>
          </w:p>
        </w:tc>
        <w:tc>
          <w:tcPr>
            <w:tcW w:w="4320" w:type="dxa"/>
          </w:tcPr>
          <w:p w:rsidRPr="00C93F81" w:rsidR="00E20DA8" w:rsidRDefault="00E20DA8" w14:paraId="421A2E35" w14:textId="77777777">
            <w:pPr>
              <w:rPr>
                <w:rFonts w:ascii="Century Gothic" w:hAnsi="Century Gothic"/>
              </w:rPr>
            </w:pPr>
          </w:p>
        </w:tc>
      </w:tr>
      <w:tr w:rsidRPr="00C93F81" w:rsidR="00E20DA8" w:rsidTr="00F55338" w14:paraId="35947AB1" w14:textId="77777777">
        <w:tc>
          <w:tcPr>
            <w:tcW w:w="4320" w:type="dxa"/>
            <w:shd w:val="clear" w:color="auto" w:fill="D6E3BC" w:themeFill="accent3" w:themeFillTint="66"/>
          </w:tcPr>
          <w:p w:rsidRPr="00F55338" w:rsidR="00E20DA8" w:rsidRDefault="00000000" w14:paraId="11812735" w14:textId="77777777">
            <w:pPr>
              <w:rPr>
                <w:rFonts w:ascii="Century Gothic" w:hAnsi="Century Gothic"/>
                <w:b/>
                <w:bCs/>
              </w:rPr>
            </w:pPr>
            <w:r w:rsidRPr="00F55338">
              <w:rPr>
                <w:rFonts w:ascii="Century Gothic" w:hAnsi="Century Gothic"/>
                <w:b/>
                <w:bCs/>
              </w:rPr>
              <w:t>Email</w:t>
            </w:r>
          </w:p>
        </w:tc>
        <w:tc>
          <w:tcPr>
            <w:tcW w:w="4320" w:type="dxa"/>
          </w:tcPr>
          <w:p w:rsidRPr="00C93F81" w:rsidR="00E20DA8" w:rsidRDefault="00E20DA8" w14:paraId="22C9DF9E" w14:textId="77777777">
            <w:pPr>
              <w:rPr>
                <w:rFonts w:ascii="Century Gothic" w:hAnsi="Century Gothic"/>
              </w:rPr>
            </w:pPr>
          </w:p>
        </w:tc>
      </w:tr>
    </w:tbl>
    <w:p w:rsidR="00F55338" w:rsidRDefault="00F55338" w14:paraId="693CD057" w14:textId="77777777">
      <w:pPr>
        <w:rPr>
          <w:rFonts w:ascii="Century Gothic" w:hAnsi="Century Gothic"/>
          <w:b/>
          <w:color w:val="4F6228"/>
          <w:sz w:val="26"/>
        </w:rPr>
      </w:pPr>
    </w:p>
    <w:p w:rsidRPr="00BD2D3C" w:rsidR="00E14D8E" w:rsidP="00E14D8E" w:rsidRDefault="00E14D8E" w14:paraId="6BB97B3A" w14:textId="77777777">
      <w:pPr>
        <w:rPr>
          <w:rFonts w:ascii="Century Gothic" w:hAnsi="Century Gothic"/>
          <w:b/>
          <w:bCs/>
          <w:color w:val="4F6228"/>
          <w:sz w:val="26"/>
          <w:lang w:val="en-GB"/>
        </w:rPr>
      </w:pPr>
      <w:r w:rsidRPr="00BD2D3C">
        <w:rPr>
          <w:rFonts w:ascii="Century Gothic" w:hAnsi="Century Gothic"/>
          <w:b/>
          <w:bCs/>
          <w:color w:val="4F6228"/>
          <w:sz w:val="26"/>
          <w:lang w:val="en-GB"/>
        </w:rPr>
        <w:t>Parent awareness</w:t>
      </w:r>
      <w:r>
        <w:rPr>
          <w:rFonts w:ascii="Century Gothic" w:hAnsi="Century Gothic"/>
          <w:b/>
          <w:bCs/>
          <w:color w:val="4F6228"/>
          <w:sz w:val="26"/>
          <w:lang w:val="en-GB"/>
        </w:rPr>
        <w:t xml:space="preserve"> </w:t>
      </w:r>
      <w:r w:rsidRPr="00BD2D3C">
        <w:rPr>
          <w:rFonts w:ascii="Century Gothic" w:hAnsi="Century Gothic"/>
          <w:b/>
          <w:bCs/>
          <w:i/>
          <w:iCs/>
          <w:color w:val="4F6228"/>
          <w:sz w:val="22"/>
          <w:szCs w:val="18"/>
          <w:lang w:val="en-GB"/>
        </w:rPr>
        <w:t>(please highlight)</w:t>
      </w:r>
    </w:p>
    <w:p w:rsidRPr="00E14D8E" w:rsidR="00E14D8E" w:rsidP="00E14D8E" w:rsidRDefault="00E14D8E" w14:paraId="45B94C1E" w14:textId="77777777">
      <w:pPr>
        <w:rPr>
          <w:rFonts w:ascii="Century Gothic" w:hAnsi="Century Gothic"/>
          <w:b/>
          <w:color w:val="000000" w:themeColor="text1"/>
          <w:sz w:val="26"/>
          <w:lang w:val="en-GB"/>
        </w:rPr>
      </w:pPr>
      <w:r w:rsidRPr="00E14D8E">
        <w:rPr>
          <w:rFonts w:ascii="Segoe UI Symbol" w:hAnsi="Segoe UI Symbol" w:cs="Segoe UI Symbol"/>
          <w:b/>
          <w:color w:val="000000" w:themeColor="text1"/>
          <w:sz w:val="26"/>
          <w:lang w:val="en-GB"/>
        </w:rPr>
        <w:t>☐</w:t>
      </w:r>
      <w:r w:rsidRPr="00E14D8E">
        <w:rPr>
          <w:rFonts w:ascii="Century Gothic" w:hAnsi="Century Gothic"/>
          <w:b/>
          <w:color w:val="000000" w:themeColor="text1"/>
          <w:sz w:val="26"/>
          <w:lang w:val="en-GB"/>
        </w:rPr>
        <w:t xml:space="preserve"> Parent/carer is aware this referral has been made.</w:t>
      </w:r>
    </w:p>
    <w:p w:rsidRPr="00E14D8E" w:rsidR="00E14D8E" w:rsidP="00E14D8E" w:rsidRDefault="00E14D8E" w14:paraId="70A9F20A" w14:textId="77777777">
      <w:pPr>
        <w:rPr>
          <w:rFonts w:ascii="Century Gothic" w:hAnsi="Century Gothic"/>
          <w:b/>
          <w:color w:val="000000" w:themeColor="text1"/>
          <w:sz w:val="26"/>
          <w:lang w:val="en-GB"/>
        </w:rPr>
      </w:pPr>
      <w:r w:rsidRPr="00E14D8E">
        <w:rPr>
          <w:rFonts w:ascii="Segoe UI Symbol" w:hAnsi="Segoe UI Symbol" w:cs="Segoe UI Symbol"/>
          <w:b/>
          <w:color w:val="000000" w:themeColor="text1"/>
          <w:sz w:val="26"/>
          <w:lang w:val="en-GB"/>
        </w:rPr>
        <w:t>☐</w:t>
      </w:r>
      <w:r w:rsidRPr="00E14D8E">
        <w:rPr>
          <w:rFonts w:ascii="Century Gothic" w:hAnsi="Century Gothic"/>
          <w:b/>
          <w:color w:val="000000" w:themeColor="text1"/>
          <w:sz w:val="26"/>
          <w:lang w:val="en-GB"/>
        </w:rPr>
        <w:t xml:space="preserve"> Parent/carer has consented to this referral.</w:t>
      </w:r>
    </w:p>
    <w:p w:rsidR="00E14D8E" w:rsidRDefault="00E14D8E" w14:paraId="07373358" w14:textId="77777777">
      <w:pPr>
        <w:rPr>
          <w:rFonts w:ascii="Century Gothic" w:hAnsi="Century Gothic"/>
          <w:b/>
          <w:color w:val="4F6228"/>
          <w:sz w:val="26"/>
        </w:rPr>
      </w:pPr>
    </w:p>
    <w:p w:rsidRPr="00C93F81" w:rsidR="00E20DA8" w:rsidRDefault="00000000" w14:paraId="1C33A2AB" w14:textId="6EAC7621">
      <w:pPr>
        <w:rPr>
          <w:rFonts w:ascii="Century Gothic" w:hAnsi="Century Gothic"/>
        </w:rPr>
      </w:pPr>
      <w:r w:rsidRPr="00C93F81">
        <w:rPr>
          <w:rFonts w:ascii="Century Gothic" w:hAnsi="Century Gothic"/>
          <w:b/>
          <w:color w:val="4F6228"/>
          <w:sz w:val="26"/>
        </w:rPr>
        <w:t>Requested Foundations Package</w:t>
      </w:r>
      <w:r w:rsidR="00C93F81">
        <w:rPr>
          <w:rFonts w:ascii="Century Gothic" w:hAnsi="Century Gothic"/>
          <w:b/>
          <w:color w:val="4F6228"/>
          <w:sz w:val="26"/>
        </w:rPr>
        <w:t xml:space="preserve"> </w:t>
      </w:r>
      <w:r w:rsidRPr="00F55338" w:rsidR="00C93F81">
        <w:rPr>
          <w:rFonts w:ascii="Century Gothic" w:hAnsi="Century Gothic"/>
          <w:b/>
          <w:i/>
          <w:iCs/>
          <w:color w:val="4F6228"/>
          <w:sz w:val="18"/>
          <w:szCs w:val="14"/>
        </w:rPr>
        <w:t>(please highlight)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20"/>
      </w:tblGrid>
      <w:tr w:rsidRPr="00C93F81" w:rsidR="00F55338" w:rsidTr="00F55338" w14:paraId="181C5961" w14:textId="77777777">
        <w:tc>
          <w:tcPr>
            <w:tcW w:w="4320" w:type="dxa"/>
          </w:tcPr>
          <w:p w:rsidRPr="00F55338" w:rsidR="00F55338" w:rsidRDefault="00F55338" w14:paraId="03F44B7F" w14:textId="77777777">
            <w:pPr>
              <w:rPr>
                <w:rFonts w:ascii="Century Gothic" w:hAnsi="Century Gothic"/>
                <w:color w:val="4F6228" w:themeColor="accent3" w:themeShade="80"/>
              </w:rPr>
            </w:pPr>
            <w:r w:rsidRPr="00F55338">
              <w:rPr>
                <w:rFonts w:ascii="Segoe UI Symbol" w:hAnsi="Segoe UI Symbol" w:cs="Segoe UI Symbol"/>
                <w:color w:val="4F6228" w:themeColor="accent3" w:themeShade="80"/>
              </w:rPr>
              <w:t>☐</w:t>
            </w:r>
            <w:r w:rsidRPr="00F55338">
              <w:rPr>
                <w:rFonts w:ascii="Century Gothic" w:hAnsi="Century Gothic"/>
                <w:color w:val="4F6228" w:themeColor="accent3" w:themeShade="80"/>
              </w:rPr>
              <w:t xml:space="preserve"> Alternative Provision</w:t>
            </w:r>
          </w:p>
        </w:tc>
      </w:tr>
      <w:tr w:rsidRPr="00C93F81" w:rsidR="00F55338" w:rsidTr="00F55338" w14:paraId="0646CF53" w14:textId="77777777">
        <w:tc>
          <w:tcPr>
            <w:tcW w:w="4320" w:type="dxa"/>
          </w:tcPr>
          <w:p w:rsidRPr="00F55338" w:rsidR="00F55338" w:rsidRDefault="00F55338" w14:paraId="129DA87F" w14:textId="77777777">
            <w:pPr>
              <w:rPr>
                <w:rFonts w:ascii="Century Gothic" w:hAnsi="Century Gothic"/>
                <w:color w:val="4F6228" w:themeColor="accent3" w:themeShade="80"/>
              </w:rPr>
            </w:pPr>
            <w:r w:rsidRPr="00F55338">
              <w:rPr>
                <w:rFonts w:ascii="Segoe UI Symbol" w:hAnsi="Segoe UI Symbol" w:cs="Segoe UI Symbol"/>
                <w:color w:val="4F6228" w:themeColor="accent3" w:themeShade="80"/>
              </w:rPr>
              <w:t>☐</w:t>
            </w:r>
            <w:r w:rsidRPr="00F55338">
              <w:rPr>
                <w:rFonts w:ascii="Century Gothic" w:hAnsi="Century Gothic"/>
                <w:color w:val="4F6228" w:themeColor="accent3" w:themeShade="80"/>
              </w:rPr>
              <w:t xml:space="preserve"> Assessment Placement</w:t>
            </w:r>
          </w:p>
        </w:tc>
      </w:tr>
      <w:tr w:rsidRPr="00C93F81" w:rsidR="00F55338" w:rsidTr="00F55338" w14:paraId="4B0FB2FB" w14:textId="77777777">
        <w:tc>
          <w:tcPr>
            <w:tcW w:w="4320" w:type="dxa"/>
          </w:tcPr>
          <w:p w:rsidRPr="00F55338" w:rsidR="00F55338" w:rsidRDefault="00F55338" w14:paraId="658C49D0" w14:textId="77777777">
            <w:pPr>
              <w:rPr>
                <w:rFonts w:ascii="Century Gothic" w:hAnsi="Century Gothic"/>
                <w:color w:val="4F6228" w:themeColor="accent3" w:themeShade="80"/>
              </w:rPr>
            </w:pPr>
            <w:r w:rsidRPr="00F55338">
              <w:rPr>
                <w:rFonts w:ascii="Segoe UI Symbol" w:hAnsi="Segoe UI Symbol" w:cs="Segoe UI Symbol"/>
                <w:color w:val="4F6228" w:themeColor="accent3" w:themeShade="80"/>
              </w:rPr>
              <w:t>☐</w:t>
            </w:r>
            <w:r w:rsidRPr="00F55338">
              <w:rPr>
                <w:rFonts w:ascii="Century Gothic" w:hAnsi="Century Gothic"/>
                <w:color w:val="4F6228" w:themeColor="accent3" w:themeShade="80"/>
              </w:rPr>
              <w:t xml:space="preserve"> Transition Support</w:t>
            </w:r>
          </w:p>
        </w:tc>
      </w:tr>
      <w:tr w:rsidRPr="00C93F81" w:rsidR="00F55338" w:rsidTr="00F55338" w14:paraId="5605B30E" w14:textId="77777777">
        <w:tc>
          <w:tcPr>
            <w:tcW w:w="4320" w:type="dxa"/>
          </w:tcPr>
          <w:p w:rsidRPr="00F55338" w:rsidR="00F55338" w:rsidRDefault="00F55338" w14:paraId="34522213" w14:textId="77777777">
            <w:pPr>
              <w:rPr>
                <w:rFonts w:ascii="Century Gothic" w:hAnsi="Century Gothic"/>
                <w:color w:val="4F6228" w:themeColor="accent3" w:themeShade="80"/>
              </w:rPr>
            </w:pPr>
            <w:r w:rsidRPr="00F55338">
              <w:rPr>
                <w:rFonts w:ascii="Segoe UI Symbol" w:hAnsi="Segoe UI Symbol" w:cs="Segoe UI Symbol"/>
                <w:color w:val="4F6228" w:themeColor="accent3" w:themeShade="80"/>
              </w:rPr>
              <w:t>☐</w:t>
            </w:r>
            <w:r w:rsidRPr="00F55338">
              <w:rPr>
                <w:rFonts w:ascii="Century Gothic" w:hAnsi="Century Gothic"/>
                <w:color w:val="4F6228" w:themeColor="accent3" w:themeShade="80"/>
              </w:rPr>
              <w:t xml:space="preserve"> Re-engagement Package (including EBSA)</w:t>
            </w:r>
          </w:p>
        </w:tc>
      </w:tr>
      <w:tr w:rsidRPr="00C93F81" w:rsidR="00F55338" w:rsidTr="00F55338" w14:paraId="0B509841" w14:textId="77777777">
        <w:tc>
          <w:tcPr>
            <w:tcW w:w="4320" w:type="dxa"/>
          </w:tcPr>
          <w:p w:rsidRPr="00F55338" w:rsidR="00F55338" w:rsidRDefault="00F55338" w14:paraId="33B2F38F" w14:textId="77777777">
            <w:pPr>
              <w:rPr>
                <w:rFonts w:ascii="Century Gothic" w:hAnsi="Century Gothic"/>
                <w:color w:val="4F6228" w:themeColor="accent3" w:themeShade="80"/>
              </w:rPr>
            </w:pPr>
            <w:r w:rsidRPr="00F55338">
              <w:rPr>
                <w:rFonts w:ascii="Segoe UI Symbol" w:hAnsi="Segoe UI Symbol" w:cs="Segoe UI Symbol"/>
                <w:color w:val="4F6228" w:themeColor="accent3" w:themeShade="80"/>
              </w:rPr>
              <w:t>☐</w:t>
            </w:r>
            <w:r w:rsidRPr="00F55338">
              <w:rPr>
                <w:rFonts w:ascii="Century Gothic" w:hAnsi="Century Gothic"/>
                <w:color w:val="4F6228" w:themeColor="accent3" w:themeShade="80"/>
              </w:rPr>
              <w:t xml:space="preserve"> Outreach Support</w:t>
            </w:r>
          </w:p>
        </w:tc>
      </w:tr>
      <w:tr w:rsidRPr="00C93F81" w:rsidR="00F55338" w:rsidTr="00F55338" w14:paraId="2BB92A5E" w14:textId="77777777">
        <w:tc>
          <w:tcPr>
            <w:tcW w:w="4320" w:type="dxa"/>
          </w:tcPr>
          <w:p w:rsidRPr="00F55338" w:rsidR="00F55338" w:rsidRDefault="00F55338" w14:paraId="2DEDA3FF" w14:textId="77777777">
            <w:pPr>
              <w:rPr>
                <w:rFonts w:ascii="Century Gothic" w:hAnsi="Century Gothic"/>
                <w:color w:val="4F6228" w:themeColor="accent3" w:themeShade="80"/>
              </w:rPr>
            </w:pPr>
            <w:r w:rsidRPr="00F55338">
              <w:rPr>
                <w:rFonts w:ascii="Segoe UI Symbol" w:hAnsi="Segoe UI Symbol" w:cs="Segoe UI Symbol"/>
                <w:color w:val="4F6228" w:themeColor="accent3" w:themeShade="80"/>
              </w:rPr>
              <w:t>☐</w:t>
            </w:r>
            <w:r w:rsidRPr="00F55338">
              <w:rPr>
                <w:rFonts w:ascii="Century Gothic" w:hAnsi="Century Gothic"/>
                <w:color w:val="4F6228" w:themeColor="accent3" w:themeShade="80"/>
              </w:rPr>
              <w:t xml:space="preserve"> Personalised Learning Package</w:t>
            </w:r>
          </w:p>
        </w:tc>
      </w:tr>
      <w:tr w:rsidRPr="00C93F81" w:rsidR="00F55338" w:rsidTr="00F55338" w14:paraId="74069DBB" w14:textId="77777777">
        <w:tc>
          <w:tcPr>
            <w:tcW w:w="4320" w:type="dxa"/>
          </w:tcPr>
          <w:p w:rsidRPr="00F55338" w:rsidR="00F55338" w:rsidRDefault="00F55338" w14:paraId="799B3342" w14:textId="77777777">
            <w:pPr>
              <w:rPr>
                <w:rFonts w:ascii="Century Gothic" w:hAnsi="Century Gothic"/>
                <w:color w:val="4F6228" w:themeColor="accent3" w:themeShade="80"/>
              </w:rPr>
            </w:pPr>
            <w:r w:rsidRPr="00F55338">
              <w:rPr>
                <w:rFonts w:ascii="Segoe UI Symbol" w:hAnsi="Segoe UI Symbol" w:cs="Segoe UI Symbol"/>
                <w:color w:val="4F6228" w:themeColor="accent3" w:themeShade="80"/>
              </w:rPr>
              <w:t>☐</w:t>
            </w:r>
            <w:r w:rsidRPr="00F55338">
              <w:rPr>
                <w:rFonts w:ascii="Century Gothic" w:hAnsi="Century Gothic"/>
                <w:color w:val="4F6228" w:themeColor="accent3" w:themeShade="80"/>
              </w:rPr>
              <w:t xml:space="preserve"> Unsure – advice requested</w:t>
            </w:r>
          </w:p>
        </w:tc>
      </w:tr>
    </w:tbl>
    <w:p w:rsidR="00F55338" w:rsidRDefault="00F55338" w14:paraId="257EA1A0" w14:textId="77777777">
      <w:pPr>
        <w:rPr>
          <w:rFonts w:ascii="Century Gothic" w:hAnsi="Century Gothic"/>
          <w:b/>
          <w:color w:val="4F6228"/>
          <w:sz w:val="26"/>
        </w:rPr>
      </w:pPr>
    </w:p>
    <w:p w:rsidRPr="00C93F81" w:rsidR="00E20DA8" w:rsidRDefault="00000000" w14:paraId="3CDE10DC" w14:textId="7E4807DD">
      <w:pPr>
        <w:rPr>
          <w:rFonts w:ascii="Century Gothic" w:hAnsi="Century Gothic"/>
        </w:rPr>
      </w:pPr>
      <w:r w:rsidRPr="00C93F81">
        <w:rPr>
          <w:rFonts w:ascii="Century Gothic" w:hAnsi="Century Gothic"/>
          <w:b/>
          <w:color w:val="4F6228"/>
          <w:sz w:val="26"/>
        </w:rPr>
        <w:t>Requested Attendance</w:t>
      </w:r>
      <w:r w:rsidR="00C93F81">
        <w:rPr>
          <w:rFonts w:ascii="Century Gothic" w:hAnsi="Century Gothic"/>
          <w:b/>
          <w:color w:val="4F6228"/>
          <w:sz w:val="26"/>
        </w:rPr>
        <w:t xml:space="preserve"> </w:t>
      </w:r>
      <w:r w:rsidRPr="00F55338" w:rsidR="00F55338">
        <w:rPr>
          <w:rFonts w:ascii="Century Gothic" w:hAnsi="Century Gothic"/>
          <w:b/>
          <w:i/>
          <w:iCs/>
          <w:color w:val="4F6228"/>
          <w:sz w:val="18"/>
          <w:szCs w:val="14"/>
        </w:rPr>
        <w:t>(please highlight)</w:t>
      </w:r>
    </w:p>
    <w:tbl>
      <w:tblPr>
        <w:tblStyle w:val="TableGrid"/>
        <w:tblW w:w="0" w:type="auto"/>
        <w:tblLook w:val="04A0" w:firstRow="1" w:lastRow="0" w:firstColumn="1" w:lastColumn="0" w:noHBand="0" w:noVBand="1"/>
      </w:tblPr>
      <w:tblGrid>
        <w:gridCol w:w="4314"/>
        <w:gridCol w:w="4316"/>
      </w:tblGrid>
      <w:tr w:rsidRPr="00C93F81" w:rsidR="004B3A4F" w:rsidTr="002D6B73" w14:paraId="391753D0" w14:textId="77777777">
        <w:tc>
          <w:tcPr>
            <w:tcW w:w="4314" w:type="dxa"/>
            <w:shd w:val="clear" w:color="auto" w:fill="C2D69B" w:themeFill="accent3" w:themeFillTint="99"/>
          </w:tcPr>
          <w:p w:rsidRPr="00E14D8E" w:rsidR="004B3A4F" w:rsidP="002D6B73" w:rsidRDefault="004B3A4F" w14:paraId="371CCFDA" w14:textId="0D682ECF">
            <w:pPr>
              <w:jc w:val="center"/>
              <w:rPr>
                <w:rFonts w:ascii="Century Gothic" w:hAnsi="Century Gothic" w:cs="Segoe UI Symbol"/>
                <w:b/>
                <w:bCs/>
              </w:rPr>
            </w:pPr>
            <w:r w:rsidRPr="00E14D8E">
              <w:rPr>
                <w:rFonts w:ascii="Century Gothic" w:hAnsi="Century Gothic" w:cs="Segoe UI Symbol"/>
                <w:b/>
                <w:bCs/>
              </w:rPr>
              <w:t>Number of days requested</w:t>
            </w:r>
          </w:p>
        </w:tc>
        <w:tc>
          <w:tcPr>
            <w:tcW w:w="4316" w:type="dxa"/>
            <w:shd w:val="clear" w:color="auto" w:fill="C2D69B" w:themeFill="accent3" w:themeFillTint="99"/>
          </w:tcPr>
          <w:p w:rsidRPr="00E14D8E" w:rsidR="004B3A4F" w:rsidP="002D6B73" w:rsidRDefault="004B3A4F" w14:paraId="675EC0CD" w14:textId="0E1B3C97">
            <w:pPr>
              <w:jc w:val="center"/>
              <w:rPr>
                <w:rFonts w:ascii="Century Gothic" w:hAnsi="Century Gothic"/>
                <w:b/>
                <w:bCs/>
              </w:rPr>
            </w:pPr>
            <w:r w:rsidRPr="00E14D8E">
              <w:rPr>
                <w:rFonts w:ascii="Century Gothic" w:hAnsi="Century Gothic"/>
                <w:b/>
                <w:bCs/>
              </w:rPr>
              <w:t>Comments/</w:t>
            </w:r>
            <w:r w:rsidRPr="00E14D8E" w:rsidR="00823634">
              <w:rPr>
                <w:rFonts w:ascii="Century Gothic" w:hAnsi="Century Gothic"/>
                <w:b/>
                <w:bCs/>
              </w:rPr>
              <w:t>Additional Enquiries</w:t>
            </w:r>
          </w:p>
        </w:tc>
      </w:tr>
      <w:tr w:rsidRPr="00C93F81" w:rsidR="002D6B73" w:rsidTr="002D6B73" w14:paraId="4897E7BA" w14:textId="77777777">
        <w:tc>
          <w:tcPr>
            <w:tcW w:w="4314" w:type="dxa"/>
          </w:tcPr>
          <w:p w:rsidRPr="00C93F81" w:rsidR="002D6B73" w:rsidRDefault="002D6B73" w14:paraId="2E39A090" w14:textId="77777777">
            <w:pPr>
              <w:rPr>
                <w:rFonts w:ascii="Century Gothic" w:hAnsi="Century Gothic"/>
              </w:rPr>
            </w:pPr>
            <w:r w:rsidRPr="00C93F81">
              <w:rPr>
                <w:rFonts w:ascii="Segoe UI Symbol" w:hAnsi="Segoe UI Symbol" w:cs="Segoe UI Symbol"/>
              </w:rPr>
              <w:t>☐</w:t>
            </w:r>
            <w:r w:rsidRPr="00C93F81">
              <w:rPr>
                <w:rFonts w:ascii="Century Gothic" w:hAnsi="Century Gothic"/>
              </w:rPr>
              <w:t xml:space="preserve"> One day</w:t>
            </w:r>
          </w:p>
        </w:tc>
        <w:tc>
          <w:tcPr>
            <w:tcW w:w="4316" w:type="dxa"/>
            <w:vMerge w:val="restart"/>
          </w:tcPr>
          <w:p w:rsidRPr="00C93F81" w:rsidR="002D6B73" w:rsidRDefault="002D6B73" w14:paraId="73D18994" w14:textId="77777777">
            <w:pPr>
              <w:rPr>
                <w:rFonts w:ascii="Century Gothic" w:hAnsi="Century Gothic"/>
              </w:rPr>
            </w:pPr>
          </w:p>
        </w:tc>
      </w:tr>
      <w:tr w:rsidRPr="00C93F81" w:rsidR="002D6B73" w:rsidTr="002D6B73" w14:paraId="58EE25EB" w14:textId="77777777">
        <w:tc>
          <w:tcPr>
            <w:tcW w:w="4314" w:type="dxa"/>
          </w:tcPr>
          <w:p w:rsidRPr="00C93F81" w:rsidR="002D6B73" w:rsidRDefault="002D6B73" w14:paraId="06A1B93E" w14:textId="77777777">
            <w:pPr>
              <w:rPr>
                <w:rFonts w:ascii="Century Gothic" w:hAnsi="Century Gothic"/>
              </w:rPr>
            </w:pPr>
            <w:r w:rsidRPr="00C93F81">
              <w:rPr>
                <w:rFonts w:ascii="Segoe UI Symbol" w:hAnsi="Segoe UI Symbol" w:cs="Segoe UI Symbol"/>
              </w:rPr>
              <w:t>☐</w:t>
            </w:r>
            <w:r w:rsidRPr="00C93F81">
              <w:rPr>
                <w:rFonts w:ascii="Century Gothic" w:hAnsi="Century Gothic"/>
              </w:rPr>
              <w:t xml:space="preserve"> Two days</w:t>
            </w:r>
          </w:p>
        </w:tc>
        <w:tc>
          <w:tcPr>
            <w:tcW w:w="4316" w:type="dxa"/>
            <w:vMerge/>
          </w:tcPr>
          <w:p w:rsidRPr="00C93F81" w:rsidR="002D6B73" w:rsidRDefault="002D6B73" w14:paraId="054C3DDE" w14:textId="77777777">
            <w:pPr>
              <w:rPr>
                <w:rFonts w:ascii="Century Gothic" w:hAnsi="Century Gothic"/>
              </w:rPr>
            </w:pPr>
          </w:p>
        </w:tc>
      </w:tr>
      <w:tr w:rsidRPr="00C93F81" w:rsidR="002D6B73" w:rsidTr="002D6B73" w14:paraId="3D28EE34" w14:textId="77777777">
        <w:tc>
          <w:tcPr>
            <w:tcW w:w="4314" w:type="dxa"/>
          </w:tcPr>
          <w:p w:rsidRPr="00C93F81" w:rsidR="002D6B73" w:rsidRDefault="002D6B73" w14:paraId="43319205" w14:textId="77777777">
            <w:pPr>
              <w:rPr>
                <w:rFonts w:ascii="Century Gothic" w:hAnsi="Century Gothic"/>
              </w:rPr>
            </w:pPr>
            <w:r w:rsidRPr="00C93F81">
              <w:rPr>
                <w:rFonts w:ascii="Segoe UI Symbol" w:hAnsi="Segoe UI Symbol" w:cs="Segoe UI Symbol"/>
              </w:rPr>
              <w:t>☐</w:t>
            </w:r>
            <w:r w:rsidRPr="00C93F81">
              <w:rPr>
                <w:rFonts w:ascii="Century Gothic" w:hAnsi="Century Gothic"/>
              </w:rPr>
              <w:t xml:space="preserve"> Three days</w:t>
            </w:r>
          </w:p>
        </w:tc>
        <w:tc>
          <w:tcPr>
            <w:tcW w:w="4316" w:type="dxa"/>
            <w:vMerge/>
          </w:tcPr>
          <w:p w:rsidRPr="00C93F81" w:rsidR="002D6B73" w:rsidRDefault="002D6B73" w14:paraId="5FBBA800" w14:textId="77777777">
            <w:pPr>
              <w:rPr>
                <w:rFonts w:ascii="Century Gothic" w:hAnsi="Century Gothic"/>
              </w:rPr>
            </w:pPr>
          </w:p>
        </w:tc>
      </w:tr>
      <w:tr w:rsidRPr="00C93F81" w:rsidR="00895022" w:rsidTr="002D6B73" w14:paraId="3C42171C" w14:textId="77777777">
        <w:tc>
          <w:tcPr>
            <w:tcW w:w="4314" w:type="dxa"/>
          </w:tcPr>
          <w:p w:rsidRPr="00C93F81" w:rsidR="00895022" w:rsidRDefault="004A091E" w14:paraId="7D16749E" w14:textId="417F1158">
            <w:pPr>
              <w:rPr>
                <w:rFonts w:ascii="Segoe UI Symbol" w:hAnsi="Segoe UI Symbol" w:cs="Segoe UI Symbol"/>
              </w:rPr>
            </w:pPr>
            <w:r w:rsidRPr="00C93F81">
              <w:rPr>
                <w:rFonts w:ascii="Segoe UI Symbol" w:hAnsi="Segoe UI Symbol" w:cs="Segoe UI Symbol"/>
              </w:rPr>
              <w:t>☐</w:t>
            </w:r>
            <w:r w:rsidRPr="00C93F81">
              <w:rPr>
                <w:rFonts w:ascii="Century Gothic" w:hAnsi="Century Gothic"/>
              </w:rPr>
              <w:t xml:space="preserve"> </w:t>
            </w:r>
            <w:r>
              <w:rPr>
                <w:rFonts w:ascii="Segoe UI Symbol" w:hAnsi="Segoe UI Symbol" w:cs="Segoe UI Symbol"/>
              </w:rPr>
              <w:t>Full time interim package</w:t>
            </w:r>
          </w:p>
        </w:tc>
        <w:tc>
          <w:tcPr>
            <w:tcW w:w="4316" w:type="dxa"/>
            <w:vMerge/>
          </w:tcPr>
          <w:p w:rsidRPr="00C93F81" w:rsidR="00895022" w:rsidRDefault="00895022" w14:paraId="6184BC8B" w14:textId="77777777">
            <w:pPr>
              <w:rPr>
                <w:rFonts w:ascii="Century Gothic" w:hAnsi="Century Gothic"/>
              </w:rPr>
            </w:pPr>
          </w:p>
        </w:tc>
      </w:tr>
      <w:tr w:rsidRPr="00C93F81" w:rsidR="002D6B73" w:rsidTr="002D6B73" w14:paraId="62540D19" w14:textId="77777777">
        <w:tc>
          <w:tcPr>
            <w:tcW w:w="4314" w:type="dxa"/>
          </w:tcPr>
          <w:p w:rsidRPr="00C93F81" w:rsidR="002D6B73" w:rsidRDefault="002D6B73" w14:paraId="3796815B" w14:textId="77777777">
            <w:pPr>
              <w:rPr>
                <w:rFonts w:ascii="Century Gothic" w:hAnsi="Century Gothic"/>
              </w:rPr>
            </w:pPr>
            <w:r w:rsidRPr="00C93F81">
              <w:rPr>
                <w:rFonts w:ascii="Segoe UI Symbol" w:hAnsi="Segoe UI Symbol" w:cs="Segoe UI Symbol"/>
              </w:rPr>
              <w:t>☐</w:t>
            </w:r>
            <w:r w:rsidRPr="00C93F81">
              <w:rPr>
                <w:rFonts w:ascii="Century Gothic" w:hAnsi="Century Gothic"/>
              </w:rPr>
              <w:t xml:space="preserve"> Flexible / To be discussed</w:t>
            </w:r>
          </w:p>
        </w:tc>
        <w:tc>
          <w:tcPr>
            <w:tcW w:w="4316" w:type="dxa"/>
            <w:vMerge/>
          </w:tcPr>
          <w:p w:rsidRPr="00C93F81" w:rsidR="002D6B73" w:rsidRDefault="002D6B73" w14:paraId="23ED5148" w14:textId="77777777">
            <w:pPr>
              <w:rPr>
                <w:rFonts w:ascii="Century Gothic" w:hAnsi="Century Gothic"/>
              </w:rPr>
            </w:pPr>
          </w:p>
        </w:tc>
      </w:tr>
    </w:tbl>
    <w:p w:rsidR="00F55338" w:rsidRDefault="00F55338" w14:paraId="05ED3C24" w14:textId="77777777">
      <w:pPr>
        <w:rPr>
          <w:rFonts w:ascii="Century Gothic" w:hAnsi="Century Gothic"/>
          <w:b/>
          <w:color w:val="4F6228"/>
          <w:sz w:val="26"/>
        </w:rPr>
      </w:pPr>
    </w:p>
    <w:p w:rsidR="00823634" w:rsidRDefault="00823634" w14:paraId="408EF2A2" w14:textId="77777777">
      <w:pPr>
        <w:rPr>
          <w:rFonts w:ascii="Century Gothic" w:hAnsi="Century Gothic"/>
          <w:b/>
          <w:color w:val="4F6228"/>
          <w:sz w:val="26"/>
        </w:rPr>
      </w:pPr>
    </w:p>
    <w:p w:rsidRPr="00C93F81" w:rsidR="00E20DA8" w:rsidRDefault="00000000" w14:paraId="4D875F08" w14:textId="795E9789">
      <w:pPr>
        <w:rPr>
          <w:rFonts w:ascii="Century Gothic" w:hAnsi="Century Gothic"/>
        </w:rPr>
      </w:pPr>
      <w:r w:rsidRPr="00C93F81">
        <w:rPr>
          <w:rFonts w:ascii="Century Gothic" w:hAnsi="Century Gothic"/>
          <w:b/>
          <w:color w:val="4F6228"/>
          <w:sz w:val="26"/>
        </w:rPr>
        <w:t xml:space="preserve">SECTION 2 OF 4 </w:t>
      </w:r>
      <w:r w:rsidR="00823634">
        <w:rPr>
          <w:rFonts w:ascii="Century Gothic" w:hAnsi="Century Gothic"/>
          <w:b/>
          <w:color w:val="4F6228"/>
          <w:sz w:val="26"/>
        </w:rPr>
        <w:t>–</w:t>
      </w:r>
      <w:r w:rsidRPr="00C93F81">
        <w:rPr>
          <w:rFonts w:ascii="Century Gothic" w:hAnsi="Century Gothic"/>
          <w:b/>
          <w:color w:val="4F6228"/>
          <w:sz w:val="26"/>
        </w:rPr>
        <w:t xml:space="preserve"> Child Information</w:t>
      </w:r>
    </w:p>
    <w:tbl>
      <w:tblPr>
        <w:tblStyle w:val="TableGrid"/>
        <w:tblW w:w="0" w:type="auto"/>
        <w:tblLook w:val="04A0" w:firstRow="1" w:lastRow="0" w:firstColumn="1" w:lastColumn="0" w:noHBand="0" w:noVBand="1"/>
      </w:tblPr>
      <w:tblGrid>
        <w:gridCol w:w="4316"/>
        <w:gridCol w:w="4314"/>
      </w:tblGrid>
      <w:tr w:rsidRPr="00C93F81" w:rsidR="00E20DA8" w:rsidTr="00823634" w14:paraId="688108B1" w14:textId="77777777">
        <w:tc>
          <w:tcPr>
            <w:tcW w:w="4320" w:type="dxa"/>
            <w:shd w:val="clear" w:color="auto" w:fill="C2D69B" w:themeFill="accent3" w:themeFillTint="99"/>
          </w:tcPr>
          <w:p w:rsidRPr="00823634" w:rsidR="00E20DA8" w:rsidRDefault="00000000" w14:paraId="5D55A5C6" w14:textId="77777777">
            <w:pPr>
              <w:rPr>
                <w:rFonts w:ascii="Century Gothic" w:hAnsi="Century Gothic"/>
                <w:b/>
                <w:bCs/>
              </w:rPr>
            </w:pPr>
            <w:r w:rsidRPr="00823634">
              <w:rPr>
                <w:rFonts w:ascii="Century Gothic" w:hAnsi="Century Gothic"/>
                <w:b/>
                <w:bCs/>
              </w:rPr>
              <w:t>Child Name</w:t>
            </w:r>
          </w:p>
        </w:tc>
        <w:tc>
          <w:tcPr>
            <w:tcW w:w="4320" w:type="dxa"/>
          </w:tcPr>
          <w:p w:rsidRPr="00C93F81" w:rsidR="00E20DA8" w:rsidRDefault="00E20DA8" w14:paraId="39C57E0A" w14:textId="77777777">
            <w:pPr>
              <w:rPr>
                <w:rFonts w:ascii="Century Gothic" w:hAnsi="Century Gothic"/>
              </w:rPr>
            </w:pPr>
          </w:p>
        </w:tc>
      </w:tr>
      <w:tr w:rsidRPr="00C93F81" w:rsidR="00E20DA8" w:rsidTr="00823634" w14:paraId="73652352" w14:textId="77777777">
        <w:tc>
          <w:tcPr>
            <w:tcW w:w="4320" w:type="dxa"/>
            <w:shd w:val="clear" w:color="auto" w:fill="C2D69B" w:themeFill="accent3" w:themeFillTint="99"/>
          </w:tcPr>
          <w:p w:rsidRPr="00823634" w:rsidR="00E20DA8" w:rsidRDefault="00000000" w14:paraId="39375DF2" w14:textId="77777777">
            <w:pPr>
              <w:rPr>
                <w:rFonts w:ascii="Century Gothic" w:hAnsi="Century Gothic"/>
                <w:b/>
                <w:bCs/>
              </w:rPr>
            </w:pPr>
            <w:r w:rsidRPr="00823634">
              <w:rPr>
                <w:rFonts w:ascii="Century Gothic" w:hAnsi="Century Gothic"/>
                <w:b/>
                <w:bCs/>
              </w:rPr>
              <w:t>Date of Birth</w:t>
            </w:r>
          </w:p>
        </w:tc>
        <w:tc>
          <w:tcPr>
            <w:tcW w:w="4320" w:type="dxa"/>
          </w:tcPr>
          <w:p w:rsidRPr="00C93F81" w:rsidR="00E20DA8" w:rsidRDefault="00E20DA8" w14:paraId="1C1BD91E" w14:textId="77777777">
            <w:pPr>
              <w:rPr>
                <w:rFonts w:ascii="Century Gothic" w:hAnsi="Century Gothic"/>
              </w:rPr>
            </w:pPr>
          </w:p>
        </w:tc>
      </w:tr>
      <w:tr w:rsidRPr="00C93F81" w:rsidR="00E20DA8" w:rsidTr="00823634" w14:paraId="673D1BFA" w14:textId="77777777">
        <w:tc>
          <w:tcPr>
            <w:tcW w:w="4320" w:type="dxa"/>
            <w:shd w:val="clear" w:color="auto" w:fill="C2D69B" w:themeFill="accent3" w:themeFillTint="99"/>
          </w:tcPr>
          <w:p w:rsidRPr="00823634" w:rsidR="00E20DA8" w:rsidRDefault="00000000" w14:paraId="0A08EF50" w14:textId="77777777">
            <w:pPr>
              <w:rPr>
                <w:rFonts w:ascii="Century Gothic" w:hAnsi="Century Gothic"/>
                <w:b/>
                <w:bCs/>
              </w:rPr>
            </w:pPr>
            <w:r w:rsidRPr="00823634">
              <w:rPr>
                <w:rFonts w:ascii="Century Gothic" w:hAnsi="Century Gothic"/>
                <w:b/>
                <w:bCs/>
              </w:rPr>
              <w:t>Current School / Setting</w:t>
            </w:r>
          </w:p>
        </w:tc>
        <w:tc>
          <w:tcPr>
            <w:tcW w:w="4320" w:type="dxa"/>
          </w:tcPr>
          <w:p w:rsidRPr="00C93F81" w:rsidR="00E20DA8" w:rsidRDefault="00E20DA8" w14:paraId="13D1808B" w14:textId="77777777">
            <w:pPr>
              <w:rPr>
                <w:rFonts w:ascii="Century Gothic" w:hAnsi="Century Gothic"/>
              </w:rPr>
            </w:pPr>
          </w:p>
        </w:tc>
      </w:tr>
      <w:tr w:rsidRPr="00C93F81" w:rsidR="00E20DA8" w:rsidTr="00823634" w14:paraId="376B919A" w14:textId="77777777">
        <w:tc>
          <w:tcPr>
            <w:tcW w:w="4320" w:type="dxa"/>
            <w:shd w:val="clear" w:color="auto" w:fill="C2D69B" w:themeFill="accent3" w:themeFillTint="99"/>
          </w:tcPr>
          <w:p w:rsidRPr="00823634" w:rsidR="00E20DA8" w:rsidRDefault="00000000" w14:paraId="2E672A9A" w14:textId="77777777">
            <w:pPr>
              <w:rPr>
                <w:rFonts w:ascii="Century Gothic" w:hAnsi="Century Gothic"/>
                <w:b/>
                <w:bCs/>
              </w:rPr>
            </w:pPr>
            <w:r w:rsidRPr="00823634">
              <w:rPr>
                <w:rFonts w:ascii="Century Gothic" w:hAnsi="Century Gothic"/>
                <w:b/>
                <w:bCs/>
              </w:rPr>
              <w:t>Year Group</w:t>
            </w:r>
          </w:p>
        </w:tc>
        <w:tc>
          <w:tcPr>
            <w:tcW w:w="4320" w:type="dxa"/>
          </w:tcPr>
          <w:p w:rsidRPr="00C93F81" w:rsidR="00E20DA8" w:rsidRDefault="00E20DA8" w14:paraId="46DA152F" w14:textId="77777777">
            <w:pPr>
              <w:rPr>
                <w:rFonts w:ascii="Century Gothic" w:hAnsi="Century Gothic"/>
              </w:rPr>
            </w:pPr>
          </w:p>
        </w:tc>
      </w:tr>
      <w:tr w:rsidRPr="00C93F81" w:rsidR="00E20DA8" w:rsidTr="00823634" w14:paraId="464488CD" w14:textId="77777777">
        <w:tc>
          <w:tcPr>
            <w:tcW w:w="4320" w:type="dxa"/>
            <w:shd w:val="clear" w:color="auto" w:fill="C2D69B" w:themeFill="accent3" w:themeFillTint="99"/>
          </w:tcPr>
          <w:p w:rsidRPr="00823634" w:rsidR="00E20DA8" w:rsidRDefault="00000000" w14:paraId="34BD9F81" w14:textId="77777777">
            <w:pPr>
              <w:rPr>
                <w:rFonts w:ascii="Century Gothic" w:hAnsi="Century Gothic"/>
                <w:b/>
                <w:bCs/>
              </w:rPr>
            </w:pPr>
            <w:r w:rsidRPr="00823634">
              <w:rPr>
                <w:rFonts w:ascii="Century Gothic" w:hAnsi="Century Gothic"/>
                <w:b/>
                <w:bCs/>
              </w:rPr>
              <w:t>Address</w:t>
            </w:r>
          </w:p>
        </w:tc>
        <w:tc>
          <w:tcPr>
            <w:tcW w:w="4320" w:type="dxa"/>
          </w:tcPr>
          <w:p w:rsidRPr="00C93F81" w:rsidR="00E20DA8" w:rsidRDefault="00E20DA8" w14:paraId="699CFA8B" w14:textId="77777777">
            <w:pPr>
              <w:rPr>
                <w:rFonts w:ascii="Century Gothic" w:hAnsi="Century Gothic"/>
              </w:rPr>
            </w:pPr>
          </w:p>
        </w:tc>
      </w:tr>
      <w:tr w:rsidRPr="00C93F81" w:rsidR="00E20DA8" w:rsidTr="00823634" w14:paraId="7D585430" w14:textId="77777777">
        <w:tc>
          <w:tcPr>
            <w:tcW w:w="4320" w:type="dxa"/>
            <w:shd w:val="clear" w:color="auto" w:fill="C2D69B" w:themeFill="accent3" w:themeFillTint="99"/>
          </w:tcPr>
          <w:p w:rsidRPr="00823634" w:rsidR="00E20DA8" w:rsidRDefault="00000000" w14:paraId="4E41064D" w14:textId="77777777">
            <w:pPr>
              <w:rPr>
                <w:rFonts w:ascii="Century Gothic" w:hAnsi="Century Gothic"/>
                <w:b/>
                <w:bCs/>
              </w:rPr>
            </w:pPr>
            <w:r w:rsidRPr="00823634">
              <w:rPr>
                <w:rFonts w:ascii="Century Gothic" w:hAnsi="Century Gothic"/>
                <w:b/>
                <w:bCs/>
              </w:rPr>
              <w:t>Parent / Carer Details</w:t>
            </w:r>
          </w:p>
        </w:tc>
        <w:tc>
          <w:tcPr>
            <w:tcW w:w="4320" w:type="dxa"/>
          </w:tcPr>
          <w:p w:rsidRPr="00C93F81" w:rsidR="00E20DA8" w:rsidRDefault="00E20DA8" w14:paraId="2F9B8C0B" w14:textId="77777777">
            <w:pPr>
              <w:rPr>
                <w:rFonts w:ascii="Century Gothic" w:hAnsi="Century Gothic"/>
              </w:rPr>
            </w:pPr>
          </w:p>
        </w:tc>
      </w:tr>
      <w:tr w:rsidRPr="00C93F81" w:rsidR="00E20DA8" w:rsidTr="00823634" w14:paraId="39A04219" w14:textId="77777777">
        <w:tc>
          <w:tcPr>
            <w:tcW w:w="4320" w:type="dxa"/>
            <w:shd w:val="clear" w:color="auto" w:fill="C2D69B" w:themeFill="accent3" w:themeFillTint="99"/>
          </w:tcPr>
          <w:p w:rsidRPr="00823634" w:rsidR="00E20DA8" w:rsidRDefault="00000000" w14:paraId="40A2BF9B" w14:textId="77777777">
            <w:pPr>
              <w:rPr>
                <w:rFonts w:ascii="Century Gothic" w:hAnsi="Century Gothic"/>
                <w:b/>
                <w:bCs/>
              </w:rPr>
            </w:pPr>
            <w:r w:rsidRPr="00823634">
              <w:rPr>
                <w:rFonts w:ascii="Century Gothic" w:hAnsi="Century Gothic"/>
                <w:b/>
                <w:bCs/>
              </w:rPr>
              <w:t>EHCP</w:t>
            </w:r>
          </w:p>
        </w:tc>
        <w:tc>
          <w:tcPr>
            <w:tcW w:w="4320" w:type="dxa"/>
          </w:tcPr>
          <w:p w:rsidRPr="00C93F81" w:rsidR="00E20DA8" w:rsidRDefault="00E20DA8" w14:paraId="3E9D750D" w14:textId="77777777">
            <w:pPr>
              <w:rPr>
                <w:rFonts w:ascii="Century Gothic" w:hAnsi="Century Gothic"/>
              </w:rPr>
            </w:pPr>
          </w:p>
        </w:tc>
      </w:tr>
      <w:tr w:rsidRPr="00C93F81" w:rsidR="00E20DA8" w:rsidTr="00823634" w14:paraId="67FB5063" w14:textId="77777777">
        <w:tc>
          <w:tcPr>
            <w:tcW w:w="4320" w:type="dxa"/>
            <w:shd w:val="clear" w:color="auto" w:fill="C2D69B" w:themeFill="accent3" w:themeFillTint="99"/>
          </w:tcPr>
          <w:p w:rsidRPr="00823634" w:rsidR="00E20DA8" w:rsidRDefault="00000000" w14:paraId="541492C5" w14:textId="77777777">
            <w:pPr>
              <w:rPr>
                <w:rFonts w:ascii="Century Gothic" w:hAnsi="Century Gothic"/>
                <w:b/>
                <w:bCs/>
              </w:rPr>
            </w:pPr>
            <w:r w:rsidRPr="00823634">
              <w:rPr>
                <w:rFonts w:ascii="Century Gothic" w:hAnsi="Century Gothic"/>
                <w:b/>
                <w:bCs/>
              </w:rPr>
              <w:t>Primary Need</w:t>
            </w:r>
          </w:p>
        </w:tc>
        <w:tc>
          <w:tcPr>
            <w:tcW w:w="4320" w:type="dxa"/>
          </w:tcPr>
          <w:p w:rsidRPr="00C93F81" w:rsidR="00E20DA8" w:rsidRDefault="00E20DA8" w14:paraId="344F79AA" w14:textId="77777777">
            <w:pPr>
              <w:rPr>
                <w:rFonts w:ascii="Century Gothic" w:hAnsi="Century Gothic"/>
              </w:rPr>
            </w:pPr>
          </w:p>
        </w:tc>
      </w:tr>
      <w:tr w:rsidRPr="00C93F81" w:rsidR="00E20DA8" w:rsidTr="00823634" w14:paraId="07E8C3AE" w14:textId="77777777">
        <w:tc>
          <w:tcPr>
            <w:tcW w:w="4320" w:type="dxa"/>
            <w:shd w:val="clear" w:color="auto" w:fill="C2D69B" w:themeFill="accent3" w:themeFillTint="99"/>
          </w:tcPr>
          <w:p w:rsidRPr="00823634" w:rsidR="00E20DA8" w:rsidRDefault="00000000" w14:paraId="2F47D9CE" w14:textId="77777777">
            <w:pPr>
              <w:rPr>
                <w:rFonts w:ascii="Century Gothic" w:hAnsi="Century Gothic"/>
                <w:b/>
                <w:bCs/>
              </w:rPr>
            </w:pPr>
            <w:r w:rsidRPr="00823634">
              <w:rPr>
                <w:rFonts w:ascii="Century Gothic" w:hAnsi="Century Gothic"/>
                <w:b/>
                <w:bCs/>
              </w:rPr>
              <w:t>Diagnosis</w:t>
            </w:r>
          </w:p>
        </w:tc>
        <w:tc>
          <w:tcPr>
            <w:tcW w:w="4320" w:type="dxa"/>
          </w:tcPr>
          <w:p w:rsidRPr="00C93F81" w:rsidR="00E20DA8" w:rsidRDefault="00E20DA8" w14:paraId="727B86A1" w14:textId="77777777">
            <w:pPr>
              <w:rPr>
                <w:rFonts w:ascii="Century Gothic" w:hAnsi="Century Gothic"/>
              </w:rPr>
            </w:pPr>
          </w:p>
        </w:tc>
      </w:tr>
      <w:tr w:rsidRPr="00C93F81" w:rsidR="00E20DA8" w:rsidTr="00823634" w14:paraId="22447F41" w14:textId="77777777">
        <w:tc>
          <w:tcPr>
            <w:tcW w:w="4320" w:type="dxa"/>
            <w:shd w:val="clear" w:color="auto" w:fill="C2D69B" w:themeFill="accent3" w:themeFillTint="99"/>
          </w:tcPr>
          <w:p w:rsidRPr="00823634" w:rsidR="00E20DA8" w:rsidRDefault="00000000" w14:paraId="07A7A0FD" w14:textId="77777777">
            <w:pPr>
              <w:rPr>
                <w:rFonts w:ascii="Century Gothic" w:hAnsi="Century Gothic"/>
                <w:b/>
                <w:bCs/>
              </w:rPr>
            </w:pPr>
            <w:r w:rsidRPr="00823634">
              <w:rPr>
                <w:rFonts w:ascii="Century Gothic" w:hAnsi="Century Gothic"/>
                <w:b/>
                <w:bCs/>
              </w:rPr>
              <w:t>Current Professionals Involved</w:t>
            </w:r>
          </w:p>
        </w:tc>
        <w:tc>
          <w:tcPr>
            <w:tcW w:w="4320" w:type="dxa"/>
          </w:tcPr>
          <w:p w:rsidRPr="00C93F81" w:rsidR="00E20DA8" w:rsidRDefault="00E20DA8" w14:paraId="44D7B4EB" w14:textId="77777777">
            <w:pPr>
              <w:rPr>
                <w:rFonts w:ascii="Century Gothic" w:hAnsi="Century Gothic"/>
              </w:rPr>
            </w:pPr>
          </w:p>
        </w:tc>
      </w:tr>
    </w:tbl>
    <w:p w:rsidR="00823634" w:rsidRDefault="00823634" w14:paraId="4249E577" w14:textId="77777777">
      <w:pPr>
        <w:rPr>
          <w:rFonts w:ascii="Century Gothic" w:hAnsi="Century Gothic"/>
          <w:b/>
          <w:color w:val="4F6228"/>
          <w:sz w:val="26"/>
        </w:rPr>
      </w:pPr>
    </w:p>
    <w:p w:rsidRPr="00956C15" w:rsidR="00683A81" w:rsidP="00683A81" w:rsidRDefault="00683A81" w14:paraId="24451189" w14:textId="76395A3C">
      <w:pPr>
        <w:pStyle w:val="pdq2pgselectionanchorcontainer"/>
        <w:rPr>
          <w:rFonts w:ascii="Century Gothic" w:hAnsi="Century Gothic"/>
          <w:color w:val="4F6228" w:themeColor="accent3" w:themeShade="80"/>
          <w:sz w:val="36"/>
          <w:szCs w:val="36"/>
        </w:rPr>
      </w:pPr>
      <w:r w:rsidRPr="00956C15">
        <w:rPr>
          <w:rStyle w:val="Strong"/>
          <w:rFonts w:ascii="Century Gothic" w:hAnsi="Century Gothic"/>
          <w:color w:val="4F6228" w:themeColor="accent3" w:themeShade="80"/>
          <w:sz w:val="36"/>
          <w:szCs w:val="36"/>
        </w:rPr>
        <w:t>Why is this referral currently being made?</w:t>
      </w:r>
    </w:p>
    <w:p w:rsidRPr="00683A81" w:rsidR="00683A81" w:rsidP="00683A81" w:rsidRDefault="00683A81" w14:paraId="1495BBF3" w14:textId="0061149E">
      <w:pPr>
        <w:pStyle w:val="NormalWeb"/>
        <w:rPr>
          <w:rFonts w:ascii="Century Gothic" w:hAnsi="Century Gothic"/>
          <w:i/>
          <w:iCs/>
          <w:color w:val="4F6228" w:themeColor="accent3" w:themeShade="80"/>
          <w:sz w:val="22"/>
          <w:szCs w:val="22"/>
        </w:rPr>
      </w:pPr>
      <w:r w:rsidRPr="00683A81">
        <w:rPr>
          <w:rFonts w:ascii="Century Gothic" w:hAnsi="Century Gothic"/>
          <w:i/>
          <w:iCs/>
          <w:color w:val="4F6228" w:themeColor="accent3" w:themeShade="80"/>
          <w:sz w:val="22"/>
          <w:szCs w:val="22"/>
        </w:rPr>
        <w:t>(please highlight)</w:t>
      </w:r>
    </w:p>
    <w:p w:rsidRPr="00683A81" w:rsidR="00683A81" w:rsidP="00683A81" w:rsidRDefault="00683A81" w14:paraId="0EFF248A" w14:textId="6D55EDEE">
      <w:pPr>
        <w:pStyle w:val="NormalWeb"/>
        <w:rPr>
          <w:rFonts w:ascii="Century Gothic" w:hAnsi="Century Gothic"/>
        </w:rPr>
      </w:pPr>
      <w:r w:rsidRPr="00683A81">
        <w:rPr>
          <w:rFonts w:ascii="Segoe UI Symbol" w:hAnsi="Segoe UI Symbol" w:cs="Segoe UI Symbol"/>
        </w:rPr>
        <w:t>☐</w:t>
      </w:r>
      <w:r w:rsidRPr="00683A81">
        <w:rPr>
          <w:rFonts w:ascii="Century Gothic" w:hAnsi="Century Gothic"/>
        </w:rPr>
        <w:t xml:space="preserve"> Immediate placement required</w:t>
      </w:r>
    </w:p>
    <w:p w:rsidRPr="00683A81" w:rsidR="00683A81" w:rsidP="00683A81" w:rsidRDefault="00683A81" w14:paraId="6D298531" w14:textId="77777777">
      <w:pPr>
        <w:pStyle w:val="NormalWeb"/>
        <w:rPr>
          <w:rFonts w:ascii="Century Gothic" w:hAnsi="Century Gothic"/>
        </w:rPr>
      </w:pPr>
      <w:r w:rsidRPr="00683A81">
        <w:rPr>
          <w:rFonts w:ascii="Segoe UI Symbol" w:hAnsi="Segoe UI Symbol" w:cs="Segoe UI Symbol"/>
        </w:rPr>
        <w:t>☐</w:t>
      </w:r>
      <w:r w:rsidRPr="00683A81">
        <w:rPr>
          <w:rFonts w:ascii="Century Gothic" w:hAnsi="Century Gothic"/>
        </w:rPr>
        <w:t xml:space="preserve"> Assessment</w:t>
      </w:r>
    </w:p>
    <w:p w:rsidRPr="00683A81" w:rsidR="00683A81" w:rsidP="00683A81" w:rsidRDefault="00683A81" w14:paraId="6CE79871" w14:textId="77777777">
      <w:pPr>
        <w:pStyle w:val="NormalWeb"/>
        <w:rPr>
          <w:rFonts w:ascii="Century Gothic" w:hAnsi="Century Gothic"/>
        </w:rPr>
      </w:pPr>
      <w:r w:rsidRPr="00683A81">
        <w:rPr>
          <w:rFonts w:ascii="Segoe UI Symbol" w:hAnsi="Segoe UI Symbol" w:cs="Segoe UI Symbol"/>
        </w:rPr>
        <w:t>☐</w:t>
      </w:r>
      <w:r w:rsidRPr="00683A81">
        <w:rPr>
          <w:rFonts w:ascii="Century Gothic" w:hAnsi="Century Gothic"/>
        </w:rPr>
        <w:t xml:space="preserve"> Transition</w:t>
      </w:r>
    </w:p>
    <w:p w:rsidRPr="00683A81" w:rsidR="00683A81" w:rsidP="00683A81" w:rsidRDefault="00683A81" w14:paraId="0BD019C5" w14:textId="77777777">
      <w:pPr>
        <w:pStyle w:val="NormalWeb"/>
        <w:rPr>
          <w:rFonts w:ascii="Century Gothic" w:hAnsi="Century Gothic"/>
        </w:rPr>
      </w:pPr>
      <w:r w:rsidRPr="00683A81">
        <w:rPr>
          <w:rFonts w:ascii="Segoe UI Symbol" w:hAnsi="Segoe UI Symbol" w:cs="Segoe UI Symbol"/>
        </w:rPr>
        <w:t>☐</w:t>
      </w:r>
      <w:r w:rsidRPr="00683A81">
        <w:rPr>
          <w:rFonts w:ascii="Century Gothic" w:hAnsi="Century Gothic"/>
        </w:rPr>
        <w:t xml:space="preserve"> Attendance difficulties</w:t>
      </w:r>
    </w:p>
    <w:p w:rsidRPr="00683A81" w:rsidR="00683A81" w:rsidP="00683A81" w:rsidRDefault="00683A81" w14:paraId="497951A3" w14:textId="77777777">
      <w:pPr>
        <w:pStyle w:val="NormalWeb"/>
        <w:rPr>
          <w:rFonts w:ascii="Century Gothic" w:hAnsi="Century Gothic"/>
        </w:rPr>
      </w:pPr>
      <w:r w:rsidRPr="00683A81">
        <w:rPr>
          <w:rFonts w:ascii="Segoe UI Symbol" w:hAnsi="Segoe UI Symbol" w:cs="Segoe UI Symbol"/>
        </w:rPr>
        <w:t>☐</w:t>
      </w:r>
      <w:r w:rsidRPr="00683A81">
        <w:rPr>
          <w:rFonts w:ascii="Century Gothic" w:hAnsi="Century Gothic"/>
        </w:rPr>
        <w:t xml:space="preserve"> Placement at risk</w:t>
      </w:r>
    </w:p>
    <w:p w:rsidRPr="00683A81" w:rsidR="00683A81" w:rsidP="00683A81" w:rsidRDefault="00683A81" w14:paraId="4E3DC776" w14:textId="77777777">
      <w:pPr>
        <w:pStyle w:val="NormalWeb"/>
        <w:rPr>
          <w:rFonts w:ascii="Century Gothic" w:hAnsi="Century Gothic"/>
        </w:rPr>
      </w:pPr>
      <w:r w:rsidRPr="00683A81">
        <w:rPr>
          <w:rFonts w:ascii="Segoe UI Symbol" w:hAnsi="Segoe UI Symbol" w:cs="Segoe UI Symbol"/>
        </w:rPr>
        <w:t>☐</w:t>
      </w:r>
      <w:r w:rsidRPr="00683A81">
        <w:rPr>
          <w:rFonts w:ascii="Century Gothic" w:hAnsi="Century Gothic"/>
        </w:rPr>
        <w:t xml:space="preserve"> Awaiting specialist provision</w:t>
      </w:r>
    </w:p>
    <w:p w:rsidR="00683A81" w:rsidP="00683A81" w:rsidRDefault="00683A81" w14:paraId="0597BDD8" w14:textId="77777777">
      <w:pPr>
        <w:pStyle w:val="NormalWeb"/>
        <w:rPr>
          <w:rFonts w:ascii="Century Gothic" w:hAnsi="Century Gothic"/>
        </w:rPr>
      </w:pPr>
      <w:r w:rsidRPr="00683A81">
        <w:rPr>
          <w:rFonts w:ascii="Segoe UI Symbol" w:hAnsi="Segoe UI Symbol" w:cs="Segoe UI Symbol"/>
        </w:rPr>
        <w:t>☐</w:t>
      </w:r>
      <w:r w:rsidRPr="00683A81">
        <w:rPr>
          <w:rFonts w:ascii="Century Gothic" w:hAnsi="Century Gothic"/>
        </w:rPr>
        <w:t xml:space="preserve"> Other</w:t>
      </w:r>
    </w:p>
    <w:p w:rsidR="002D6B73" w:rsidP="00683A81" w:rsidRDefault="002D6B73" w14:paraId="1A54CDC5" w14:textId="77777777">
      <w:pPr>
        <w:pStyle w:val="NormalWeb"/>
        <w:rPr>
          <w:rFonts w:ascii="Century Gothic" w:hAnsi="Century Gothic"/>
          <w:b/>
          <w:color w:val="4F6228"/>
          <w:sz w:val="26"/>
        </w:rPr>
      </w:pPr>
    </w:p>
    <w:p w:rsidRPr="00C93F81" w:rsidR="00E20DA8" w:rsidP="00683A81" w:rsidRDefault="00000000" w14:paraId="38D298F6" w14:textId="3605EFAB">
      <w:pPr>
        <w:pStyle w:val="NormalWeb"/>
        <w:rPr>
          <w:rFonts w:ascii="Century Gothic" w:hAnsi="Century Gothic"/>
        </w:rPr>
      </w:pPr>
      <w:r w:rsidRPr="00C93F81">
        <w:rPr>
          <w:rFonts w:ascii="Century Gothic" w:hAnsi="Century Gothic"/>
          <w:b/>
          <w:color w:val="4F6228"/>
          <w:sz w:val="26"/>
        </w:rPr>
        <w:t xml:space="preserve">Please describe </w:t>
      </w:r>
      <w:r w:rsidR="00683A81">
        <w:rPr>
          <w:rFonts w:ascii="Century Gothic" w:hAnsi="Century Gothic"/>
          <w:b/>
          <w:color w:val="4F6228"/>
          <w:sz w:val="26"/>
        </w:rPr>
        <w:t xml:space="preserve">further </w:t>
      </w:r>
      <w:r w:rsidRPr="00C93F81">
        <w:rPr>
          <w:rFonts w:ascii="Century Gothic" w:hAnsi="Century Gothic"/>
          <w:b/>
          <w:color w:val="4F6228"/>
          <w:sz w:val="26"/>
        </w:rPr>
        <w:t>why this referral is being made.</w:t>
      </w:r>
    </w:p>
    <w:tbl>
      <w:tblPr>
        <w:tblStyle w:val="TableGrid"/>
        <w:tblW w:w="0" w:type="auto"/>
        <w:tblLook w:val="04A0" w:firstRow="1" w:lastRow="0" w:firstColumn="1" w:lastColumn="0" w:noHBand="0" w:noVBand="1"/>
      </w:tblPr>
      <w:tblGrid>
        <w:gridCol w:w="8630"/>
      </w:tblGrid>
      <w:tr w:rsidRPr="00C93F81" w:rsidR="00E20DA8" w:rsidTr="00823634" w14:paraId="5A89B0D3" w14:textId="77777777">
        <w:tc>
          <w:tcPr>
            <w:tcW w:w="8640" w:type="dxa"/>
            <w:shd w:val="clear" w:color="auto" w:fill="C2D69B" w:themeFill="accent3" w:themeFillTint="99"/>
          </w:tcPr>
          <w:p w:rsidRPr="00C93F81" w:rsidR="00E20DA8" w:rsidRDefault="00E20DA8" w14:paraId="0242DFA0" w14:textId="77777777">
            <w:pPr>
              <w:rPr>
                <w:rFonts w:ascii="Century Gothic" w:hAnsi="Century Gothic"/>
              </w:rPr>
            </w:pPr>
          </w:p>
        </w:tc>
      </w:tr>
      <w:tr w:rsidRPr="00C93F81" w:rsidR="00E20DA8" w14:paraId="230B3C77" w14:textId="77777777">
        <w:tc>
          <w:tcPr>
            <w:tcW w:w="8640" w:type="dxa"/>
          </w:tcPr>
          <w:p w:rsidRPr="00C93F81" w:rsidR="00E20DA8" w:rsidRDefault="00000000" w14:paraId="6F51753B" w14:textId="77777777">
            <w:pPr>
              <w:rPr>
                <w:rFonts w:ascii="Century Gothic" w:hAnsi="Century Gothic"/>
              </w:rPr>
            </w:pPr>
            <w:r w:rsidRPr="00C93F81">
              <w:rPr>
                <w:rFonts w:ascii="Century Gothic" w:hAnsi="Century Gothic"/>
              </w:rPr>
              <w:br/>
            </w:r>
            <w:r w:rsidRPr="00C93F81">
              <w:rPr>
                <w:rFonts w:ascii="Century Gothic" w:hAnsi="Century Gothic"/>
              </w:rPr>
              <w:br/>
            </w:r>
            <w:r w:rsidRPr="00C93F81">
              <w:rPr>
                <w:rFonts w:ascii="Century Gothic" w:hAnsi="Century Gothic"/>
              </w:rPr>
              <w:br/>
            </w:r>
            <w:r w:rsidRPr="00C93F81">
              <w:rPr>
                <w:rFonts w:ascii="Century Gothic" w:hAnsi="Century Gothic"/>
              </w:rPr>
              <w:br/>
            </w:r>
          </w:p>
        </w:tc>
      </w:tr>
    </w:tbl>
    <w:p w:rsidR="00823634" w:rsidRDefault="00823634" w14:paraId="37105FE6" w14:textId="77777777">
      <w:pPr>
        <w:rPr>
          <w:rFonts w:ascii="Century Gothic" w:hAnsi="Century Gothic"/>
          <w:b/>
          <w:color w:val="4F6228"/>
          <w:sz w:val="26"/>
        </w:rPr>
      </w:pPr>
    </w:p>
    <w:p w:rsidR="00956C15" w:rsidRDefault="00956C15" w14:paraId="4B398691" w14:textId="77777777">
      <w:pPr>
        <w:rPr>
          <w:rFonts w:ascii="Century Gothic" w:hAnsi="Century Gothic"/>
          <w:b/>
          <w:color w:val="4F6228"/>
          <w:sz w:val="26"/>
        </w:rPr>
      </w:pPr>
    </w:p>
    <w:p w:rsidR="00E20DA8" w:rsidRDefault="00000000" w14:paraId="011B6798" w14:textId="193CC364">
      <w:pPr>
        <w:rPr>
          <w:rFonts w:ascii="Century Gothic" w:hAnsi="Century Gothic"/>
          <w:b/>
          <w:color w:val="4F6228"/>
          <w:sz w:val="26"/>
        </w:rPr>
      </w:pPr>
      <w:r w:rsidRPr="00C93F81">
        <w:rPr>
          <w:rFonts w:ascii="Century Gothic" w:hAnsi="Century Gothic"/>
          <w:b/>
          <w:color w:val="4F6228"/>
          <w:sz w:val="26"/>
        </w:rPr>
        <w:t xml:space="preserve">What are you hoping the </w:t>
      </w:r>
      <w:r w:rsidR="00AE23D6">
        <w:rPr>
          <w:rFonts w:ascii="Century Gothic" w:hAnsi="Century Gothic"/>
          <w:b/>
          <w:color w:val="4F6228"/>
          <w:sz w:val="26"/>
        </w:rPr>
        <w:t xml:space="preserve">Homebrook Woods </w:t>
      </w:r>
      <w:r w:rsidRPr="00C93F81">
        <w:rPr>
          <w:rFonts w:ascii="Century Gothic" w:hAnsi="Century Gothic"/>
          <w:b/>
          <w:color w:val="4F6228"/>
          <w:sz w:val="26"/>
        </w:rPr>
        <w:t>Foundations Provision will achieve?</w:t>
      </w:r>
    </w:p>
    <w:p w:rsidRPr="00823634" w:rsidR="00C93F81" w:rsidP="00C93F81" w:rsidRDefault="00C93F81" w14:paraId="563A811A" w14:textId="333EC0F0">
      <w:pPr>
        <w:pStyle w:val="pdq2pgselectionanchorcontainer"/>
        <w:rPr>
          <w:rFonts w:ascii="Century Gothic" w:hAnsi="Century Gothic"/>
          <w:i/>
          <w:iCs/>
          <w:sz w:val="20"/>
          <w:szCs w:val="20"/>
        </w:rPr>
      </w:pPr>
      <w:r w:rsidRPr="00823634">
        <w:rPr>
          <w:rFonts w:ascii="Century Gothic" w:hAnsi="Century Gothic"/>
          <w:i/>
          <w:iCs/>
          <w:sz w:val="20"/>
          <w:szCs w:val="20"/>
        </w:rPr>
        <w:t>Examples may include:</w:t>
      </w:r>
    </w:p>
    <w:p w:rsidRPr="00823634" w:rsidR="00C93F81" w:rsidP="00C93F81" w:rsidRDefault="00C93F81" w14:paraId="1D779FBC" w14:textId="77777777">
      <w:pPr>
        <w:pStyle w:val="NormalWeb"/>
        <w:rPr>
          <w:rFonts w:ascii="Century Gothic" w:hAnsi="Century Gothic"/>
          <w:i/>
          <w:iCs/>
          <w:sz w:val="20"/>
          <w:szCs w:val="20"/>
        </w:rPr>
      </w:pPr>
      <w:r w:rsidRPr="00823634">
        <w:rPr>
          <w:rFonts w:ascii="Century Gothic" w:hAnsi="Century Gothic"/>
          <w:i/>
          <w:iCs/>
          <w:sz w:val="20"/>
          <w:szCs w:val="20"/>
        </w:rPr>
        <w:t>• assessment</w:t>
      </w:r>
    </w:p>
    <w:p w:rsidRPr="00823634" w:rsidR="00C93F81" w:rsidP="00C93F81" w:rsidRDefault="00C93F81" w14:paraId="1137A83F" w14:textId="77777777">
      <w:pPr>
        <w:pStyle w:val="NormalWeb"/>
        <w:rPr>
          <w:rFonts w:ascii="Century Gothic" w:hAnsi="Century Gothic"/>
          <w:i/>
          <w:iCs/>
          <w:sz w:val="20"/>
          <w:szCs w:val="20"/>
        </w:rPr>
      </w:pPr>
      <w:r w:rsidRPr="00823634">
        <w:rPr>
          <w:rFonts w:ascii="Century Gothic" w:hAnsi="Century Gothic"/>
          <w:i/>
          <w:iCs/>
          <w:sz w:val="20"/>
          <w:szCs w:val="20"/>
        </w:rPr>
        <w:t>• stabilisation</w:t>
      </w:r>
    </w:p>
    <w:p w:rsidRPr="00823634" w:rsidR="00C93F81" w:rsidP="00C93F81" w:rsidRDefault="00C93F81" w14:paraId="1F3E2E2A" w14:textId="77777777">
      <w:pPr>
        <w:pStyle w:val="NormalWeb"/>
        <w:rPr>
          <w:rFonts w:ascii="Century Gothic" w:hAnsi="Century Gothic"/>
          <w:i/>
          <w:iCs/>
          <w:sz w:val="20"/>
          <w:szCs w:val="20"/>
        </w:rPr>
      </w:pPr>
      <w:r w:rsidRPr="00823634">
        <w:rPr>
          <w:rFonts w:ascii="Century Gothic" w:hAnsi="Century Gothic"/>
          <w:i/>
          <w:iCs/>
          <w:sz w:val="20"/>
          <w:szCs w:val="20"/>
        </w:rPr>
        <w:t>• transition</w:t>
      </w:r>
    </w:p>
    <w:p w:rsidRPr="00823634" w:rsidR="00C93F81" w:rsidP="00C93F81" w:rsidRDefault="00C93F81" w14:paraId="2F7DBA5B" w14:textId="77777777">
      <w:pPr>
        <w:pStyle w:val="NormalWeb"/>
        <w:rPr>
          <w:rFonts w:ascii="Century Gothic" w:hAnsi="Century Gothic"/>
          <w:i/>
          <w:iCs/>
          <w:sz w:val="20"/>
          <w:szCs w:val="20"/>
        </w:rPr>
      </w:pPr>
      <w:r w:rsidRPr="00823634">
        <w:rPr>
          <w:rFonts w:ascii="Century Gothic" w:hAnsi="Century Gothic"/>
          <w:i/>
          <w:iCs/>
          <w:sz w:val="20"/>
          <w:szCs w:val="20"/>
        </w:rPr>
        <w:t>• rebuilding attendance</w:t>
      </w:r>
    </w:p>
    <w:p w:rsidRPr="00823634" w:rsidR="00C93F81" w:rsidP="00C93F81" w:rsidRDefault="00C93F81" w14:paraId="0562F846" w14:textId="77777777">
      <w:pPr>
        <w:pStyle w:val="NormalWeb"/>
        <w:rPr>
          <w:rFonts w:ascii="Century Gothic" w:hAnsi="Century Gothic"/>
          <w:i/>
          <w:iCs/>
          <w:sz w:val="20"/>
          <w:szCs w:val="20"/>
        </w:rPr>
      </w:pPr>
      <w:r w:rsidRPr="00823634">
        <w:rPr>
          <w:rFonts w:ascii="Century Gothic" w:hAnsi="Century Gothic"/>
          <w:i/>
          <w:iCs/>
          <w:sz w:val="20"/>
          <w:szCs w:val="20"/>
        </w:rPr>
        <w:t>• preparation for specialist placement</w:t>
      </w:r>
    </w:p>
    <w:p w:rsidRPr="00823634" w:rsidR="00C93F81" w:rsidP="00823634" w:rsidRDefault="00C93F81" w14:paraId="05433F16" w14:textId="0915B1C5">
      <w:pPr>
        <w:pStyle w:val="NormalWeb"/>
        <w:rPr>
          <w:rFonts w:ascii="Century Gothic" w:hAnsi="Century Gothic"/>
          <w:i/>
          <w:iCs/>
          <w:sz w:val="20"/>
          <w:szCs w:val="20"/>
        </w:rPr>
      </w:pPr>
      <w:r w:rsidRPr="00823634">
        <w:rPr>
          <w:rFonts w:ascii="Century Gothic" w:hAnsi="Century Gothic"/>
          <w:i/>
          <w:iCs/>
          <w:sz w:val="20"/>
          <w:szCs w:val="20"/>
        </w:rPr>
        <w:t>• increased engagement</w:t>
      </w:r>
    </w:p>
    <w:tbl>
      <w:tblPr>
        <w:tblStyle w:val="TableGrid"/>
        <w:tblW w:w="0" w:type="auto"/>
        <w:tblLook w:val="04A0" w:firstRow="1" w:lastRow="0" w:firstColumn="1" w:lastColumn="0" w:noHBand="0" w:noVBand="1"/>
      </w:tblPr>
      <w:tblGrid>
        <w:gridCol w:w="8630"/>
      </w:tblGrid>
      <w:tr w:rsidRPr="00C93F81" w:rsidR="00E20DA8" w:rsidTr="00823634" w14:paraId="2B2EEC70" w14:textId="77777777">
        <w:tc>
          <w:tcPr>
            <w:tcW w:w="8640" w:type="dxa"/>
            <w:shd w:val="clear" w:color="auto" w:fill="C2D69B" w:themeFill="accent3" w:themeFillTint="99"/>
          </w:tcPr>
          <w:p w:rsidRPr="00C93F81" w:rsidR="00E20DA8" w:rsidRDefault="00E20DA8" w14:paraId="1361D4D7" w14:textId="77777777">
            <w:pPr>
              <w:rPr>
                <w:rFonts w:ascii="Century Gothic" w:hAnsi="Century Gothic"/>
              </w:rPr>
            </w:pPr>
          </w:p>
        </w:tc>
      </w:tr>
      <w:tr w:rsidRPr="00C93F81" w:rsidR="00E20DA8" w14:paraId="77E6869A" w14:textId="77777777">
        <w:tc>
          <w:tcPr>
            <w:tcW w:w="8640" w:type="dxa"/>
          </w:tcPr>
          <w:p w:rsidR="00E20DA8" w:rsidRDefault="00000000" w14:paraId="0A919A41" w14:textId="77777777">
            <w:pPr>
              <w:rPr>
                <w:rFonts w:ascii="Century Gothic" w:hAnsi="Century Gothic"/>
              </w:rPr>
            </w:pPr>
            <w:r w:rsidRPr="00C93F81">
              <w:rPr>
                <w:rFonts w:ascii="Century Gothic" w:hAnsi="Century Gothic"/>
              </w:rPr>
              <w:br/>
            </w:r>
            <w:r w:rsidRPr="00C93F81">
              <w:rPr>
                <w:rFonts w:ascii="Century Gothic" w:hAnsi="Century Gothic"/>
              </w:rPr>
              <w:br/>
            </w:r>
            <w:r w:rsidRPr="00C93F81">
              <w:rPr>
                <w:rFonts w:ascii="Century Gothic" w:hAnsi="Century Gothic"/>
              </w:rPr>
              <w:br/>
            </w:r>
            <w:r w:rsidRPr="00C93F81">
              <w:rPr>
                <w:rFonts w:ascii="Century Gothic" w:hAnsi="Century Gothic"/>
              </w:rPr>
              <w:br/>
            </w:r>
          </w:p>
          <w:p w:rsidR="00823634" w:rsidRDefault="00823634" w14:paraId="779C9F8D" w14:textId="77777777">
            <w:pPr>
              <w:rPr>
                <w:rFonts w:ascii="Century Gothic" w:hAnsi="Century Gothic"/>
              </w:rPr>
            </w:pPr>
          </w:p>
          <w:p w:rsidR="00823634" w:rsidRDefault="00823634" w14:paraId="32522C1B" w14:textId="77777777">
            <w:pPr>
              <w:rPr>
                <w:rFonts w:ascii="Century Gothic" w:hAnsi="Century Gothic"/>
              </w:rPr>
            </w:pPr>
          </w:p>
          <w:p w:rsidRPr="00C93F81" w:rsidR="00823634" w:rsidRDefault="00823634" w14:paraId="423149BC" w14:textId="77777777">
            <w:pPr>
              <w:rPr>
                <w:rFonts w:ascii="Century Gothic" w:hAnsi="Century Gothic"/>
              </w:rPr>
            </w:pPr>
          </w:p>
        </w:tc>
      </w:tr>
    </w:tbl>
    <w:p w:rsidR="00823634" w:rsidRDefault="00823634" w14:paraId="3935380A" w14:textId="77777777">
      <w:pPr>
        <w:rPr>
          <w:rFonts w:ascii="Century Gothic" w:hAnsi="Century Gothic"/>
          <w:b/>
          <w:color w:val="4F6228"/>
          <w:sz w:val="26"/>
        </w:rPr>
      </w:pPr>
    </w:p>
    <w:p w:rsidR="00F4336B" w:rsidP="00F4336B" w:rsidRDefault="00F4336B" w14:paraId="29C6C68D" w14:textId="77777777">
      <w:pPr>
        <w:rPr>
          <w:rFonts w:ascii="Century Gothic" w:hAnsi="Century Gothic"/>
          <w:lang w:val="en-GB"/>
        </w:rPr>
      </w:pPr>
    </w:p>
    <w:p w:rsidR="00D21AE9" w:rsidP="00F4336B" w:rsidRDefault="00D21AE9" w14:paraId="5DCAB1B7" w14:textId="77777777">
      <w:pPr>
        <w:rPr>
          <w:rFonts w:ascii="Century Gothic" w:hAnsi="Century Gothic"/>
          <w:b/>
          <w:color w:val="4F6228"/>
          <w:sz w:val="26"/>
        </w:rPr>
      </w:pPr>
    </w:p>
    <w:p w:rsidR="00D21AE9" w:rsidP="00F4336B" w:rsidRDefault="00D21AE9" w14:paraId="4CDC0C59" w14:textId="77777777">
      <w:pPr>
        <w:rPr>
          <w:rFonts w:ascii="Century Gothic" w:hAnsi="Century Gothic"/>
          <w:b/>
          <w:color w:val="4F6228"/>
          <w:sz w:val="26"/>
        </w:rPr>
      </w:pPr>
    </w:p>
    <w:p w:rsidR="00D21AE9" w:rsidP="00F4336B" w:rsidRDefault="00D21AE9" w14:paraId="1627BEE1" w14:textId="77777777">
      <w:pPr>
        <w:rPr>
          <w:rFonts w:ascii="Century Gothic" w:hAnsi="Century Gothic"/>
          <w:b/>
          <w:color w:val="4F6228"/>
          <w:sz w:val="26"/>
        </w:rPr>
      </w:pPr>
    </w:p>
    <w:p w:rsidR="00D21AE9" w:rsidP="00F4336B" w:rsidRDefault="00D21AE9" w14:paraId="5CEF40EB" w14:textId="77777777">
      <w:pPr>
        <w:rPr>
          <w:rFonts w:ascii="Century Gothic" w:hAnsi="Century Gothic"/>
          <w:b/>
          <w:color w:val="4F6228"/>
          <w:sz w:val="26"/>
        </w:rPr>
      </w:pPr>
    </w:p>
    <w:p w:rsidR="00F4336B" w:rsidP="00F4336B" w:rsidRDefault="00F4336B" w14:paraId="79CDA0A2" w14:textId="0DD26EBF">
      <w:pPr>
        <w:rPr>
          <w:rFonts w:ascii="Century Gothic" w:hAnsi="Century Gothic"/>
          <w:b/>
          <w:color w:val="4F6228"/>
          <w:sz w:val="32"/>
          <w:szCs w:val="32"/>
        </w:rPr>
      </w:pPr>
      <w:r w:rsidRPr="00C93F81">
        <w:rPr>
          <w:rFonts w:ascii="Century Gothic" w:hAnsi="Century Gothic"/>
          <w:b/>
          <w:color w:val="4F6228"/>
          <w:sz w:val="26"/>
        </w:rPr>
        <w:t xml:space="preserve">SECTION </w:t>
      </w:r>
      <w:r w:rsidR="00F439D9">
        <w:rPr>
          <w:rFonts w:ascii="Century Gothic" w:hAnsi="Century Gothic"/>
          <w:b/>
          <w:color w:val="4F6228"/>
          <w:sz w:val="26"/>
        </w:rPr>
        <w:t>3</w:t>
      </w:r>
      <w:r w:rsidRPr="00C93F81">
        <w:rPr>
          <w:rFonts w:ascii="Century Gothic" w:hAnsi="Century Gothic"/>
          <w:b/>
          <w:color w:val="4F6228"/>
          <w:sz w:val="26"/>
        </w:rPr>
        <w:t xml:space="preserve"> OF 4 - </w:t>
      </w:r>
      <w:r w:rsidRPr="00F4336B">
        <w:rPr>
          <w:rFonts w:ascii="Century Gothic" w:hAnsi="Century Gothic"/>
          <w:b/>
          <w:color w:val="4F6228"/>
          <w:sz w:val="26"/>
          <w:szCs w:val="26"/>
        </w:rPr>
        <w:t>Strengths and Support Needs</w:t>
      </w:r>
    </w:p>
    <w:p w:rsidRPr="00823634" w:rsidR="00823634" w:rsidRDefault="00823634" w14:paraId="650574B8" w14:textId="04F3F0BC">
      <w:pPr>
        <w:rPr>
          <w:rFonts w:ascii="Century Gothic" w:hAnsi="Century Gothic"/>
          <w:b/>
          <w:color w:val="000000" w:themeColor="text1"/>
          <w:sz w:val="32"/>
          <w:szCs w:val="32"/>
        </w:rPr>
      </w:pPr>
      <w:r w:rsidRPr="00823634">
        <w:rPr>
          <w:rFonts w:ascii="Century Gothic" w:hAnsi="Century Gothic"/>
          <w:color w:val="000000" w:themeColor="text1"/>
        </w:rPr>
        <w:t xml:space="preserve">Please tell us about the </w:t>
      </w:r>
      <w:proofErr w:type="gramStart"/>
      <w:r w:rsidRPr="00823634">
        <w:rPr>
          <w:rFonts w:ascii="Century Gothic" w:hAnsi="Century Gothic"/>
          <w:color w:val="000000" w:themeColor="text1"/>
        </w:rPr>
        <w:t>child</w:t>
      </w:r>
      <w:proofErr w:type="gramEnd"/>
      <w:r w:rsidRPr="00823634">
        <w:rPr>
          <w:rFonts w:ascii="Century Gothic" w:hAnsi="Century Gothic"/>
          <w:color w:val="000000" w:themeColor="text1"/>
        </w:rPr>
        <w:t xml:space="preserve"> in each area below, including what they do well, areas of need, and the approaches or strategies that have been successful in supporting them.</w:t>
      </w:r>
    </w:p>
    <w:p w:rsidRPr="00C93F81" w:rsidR="00E20DA8" w:rsidRDefault="00000000" w14:paraId="61C6A73F" w14:textId="49B39B98">
      <w:pPr>
        <w:rPr>
          <w:rFonts w:ascii="Century Gothic" w:hAnsi="Century Gothic"/>
        </w:rPr>
      </w:pPr>
      <w:r w:rsidRPr="00C93F81">
        <w:rPr>
          <w:rFonts w:ascii="Century Gothic" w:hAnsi="Century Gothic"/>
          <w:b/>
          <w:color w:val="4F6228"/>
          <w:sz w:val="26"/>
        </w:rPr>
        <w:t>Child strengths</w:t>
      </w:r>
    </w:p>
    <w:tbl>
      <w:tblPr>
        <w:tblStyle w:val="TableGrid"/>
        <w:tblW w:w="0" w:type="auto"/>
        <w:tblLook w:val="04A0" w:firstRow="1" w:lastRow="0" w:firstColumn="1" w:lastColumn="0" w:noHBand="0" w:noVBand="1"/>
      </w:tblPr>
      <w:tblGrid>
        <w:gridCol w:w="8630"/>
      </w:tblGrid>
      <w:tr w:rsidRPr="00C93F81" w:rsidR="00E20DA8" w:rsidTr="00823634" w14:paraId="4BD48BF6" w14:textId="77777777">
        <w:tc>
          <w:tcPr>
            <w:tcW w:w="8640" w:type="dxa"/>
            <w:shd w:val="clear" w:color="auto" w:fill="C2D69B" w:themeFill="accent3" w:themeFillTint="99"/>
          </w:tcPr>
          <w:p w:rsidRPr="00C93F81" w:rsidR="00E20DA8" w:rsidRDefault="00E20DA8" w14:paraId="1D0B0BE8" w14:textId="77777777">
            <w:pPr>
              <w:rPr>
                <w:rFonts w:ascii="Century Gothic" w:hAnsi="Century Gothic"/>
              </w:rPr>
            </w:pPr>
          </w:p>
        </w:tc>
      </w:tr>
      <w:tr w:rsidRPr="00C93F81" w:rsidR="00E20DA8" w14:paraId="07E81441" w14:textId="77777777">
        <w:tc>
          <w:tcPr>
            <w:tcW w:w="8640" w:type="dxa"/>
          </w:tcPr>
          <w:p w:rsidR="00E20DA8" w:rsidRDefault="00000000" w14:paraId="6EBB435A" w14:textId="77777777">
            <w:pPr>
              <w:rPr>
                <w:rFonts w:ascii="Century Gothic" w:hAnsi="Century Gothic"/>
              </w:rPr>
            </w:pPr>
            <w:r w:rsidRPr="00C93F81">
              <w:rPr>
                <w:rFonts w:ascii="Century Gothic" w:hAnsi="Century Gothic"/>
              </w:rPr>
              <w:br/>
            </w:r>
            <w:r w:rsidRPr="00C93F81">
              <w:rPr>
                <w:rFonts w:ascii="Century Gothic" w:hAnsi="Century Gothic"/>
              </w:rPr>
              <w:br/>
            </w:r>
            <w:r w:rsidRPr="00C93F81">
              <w:rPr>
                <w:rFonts w:ascii="Century Gothic" w:hAnsi="Century Gothic"/>
              </w:rPr>
              <w:br/>
            </w:r>
            <w:r w:rsidRPr="00C93F81">
              <w:rPr>
                <w:rFonts w:ascii="Century Gothic" w:hAnsi="Century Gothic"/>
              </w:rPr>
              <w:br/>
            </w:r>
          </w:p>
          <w:p w:rsidR="00823634" w:rsidRDefault="00823634" w14:paraId="0DCC71BA" w14:textId="77777777">
            <w:pPr>
              <w:rPr>
                <w:rFonts w:ascii="Century Gothic" w:hAnsi="Century Gothic"/>
              </w:rPr>
            </w:pPr>
          </w:p>
          <w:p w:rsidRPr="00C93F81" w:rsidR="00823634" w:rsidRDefault="00823634" w14:paraId="340A3D8D" w14:textId="77777777">
            <w:pPr>
              <w:rPr>
                <w:rFonts w:ascii="Century Gothic" w:hAnsi="Century Gothic"/>
              </w:rPr>
            </w:pPr>
          </w:p>
        </w:tc>
      </w:tr>
    </w:tbl>
    <w:p w:rsidR="00823634" w:rsidRDefault="00823634" w14:paraId="1178EA94" w14:textId="77777777">
      <w:pPr>
        <w:rPr>
          <w:rFonts w:ascii="Century Gothic" w:hAnsi="Century Gothic"/>
          <w:b/>
          <w:color w:val="4F6228"/>
          <w:sz w:val="26"/>
        </w:rPr>
      </w:pPr>
    </w:p>
    <w:p w:rsidRPr="00956C15" w:rsidR="00CB3D4E" w:rsidP="00CB3D4E" w:rsidRDefault="00CB3D4E" w14:paraId="795A6102" w14:textId="6C46B29F">
      <w:pPr>
        <w:spacing w:before="100" w:beforeAutospacing="1" w:after="100" w:afterAutospacing="1" w:line="240" w:lineRule="auto"/>
        <w:outlineLvl w:val="1"/>
        <w:rPr>
          <w:rFonts w:ascii="Century Gothic" w:hAnsi="Century Gothic" w:eastAsia="Times New Roman" w:cs="Times New Roman"/>
          <w:b/>
          <w:bCs/>
          <w:color w:val="4F6228" w:themeColor="accent3" w:themeShade="80"/>
          <w:sz w:val="36"/>
          <w:szCs w:val="36"/>
          <w:lang w:val="en-GB" w:eastAsia="en-GB"/>
        </w:rPr>
      </w:pPr>
      <w:r w:rsidRPr="00956C15">
        <w:rPr>
          <w:rFonts w:ascii="Century Gothic" w:hAnsi="Century Gothic" w:eastAsia="Times New Roman" w:cs="Times New Roman"/>
          <w:b/>
          <w:bCs/>
          <w:color w:val="4F6228" w:themeColor="accent3" w:themeShade="80"/>
          <w:sz w:val="36"/>
          <w:szCs w:val="36"/>
          <w:lang w:val="en-GB" w:eastAsia="en-GB"/>
        </w:rPr>
        <w:t>Communication methods</w:t>
      </w:r>
    </w:p>
    <w:p w:rsidR="00CB3D4E" w:rsidP="00CB3D4E" w:rsidRDefault="00CB3D4E" w14:paraId="4A5BB023" w14:textId="77777777">
      <w:pPr>
        <w:spacing w:before="100" w:beforeAutospacing="1" w:after="100" w:afterAutospacing="1" w:line="240" w:lineRule="auto"/>
        <w:rPr>
          <w:rFonts w:ascii="Century Gothic" w:hAnsi="Century Gothic" w:eastAsia="Times New Roman" w:cs="Times New Roman"/>
          <w:b/>
          <w:bCs/>
          <w:color w:val="4F6228" w:themeColor="accent3" w:themeShade="80"/>
          <w:sz w:val="24"/>
          <w:szCs w:val="24"/>
          <w:lang w:val="en-GB" w:eastAsia="en-GB"/>
        </w:rPr>
      </w:pPr>
      <w:r w:rsidRPr="00CB3D4E">
        <w:rPr>
          <w:rFonts w:ascii="Century Gothic" w:hAnsi="Century Gothic" w:eastAsia="Times New Roman" w:cs="Times New Roman"/>
          <w:b/>
          <w:bCs/>
          <w:color w:val="4F6228" w:themeColor="accent3" w:themeShade="80"/>
          <w:sz w:val="24"/>
          <w:szCs w:val="24"/>
          <w:lang w:val="en-GB" w:eastAsia="en-GB"/>
        </w:rPr>
        <w:t>How does the child communicate best?</w:t>
      </w:r>
    </w:p>
    <w:p w:rsidRPr="00CB3D4E" w:rsidR="00CB3D4E" w:rsidP="00CB3D4E" w:rsidRDefault="00CB3D4E" w14:paraId="04A9341C" w14:textId="30A34918">
      <w:pPr>
        <w:spacing w:before="100" w:beforeAutospacing="1" w:after="100" w:afterAutospacing="1" w:line="240" w:lineRule="auto"/>
        <w:rPr>
          <w:rFonts w:ascii="Century Gothic" w:hAnsi="Century Gothic" w:eastAsia="Times New Roman" w:cs="Times New Roman"/>
          <w:i/>
          <w:iCs/>
          <w:color w:val="4F6228" w:themeColor="accent3" w:themeShade="80"/>
          <w:sz w:val="22"/>
          <w:lang w:val="en-GB" w:eastAsia="en-GB"/>
        </w:rPr>
      </w:pPr>
      <w:r w:rsidRPr="00CB3D4E">
        <w:rPr>
          <w:rFonts w:ascii="Century Gothic" w:hAnsi="Century Gothic" w:eastAsia="Times New Roman" w:cs="Times New Roman"/>
          <w:b/>
          <w:bCs/>
          <w:i/>
          <w:iCs/>
          <w:color w:val="4F6228" w:themeColor="accent3" w:themeShade="80"/>
          <w:sz w:val="22"/>
          <w:lang w:val="en-GB" w:eastAsia="en-GB"/>
        </w:rPr>
        <w:t>(please highlight)</w:t>
      </w:r>
    </w:p>
    <w:p w:rsidRPr="00CB3D4E" w:rsidR="00CB3D4E" w:rsidP="00CB3D4E" w:rsidRDefault="00CB3D4E" w14:paraId="3A81082E" w14:textId="77777777">
      <w:pPr>
        <w:spacing w:before="100" w:beforeAutospacing="1" w:after="100" w:afterAutospacing="1" w:line="240" w:lineRule="auto"/>
        <w:rPr>
          <w:rFonts w:ascii="Century Gothic" w:hAnsi="Century Gothic" w:eastAsia="Times New Roman" w:cs="Times New Roman"/>
          <w:color w:val="4F6228" w:themeColor="accent3" w:themeShade="80"/>
          <w:sz w:val="24"/>
          <w:szCs w:val="24"/>
          <w:lang w:val="en-GB" w:eastAsia="en-GB"/>
        </w:rPr>
      </w:pPr>
      <w:r w:rsidRPr="00CB3D4E">
        <w:rPr>
          <w:rFonts w:ascii="Segoe UI Symbol" w:hAnsi="Segoe UI Symbol" w:eastAsia="Times New Roman" w:cs="Segoe UI Symbol"/>
          <w:color w:val="4F6228" w:themeColor="accent3" w:themeShade="80"/>
          <w:sz w:val="24"/>
          <w:szCs w:val="24"/>
          <w:lang w:val="en-GB" w:eastAsia="en-GB"/>
        </w:rPr>
        <w:t>☐</w:t>
      </w:r>
      <w:r w:rsidRPr="00CB3D4E">
        <w:rPr>
          <w:rFonts w:ascii="Century Gothic" w:hAnsi="Century Gothic" w:eastAsia="Times New Roman" w:cs="Times New Roman"/>
          <w:color w:val="4F6228" w:themeColor="accent3" w:themeShade="80"/>
          <w:sz w:val="24"/>
          <w:szCs w:val="24"/>
          <w:lang w:val="en-GB" w:eastAsia="en-GB"/>
        </w:rPr>
        <w:t xml:space="preserve"> Speech</w:t>
      </w:r>
    </w:p>
    <w:p w:rsidRPr="00CB3D4E" w:rsidR="00CB3D4E" w:rsidP="00CB3D4E" w:rsidRDefault="00CB3D4E" w14:paraId="0323A1E9" w14:textId="77777777">
      <w:pPr>
        <w:spacing w:before="100" w:beforeAutospacing="1" w:after="100" w:afterAutospacing="1" w:line="240" w:lineRule="auto"/>
        <w:rPr>
          <w:rFonts w:ascii="Century Gothic" w:hAnsi="Century Gothic" w:eastAsia="Times New Roman" w:cs="Times New Roman"/>
          <w:color w:val="4F6228" w:themeColor="accent3" w:themeShade="80"/>
          <w:sz w:val="24"/>
          <w:szCs w:val="24"/>
          <w:lang w:val="en-GB" w:eastAsia="en-GB"/>
        </w:rPr>
      </w:pPr>
      <w:r w:rsidRPr="00CB3D4E">
        <w:rPr>
          <w:rFonts w:ascii="Segoe UI Symbol" w:hAnsi="Segoe UI Symbol" w:eastAsia="Times New Roman" w:cs="Segoe UI Symbol"/>
          <w:color w:val="4F6228" w:themeColor="accent3" w:themeShade="80"/>
          <w:sz w:val="24"/>
          <w:szCs w:val="24"/>
          <w:lang w:val="en-GB" w:eastAsia="en-GB"/>
        </w:rPr>
        <w:t>☐</w:t>
      </w:r>
      <w:r w:rsidRPr="00CB3D4E">
        <w:rPr>
          <w:rFonts w:ascii="Century Gothic" w:hAnsi="Century Gothic" w:eastAsia="Times New Roman" w:cs="Times New Roman"/>
          <w:color w:val="4F6228" w:themeColor="accent3" w:themeShade="80"/>
          <w:sz w:val="24"/>
          <w:szCs w:val="24"/>
          <w:lang w:val="en-GB" w:eastAsia="en-GB"/>
        </w:rPr>
        <w:t xml:space="preserve"> Visual supports</w:t>
      </w:r>
    </w:p>
    <w:p w:rsidRPr="00CB3D4E" w:rsidR="00CB3D4E" w:rsidP="00CB3D4E" w:rsidRDefault="00CB3D4E" w14:paraId="090708EB" w14:textId="77777777">
      <w:pPr>
        <w:spacing w:before="100" w:beforeAutospacing="1" w:after="100" w:afterAutospacing="1" w:line="240" w:lineRule="auto"/>
        <w:rPr>
          <w:rFonts w:ascii="Century Gothic" w:hAnsi="Century Gothic" w:eastAsia="Times New Roman" w:cs="Times New Roman"/>
          <w:color w:val="4F6228" w:themeColor="accent3" w:themeShade="80"/>
          <w:sz w:val="24"/>
          <w:szCs w:val="24"/>
          <w:lang w:val="en-GB" w:eastAsia="en-GB"/>
        </w:rPr>
      </w:pPr>
      <w:r w:rsidRPr="00CB3D4E">
        <w:rPr>
          <w:rFonts w:ascii="Segoe UI Symbol" w:hAnsi="Segoe UI Symbol" w:eastAsia="Times New Roman" w:cs="Segoe UI Symbol"/>
          <w:color w:val="4F6228" w:themeColor="accent3" w:themeShade="80"/>
          <w:sz w:val="24"/>
          <w:szCs w:val="24"/>
          <w:lang w:val="en-GB" w:eastAsia="en-GB"/>
        </w:rPr>
        <w:t>☐</w:t>
      </w:r>
      <w:r w:rsidRPr="00CB3D4E">
        <w:rPr>
          <w:rFonts w:ascii="Century Gothic" w:hAnsi="Century Gothic" w:eastAsia="Times New Roman" w:cs="Times New Roman"/>
          <w:color w:val="4F6228" w:themeColor="accent3" w:themeShade="80"/>
          <w:sz w:val="24"/>
          <w:szCs w:val="24"/>
          <w:lang w:val="en-GB" w:eastAsia="en-GB"/>
        </w:rPr>
        <w:t xml:space="preserve"> Makaton</w:t>
      </w:r>
    </w:p>
    <w:p w:rsidRPr="00CB3D4E" w:rsidR="00CB3D4E" w:rsidP="00CB3D4E" w:rsidRDefault="00CB3D4E" w14:paraId="6DEDC55C" w14:textId="77777777">
      <w:pPr>
        <w:spacing w:before="100" w:beforeAutospacing="1" w:after="100" w:afterAutospacing="1" w:line="240" w:lineRule="auto"/>
        <w:rPr>
          <w:rFonts w:ascii="Century Gothic" w:hAnsi="Century Gothic" w:eastAsia="Times New Roman" w:cs="Times New Roman"/>
          <w:color w:val="4F6228" w:themeColor="accent3" w:themeShade="80"/>
          <w:sz w:val="24"/>
          <w:szCs w:val="24"/>
          <w:lang w:val="en-GB" w:eastAsia="en-GB"/>
        </w:rPr>
      </w:pPr>
      <w:r w:rsidRPr="00CB3D4E">
        <w:rPr>
          <w:rFonts w:ascii="Segoe UI Symbol" w:hAnsi="Segoe UI Symbol" w:eastAsia="Times New Roman" w:cs="Segoe UI Symbol"/>
          <w:color w:val="4F6228" w:themeColor="accent3" w:themeShade="80"/>
          <w:sz w:val="24"/>
          <w:szCs w:val="24"/>
          <w:lang w:val="en-GB" w:eastAsia="en-GB"/>
        </w:rPr>
        <w:t>☐</w:t>
      </w:r>
      <w:r w:rsidRPr="00CB3D4E">
        <w:rPr>
          <w:rFonts w:ascii="Century Gothic" w:hAnsi="Century Gothic" w:eastAsia="Times New Roman" w:cs="Times New Roman"/>
          <w:color w:val="4F6228" w:themeColor="accent3" w:themeShade="80"/>
          <w:sz w:val="24"/>
          <w:szCs w:val="24"/>
          <w:lang w:val="en-GB" w:eastAsia="en-GB"/>
        </w:rPr>
        <w:t xml:space="preserve"> AAC</w:t>
      </w:r>
    </w:p>
    <w:p w:rsidRPr="00CB3D4E" w:rsidR="00CB3D4E" w:rsidP="00CB3D4E" w:rsidRDefault="00CB3D4E" w14:paraId="55B94EC6" w14:textId="77777777">
      <w:pPr>
        <w:spacing w:before="100" w:beforeAutospacing="1" w:after="100" w:afterAutospacing="1" w:line="240" w:lineRule="auto"/>
        <w:rPr>
          <w:rFonts w:ascii="Century Gothic" w:hAnsi="Century Gothic" w:eastAsia="Times New Roman" w:cs="Times New Roman"/>
          <w:color w:val="4F6228" w:themeColor="accent3" w:themeShade="80"/>
          <w:sz w:val="24"/>
          <w:szCs w:val="24"/>
          <w:lang w:val="en-GB" w:eastAsia="en-GB"/>
        </w:rPr>
      </w:pPr>
      <w:r w:rsidRPr="00CB3D4E">
        <w:rPr>
          <w:rFonts w:ascii="Segoe UI Symbol" w:hAnsi="Segoe UI Symbol" w:eastAsia="Times New Roman" w:cs="Segoe UI Symbol"/>
          <w:color w:val="4F6228" w:themeColor="accent3" w:themeShade="80"/>
          <w:sz w:val="24"/>
          <w:szCs w:val="24"/>
          <w:lang w:val="en-GB" w:eastAsia="en-GB"/>
        </w:rPr>
        <w:t>☐</w:t>
      </w:r>
      <w:r w:rsidRPr="00CB3D4E">
        <w:rPr>
          <w:rFonts w:ascii="Century Gothic" w:hAnsi="Century Gothic" w:eastAsia="Times New Roman" w:cs="Times New Roman"/>
          <w:color w:val="4F6228" w:themeColor="accent3" w:themeShade="80"/>
          <w:sz w:val="24"/>
          <w:szCs w:val="24"/>
          <w:lang w:val="en-GB" w:eastAsia="en-GB"/>
        </w:rPr>
        <w:t xml:space="preserve"> Gestures</w:t>
      </w:r>
    </w:p>
    <w:p w:rsidRPr="00CB3D4E" w:rsidR="00CB3D4E" w:rsidP="00CB3D4E" w:rsidRDefault="00CB3D4E" w14:paraId="410FF64B" w14:textId="116987AD">
      <w:pPr>
        <w:spacing w:before="100" w:beforeAutospacing="1" w:after="100" w:afterAutospacing="1" w:line="240" w:lineRule="auto"/>
        <w:rPr>
          <w:rFonts w:ascii="Century Gothic" w:hAnsi="Century Gothic" w:eastAsia="Times New Roman" w:cs="Times New Roman"/>
          <w:color w:val="4F6228" w:themeColor="accent3" w:themeShade="80"/>
          <w:sz w:val="24"/>
          <w:szCs w:val="24"/>
          <w:lang w:val="en-GB" w:eastAsia="en-GB"/>
        </w:rPr>
      </w:pPr>
      <w:r w:rsidRPr="00CB3D4E">
        <w:rPr>
          <w:rFonts w:ascii="Segoe UI Symbol" w:hAnsi="Segoe UI Symbol" w:eastAsia="Times New Roman" w:cs="Segoe UI Symbol"/>
          <w:color w:val="4F6228" w:themeColor="accent3" w:themeShade="80"/>
          <w:sz w:val="24"/>
          <w:szCs w:val="24"/>
          <w:lang w:val="en-GB" w:eastAsia="en-GB"/>
        </w:rPr>
        <w:t>☐</w:t>
      </w:r>
      <w:r w:rsidRPr="00CB3D4E">
        <w:rPr>
          <w:rFonts w:ascii="Century Gothic" w:hAnsi="Century Gothic" w:eastAsia="Times New Roman" w:cs="Times New Roman"/>
          <w:color w:val="4F6228" w:themeColor="accent3" w:themeShade="80"/>
          <w:sz w:val="24"/>
          <w:szCs w:val="24"/>
          <w:lang w:val="en-GB" w:eastAsia="en-GB"/>
        </w:rPr>
        <w:t xml:space="preserve"> Other</w:t>
      </w:r>
      <w:r w:rsidR="0076319E">
        <w:rPr>
          <w:rFonts w:ascii="Century Gothic" w:hAnsi="Century Gothic" w:eastAsia="Times New Roman" w:cs="Times New Roman"/>
          <w:color w:val="4F6228" w:themeColor="accent3" w:themeShade="80"/>
          <w:sz w:val="24"/>
          <w:szCs w:val="24"/>
          <w:lang w:val="en-GB" w:eastAsia="en-GB"/>
        </w:rPr>
        <w:t xml:space="preserve"> </w:t>
      </w:r>
      <w:r w:rsidRPr="0076319E" w:rsidR="0076319E">
        <w:rPr>
          <w:rFonts w:ascii="Century Gothic" w:hAnsi="Century Gothic" w:eastAsia="Times New Roman" w:cs="Times New Roman"/>
          <w:i/>
          <w:iCs/>
          <w:color w:val="4F6228" w:themeColor="accent3" w:themeShade="80"/>
          <w:sz w:val="24"/>
          <w:szCs w:val="24"/>
          <w:lang w:val="en-GB" w:eastAsia="en-GB"/>
        </w:rPr>
        <w:t>(please specify):</w:t>
      </w:r>
    </w:p>
    <w:p w:rsidRPr="00C93F81" w:rsidR="00E20DA8" w:rsidRDefault="00CB3D4E" w14:paraId="6D5DC6C5" w14:textId="0AB9B536">
      <w:pPr>
        <w:rPr>
          <w:rFonts w:ascii="Century Gothic" w:hAnsi="Century Gothic"/>
        </w:rPr>
      </w:pPr>
      <w:r>
        <w:rPr>
          <w:rFonts w:ascii="Century Gothic" w:hAnsi="Century Gothic"/>
          <w:b/>
          <w:color w:val="4F6228"/>
          <w:sz w:val="26"/>
        </w:rPr>
        <w:t>Additional information</w:t>
      </w:r>
      <w:r w:rsidR="0076319E">
        <w:rPr>
          <w:rFonts w:ascii="Century Gothic" w:hAnsi="Century Gothic"/>
          <w:b/>
          <w:color w:val="4F6228"/>
          <w:sz w:val="26"/>
        </w:rPr>
        <w:t xml:space="preserve"> relating to communication methods</w:t>
      </w:r>
    </w:p>
    <w:tbl>
      <w:tblPr>
        <w:tblStyle w:val="TableGrid"/>
        <w:tblW w:w="0" w:type="auto"/>
        <w:tblLook w:val="04A0" w:firstRow="1" w:lastRow="0" w:firstColumn="1" w:lastColumn="0" w:noHBand="0" w:noVBand="1"/>
      </w:tblPr>
      <w:tblGrid>
        <w:gridCol w:w="8630"/>
      </w:tblGrid>
      <w:tr w:rsidRPr="00C93F81" w:rsidR="00E20DA8" w:rsidTr="00823634" w14:paraId="1B2C5548" w14:textId="77777777">
        <w:tc>
          <w:tcPr>
            <w:tcW w:w="8640" w:type="dxa"/>
            <w:shd w:val="clear" w:color="auto" w:fill="C2D69B" w:themeFill="accent3" w:themeFillTint="99"/>
          </w:tcPr>
          <w:p w:rsidRPr="00C93F81" w:rsidR="00E20DA8" w:rsidRDefault="00E20DA8" w14:paraId="419F6682" w14:textId="77777777">
            <w:pPr>
              <w:rPr>
                <w:rFonts w:ascii="Century Gothic" w:hAnsi="Century Gothic"/>
              </w:rPr>
            </w:pPr>
          </w:p>
        </w:tc>
      </w:tr>
      <w:tr w:rsidRPr="00C93F81" w:rsidR="00E20DA8" w14:paraId="6CE4C656" w14:textId="77777777">
        <w:tc>
          <w:tcPr>
            <w:tcW w:w="8640" w:type="dxa"/>
          </w:tcPr>
          <w:p w:rsidR="00823634" w:rsidRDefault="00000000" w14:paraId="43A8253A" w14:textId="77777777">
            <w:pPr>
              <w:rPr>
                <w:rFonts w:ascii="Century Gothic" w:hAnsi="Century Gothic"/>
              </w:rPr>
            </w:pPr>
            <w:r w:rsidRPr="00C93F81">
              <w:rPr>
                <w:rFonts w:ascii="Century Gothic" w:hAnsi="Century Gothic"/>
              </w:rPr>
              <w:br/>
            </w:r>
            <w:r w:rsidRPr="00C93F81">
              <w:rPr>
                <w:rFonts w:ascii="Century Gothic" w:hAnsi="Century Gothic"/>
              </w:rPr>
              <w:br/>
            </w:r>
            <w:r w:rsidRPr="00C93F81">
              <w:rPr>
                <w:rFonts w:ascii="Century Gothic" w:hAnsi="Century Gothic"/>
              </w:rPr>
              <w:br/>
            </w:r>
          </w:p>
          <w:p w:rsidRPr="00C93F81" w:rsidR="00E20DA8" w:rsidRDefault="00000000" w14:paraId="0ED06CA6" w14:textId="4D0B4022">
            <w:pPr>
              <w:rPr>
                <w:rFonts w:ascii="Century Gothic" w:hAnsi="Century Gothic"/>
              </w:rPr>
            </w:pPr>
            <w:r w:rsidRPr="00C93F81">
              <w:rPr>
                <w:rFonts w:ascii="Century Gothic" w:hAnsi="Century Gothic"/>
              </w:rPr>
              <w:br/>
            </w:r>
          </w:p>
        </w:tc>
      </w:tr>
    </w:tbl>
    <w:p w:rsidR="00823634" w:rsidRDefault="00823634" w14:paraId="03EB9344" w14:textId="77777777">
      <w:pPr>
        <w:rPr>
          <w:rFonts w:ascii="Century Gothic" w:hAnsi="Century Gothic"/>
          <w:b/>
          <w:color w:val="4F6228"/>
          <w:sz w:val="26"/>
        </w:rPr>
      </w:pPr>
    </w:p>
    <w:p w:rsidRPr="00C93F81" w:rsidR="00E20DA8" w:rsidRDefault="00000000" w14:paraId="1F99CDA0" w14:textId="1B98B79D">
      <w:pPr>
        <w:rPr>
          <w:rFonts w:ascii="Century Gothic" w:hAnsi="Century Gothic"/>
        </w:rPr>
      </w:pPr>
      <w:r w:rsidRPr="00C93F81">
        <w:rPr>
          <w:rFonts w:ascii="Century Gothic" w:hAnsi="Century Gothic"/>
          <w:b/>
          <w:color w:val="4F6228"/>
          <w:sz w:val="26"/>
        </w:rPr>
        <w:t>Sensory needs</w:t>
      </w:r>
    </w:p>
    <w:tbl>
      <w:tblPr>
        <w:tblStyle w:val="TableGrid"/>
        <w:tblW w:w="0" w:type="auto"/>
        <w:tblLook w:val="04A0" w:firstRow="1" w:lastRow="0" w:firstColumn="1" w:lastColumn="0" w:noHBand="0" w:noVBand="1"/>
      </w:tblPr>
      <w:tblGrid>
        <w:gridCol w:w="8630"/>
      </w:tblGrid>
      <w:tr w:rsidRPr="00C93F81" w:rsidR="00E20DA8" w:rsidTr="00823634" w14:paraId="3B4210F5" w14:textId="77777777">
        <w:tc>
          <w:tcPr>
            <w:tcW w:w="8640" w:type="dxa"/>
            <w:shd w:val="clear" w:color="auto" w:fill="C2D69B" w:themeFill="accent3" w:themeFillTint="99"/>
          </w:tcPr>
          <w:p w:rsidRPr="00C93F81" w:rsidR="00E20DA8" w:rsidRDefault="00E20DA8" w14:paraId="6A723AAE" w14:textId="77777777">
            <w:pPr>
              <w:rPr>
                <w:rFonts w:ascii="Century Gothic" w:hAnsi="Century Gothic"/>
              </w:rPr>
            </w:pPr>
          </w:p>
        </w:tc>
      </w:tr>
      <w:tr w:rsidRPr="00C93F81" w:rsidR="00E20DA8" w14:paraId="156242F4" w14:textId="77777777">
        <w:tc>
          <w:tcPr>
            <w:tcW w:w="8640" w:type="dxa"/>
          </w:tcPr>
          <w:p w:rsidR="00956C15" w:rsidRDefault="00000000" w14:paraId="57C4AA4B" w14:textId="77777777">
            <w:pPr>
              <w:rPr>
                <w:rFonts w:ascii="Century Gothic" w:hAnsi="Century Gothic"/>
              </w:rPr>
            </w:pPr>
            <w:r w:rsidRPr="00C93F81">
              <w:rPr>
                <w:rFonts w:ascii="Century Gothic" w:hAnsi="Century Gothic"/>
              </w:rPr>
              <w:br/>
            </w:r>
            <w:r w:rsidRPr="00C93F81">
              <w:rPr>
                <w:rFonts w:ascii="Century Gothic" w:hAnsi="Century Gothic"/>
              </w:rPr>
              <w:br/>
            </w:r>
          </w:p>
          <w:p w:rsidR="00956C15" w:rsidRDefault="00956C15" w14:paraId="78CC7FA6" w14:textId="77777777">
            <w:pPr>
              <w:rPr>
                <w:rFonts w:ascii="Century Gothic" w:hAnsi="Century Gothic"/>
              </w:rPr>
            </w:pPr>
          </w:p>
          <w:p w:rsidR="00956C15" w:rsidRDefault="00956C15" w14:paraId="2B97B6D7" w14:textId="77777777">
            <w:pPr>
              <w:rPr>
                <w:rFonts w:ascii="Century Gothic" w:hAnsi="Century Gothic"/>
              </w:rPr>
            </w:pPr>
          </w:p>
          <w:p w:rsidRPr="00C93F81" w:rsidR="00E20DA8" w:rsidRDefault="00000000" w14:paraId="7091687C" w14:textId="584A0B13">
            <w:pPr>
              <w:rPr>
                <w:rFonts w:ascii="Century Gothic" w:hAnsi="Century Gothic"/>
              </w:rPr>
            </w:pPr>
            <w:r w:rsidRPr="00C93F81">
              <w:rPr>
                <w:rFonts w:ascii="Century Gothic" w:hAnsi="Century Gothic"/>
              </w:rPr>
              <w:br/>
            </w:r>
            <w:r w:rsidRPr="00C93F81">
              <w:rPr>
                <w:rFonts w:ascii="Century Gothic" w:hAnsi="Century Gothic"/>
              </w:rPr>
              <w:br/>
            </w:r>
          </w:p>
        </w:tc>
      </w:tr>
    </w:tbl>
    <w:p w:rsidR="00956C15" w:rsidRDefault="00956C15" w14:paraId="0F1084FA" w14:textId="77777777">
      <w:pPr>
        <w:rPr>
          <w:rFonts w:ascii="Century Gothic" w:hAnsi="Century Gothic"/>
          <w:b/>
          <w:color w:val="4F6228"/>
          <w:sz w:val="26"/>
        </w:rPr>
      </w:pPr>
    </w:p>
    <w:p w:rsidRPr="00C93F81" w:rsidR="00E20DA8" w:rsidRDefault="00000000" w14:paraId="75AF3F50" w14:textId="07CA1515">
      <w:pPr>
        <w:rPr>
          <w:rFonts w:ascii="Century Gothic" w:hAnsi="Century Gothic"/>
        </w:rPr>
      </w:pPr>
      <w:r w:rsidRPr="00C93F81">
        <w:rPr>
          <w:rFonts w:ascii="Century Gothic" w:hAnsi="Century Gothic"/>
          <w:b/>
          <w:color w:val="4F6228"/>
          <w:sz w:val="26"/>
        </w:rPr>
        <w:t>Emotional regulation</w:t>
      </w:r>
      <w:r w:rsidR="00956C15">
        <w:rPr>
          <w:rFonts w:ascii="Century Gothic" w:hAnsi="Century Gothic"/>
          <w:b/>
          <w:color w:val="4F6228"/>
          <w:sz w:val="26"/>
        </w:rPr>
        <w:t xml:space="preserve"> needs</w:t>
      </w:r>
    </w:p>
    <w:tbl>
      <w:tblPr>
        <w:tblStyle w:val="TableGrid"/>
        <w:tblW w:w="0" w:type="auto"/>
        <w:tblLook w:val="04A0" w:firstRow="1" w:lastRow="0" w:firstColumn="1" w:lastColumn="0" w:noHBand="0" w:noVBand="1"/>
      </w:tblPr>
      <w:tblGrid>
        <w:gridCol w:w="8630"/>
      </w:tblGrid>
      <w:tr w:rsidRPr="00C93F81" w:rsidR="00E20DA8" w:rsidTr="00823634" w14:paraId="701116D4" w14:textId="77777777">
        <w:tc>
          <w:tcPr>
            <w:tcW w:w="8640" w:type="dxa"/>
            <w:shd w:val="clear" w:color="auto" w:fill="C2D69B" w:themeFill="accent3" w:themeFillTint="99"/>
          </w:tcPr>
          <w:p w:rsidRPr="00C93F81" w:rsidR="00E20DA8" w:rsidRDefault="00E20DA8" w14:paraId="5F1CD480" w14:textId="77777777">
            <w:pPr>
              <w:rPr>
                <w:rFonts w:ascii="Century Gothic" w:hAnsi="Century Gothic"/>
              </w:rPr>
            </w:pPr>
          </w:p>
        </w:tc>
      </w:tr>
      <w:tr w:rsidRPr="00C93F81" w:rsidR="00E20DA8" w14:paraId="1FBE6107" w14:textId="77777777">
        <w:tc>
          <w:tcPr>
            <w:tcW w:w="8640" w:type="dxa"/>
          </w:tcPr>
          <w:p w:rsidR="00823634" w:rsidRDefault="00000000" w14:paraId="04C574DF" w14:textId="77777777">
            <w:pPr>
              <w:rPr>
                <w:rFonts w:ascii="Century Gothic" w:hAnsi="Century Gothic"/>
              </w:rPr>
            </w:pPr>
            <w:r w:rsidRPr="00C93F81">
              <w:rPr>
                <w:rFonts w:ascii="Century Gothic" w:hAnsi="Century Gothic"/>
              </w:rPr>
              <w:br/>
            </w:r>
            <w:r w:rsidRPr="00C93F81">
              <w:rPr>
                <w:rFonts w:ascii="Century Gothic" w:hAnsi="Century Gothic"/>
              </w:rPr>
              <w:br/>
            </w:r>
            <w:r w:rsidRPr="00C93F81">
              <w:rPr>
                <w:rFonts w:ascii="Century Gothic" w:hAnsi="Century Gothic"/>
              </w:rPr>
              <w:br/>
            </w:r>
          </w:p>
          <w:p w:rsidR="00956C15" w:rsidRDefault="00956C15" w14:paraId="692BF1C6" w14:textId="77777777">
            <w:pPr>
              <w:rPr>
                <w:rFonts w:ascii="Century Gothic" w:hAnsi="Century Gothic"/>
              </w:rPr>
            </w:pPr>
          </w:p>
          <w:p w:rsidR="00956C15" w:rsidRDefault="00956C15" w14:paraId="22931E82" w14:textId="77777777">
            <w:pPr>
              <w:rPr>
                <w:rFonts w:ascii="Century Gothic" w:hAnsi="Century Gothic"/>
              </w:rPr>
            </w:pPr>
          </w:p>
          <w:p w:rsidRPr="00C93F81" w:rsidR="00E20DA8" w:rsidRDefault="00000000" w14:paraId="5AA5A52C" w14:textId="55E7396E">
            <w:pPr>
              <w:rPr>
                <w:rFonts w:ascii="Century Gothic" w:hAnsi="Century Gothic"/>
              </w:rPr>
            </w:pPr>
            <w:r w:rsidRPr="00C93F81">
              <w:rPr>
                <w:rFonts w:ascii="Century Gothic" w:hAnsi="Century Gothic"/>
              </w:rPr>
              <w:br/>
            </w:r>
          </w:p>
        </w:tc>
      </w:tr>
    </w:tbl>
    <w:p w:rsidR="00823634" w:rsidRDefault="00823634" w14:paraId="627CA40D" w14:textId="77777777">
      <w:pPr>
        <w:rPr>
          <w:rFonts w:ascii="Century Gothic" w:hAnsi="Century Gothic"/>
          <w:b/>
          <w:color w:val="4F6228"/>
          <w:sz w:val="26"/>
        </w:rPr>
      </w:pPr>
    </w:p>
    <w:p w:rsidRPr="00C93F81" w:rsidR="00E20DA8" w:rsidRDefault="00823634" w14:paraId="659D0D6D" w14:textId="2D1BBF5A">
      <w:pPr>
        <w:rPr>
          <w:rFonts w:ascii="Century Gothic" w:hAnsi="Century Gothic"/>
        </w:rPr>
      </w:pPr>
      <w:r>
        <w:rPr>
          <w:rFonts w:ascii="Century Gothic" w:hAnsi="Century Gothic"/>
          <w:b/>
          <w:color w:val="4F6228"/>
          <w:sz w:val="26"/>
        </w:rPr>
        <w:t>Other s</w:t>
      </w:r>
      <w:r w:rsidRPr="00C93F81">
        <w:rPr>
          <w:rFonts w:ascii="Century Gothic" w:hAnsi="Century Gothic"/>
          <w:b/>
          <w:color w:val="4F6228"/>
          <w:sz w:val="26"/>
        </w:rPr>
        <w:t>trategies that currently work well</w:t>
      </w:r>
    </w:p>
    <w:tbl>
      <w:tblPr>
        <w:tblStyle w:val="TableGrid"/>
        <w:tblW w:w="0" w:type="auto"/>
        <w:tblLook w:val="04A0" w:firstRow="1" w:lastRow="0" w:firstColumn="1" w:lastColumn="0" w:noHBand="0" w:noVBand="1"/>
      </w:tblPr>
      <w:tblGrid>
        <w:gridCol w:w="8630"/>
      </w:tblGrid>
      <w:tr w:rsidRPr="00C93F81" w:rsidR="00E20DA8" w:rsidTr="00823634" w14:paraId="3ADB7CDB" w14:textId="77777777">
        <w:tc>
          <w:tcPr>
            <w:tcW w:w="8640" w:type="dxa"/>
            <w:shd w:val="clear" w:color="auto" w:fill="C2D69B" w:themeFill="accent3" w:themeFillTint="99"/>
          </w:tcPr>
          <w:p w:rsidRPr="00C93F81" w:rsidR="00E20DA8" w:rsidRDefault="00E20DA8" w14:paraId="5518FE2A" w14:textId="77777777">
            <w:pPr>
              <w:rPr>
                <w:rFonts w:ascii="Century Gothic" w:hAnsi="Century Gothic"/>
              </w:rPr>
            </w:pPr>
          </w:p>
        </w:tc>
      </w:tr>
      <w:tr w:rsidRPr="00C93F81" w:rsidR="00E20DA8" w14:paraId="06042098" w14:textId="77777777">
        <w:tc>
          <w:tcPr>
            <w:tcW w:w="8640" w:type="dxa"/>
          </w:tcPr>
          <w:p w:rsidR="00956C15" w:rsidRDefault="00000000" w14:paraId="4B15E892" w14:textId="77777777">
            <w:pPr>
              <w:rPr>
                <w:rFonts w:ascii="Century Gothic" w:hAnsi="Century Gothic"/>
              </w:rPr>
            </w:pPr>
            <w:r w:rsidRPr="00C93F81">
              <w:rPr>
                <w:rFonts w:ascii="Century Gothic" w:hAnsi="Century Gothic"/>
              </w:rPr>
              <w:br/>
            </w:r>
            <w:r w:rsidRPr="00C93F81">
              <w:rPr>
                <w:rFonts w:ascii="Century Gothic" w:hAnsi="Century Gothic"/>
              </w:rPr>
              <w:br/>
            </w:r>
            <w:r w:rsidRPr="00C93F81">
              <w:rPr>
                <w:rFonts w:ascii="Century Gothic" w:hAnsi="Century Gothic"/>
              </w:rPr>
              <w:br/>
            </w:r>
          </w:p>
          <w:p w:rsidR="00956C15" w:rsidRDefault="00956C15" w14:paraId="57DD5828" w14:textId="77777777">
            <w:pPr>
              <w:rPr>
                <w:rFonts w:ascii="Century Gothic" w:hAnsi="Century Gothic"/>
              </w:rPr>
            </w:pPr>
          </w:p>
          <w:p w:rsidR="00956C15" w:rsidRDefault="00956C15" w14:paraId="4F7753A2" w14:textId="77777777">
            <w:pPr>
              <w:rPr>
                <w:rFonts w:ascii="Century Gothic" w:hAnsi="Century Gothic"/>
              </w:rPr>
            </w:pPr>
          </w:p>
          <w:p w:rsidRPr="00C93F81" w:rsidR="00E20DA8" w:rsidRDefault="00000000" w14:paraId="1151B11B" w14:textId="618BE905">
            <w:pPr>
              <w:rPr>
                <w:rFonts w:ascii="Century Gothic" w:hAnsi="Century Gothic"/>
              </w:rPr>
            </w:pPr>
            <w:r w:rsidRPr="00C93F81">
              <w:rPr>
                <w:rFonts w:ascii="Century Gothic" w:hAnsi="Century Gothic"/>
              </w:rPr>
              <w:br/>
            </w:r>
          </w:p>
        </w:tc>
      </w:tr>
    </w:tbl>
    <w:p w:rsidR="00823634" w:rsidRDefault="00823634" w14:paraId="40713A6A" w14:textId="77777777">
      <w:pPr>
        <w:rPr>
          <w:rFonts w:ascii="Century Gothic" w:hAnsi="Century Gothic"/>
          <w:b/>
          <w:color w:val="4F6228"/>
          <w:sz w:val="26"/>
        </w:rPr>
      </w:pPr>
    </w:p>
    <w:p w:rsidR="00D21AE9" w:rsidP="00A64D64" w:rsidRDefault="00D21AE9" w14:paraId="16109A24" w14:textId="77777777">
      <w:pPr>
        <w:spacing w:before="100" w:beforeAutospacing="1" w:after="100" w:afterAutospacing="1" w:line="240" w:lineRule="auto"/>
        <w:outlineLvl w:val="2"/>
        <w:rPr>
          <w:rFonts w:ascii="Century Gothic" w:hAnsi="Century Gothic" w:eastAsia="Times New Roman" w:cs="Times New Roman"/>
          <w:b/>
          <w:bCs/>
          <w:color w:val="4F6228" w:themeColor="accent3" w:themeShade="80"/>
          <w:sz w:val="36"/>
          <w:szCs w:val="36"/>
          <w:lang w:val="en-GB" w:eastAsia="en-GB"/>
        </w:rPr>
      </w:pPr>
    </w:p>
    <w:p w:rsidR="00D21AE9" w:rsidP="00A64D64" w:rsidRDefault="00D21AE9" w14:paraId="1E49F55E" w14:textId="77777777">
      <w:pPr>
        <w:spacing w:before="100" w:beforeAutospacing="1" w:after="100" w:afterAutospacing="1" w:line="240" w:lineRule="auto"/>
        <w:outlineLvl w:val="2"/>
        <w:rPr>
          <w:rFonts w:ascii="Century Gothic" w:hAnsi="Century Gothic" w:eastAsia="Times New Roman" w:cs="Times New Roman"/>
          <w:b/>
          <w:bCs/>
          <w:color w:val="4F6228" w:themeColor="accent3" w:themeShade="80"/>
          <w:sz w:val="36"/>
          <w:szCs w:val="36"/>
          <w:lang w:val="en-GB" w:eastAsia="en-GB"/>
        </w:rPr>
      </w:pPr>
    </w:p>
    <w:p w:rsidR="00D21AE9" w:rsidP="00A64D64" w:rsidRDefault="00D21AE9" w14:paraId="1D9C2BC9" w14:textId="77777777">
      <w:pPr>
        <w:spacing w:before="100" w:beforeAutospacing="1" w:after="100" w:afterAutospacing="1" w:line="240" w:lineRule="auto"/>
        <w:outlineLvl w:val="2"/>
        <w:rPr>
          <w:rFonts w:ascii="Century Gothic" w:hAnsi="Century Gothic" w:eastAsia="Times New Roman" w:cs="Times New Roman"/>
          <w:b/>
          <w:bCs/>
          <w:color w:val="4F6228" w:themeColor="accent3" w:themeShade="80"/>
          <w:sz w:val="36"/>
          <w:szCs w:val="36"/>
          <w:lang w:val="en-GB" w:eastAsia="en-GB"/>
        </w:rPr>
      </w:pPr>
    </w:p>
    <w:p w:rsidRPr="00673B4F" w:rsidR="00A64D64" w:rsidP="00A64D64" w:rsidRDefault="00005884" w14:paraId="1025066D" w14:textId="1656DE55">
      <w:pPr>
        <w:spacing w:before="100" w:beforeAutospacing="1" w:after="100" w:afterAutospacing="1" w:line="240" w:lineRule="auto"/>
        <w:outlineLvl w:val="2"/>
        <w:rPr>
          <w:rFonts w:ascii="Century Gothic" w:hAnsi="Century Gothic" w:eastAsia="Times New Roman" w:cs="Times New Roman"/>
          <w:b/>
          <w:bCs/>
          <w:color w:val="4F6228" w:themeColor="accent3" w:themeShade="80"/>
          <w:sz w:val="36"/>
          <w:szCs w:val="36"/>
          <w:lang w:val="en-GB" w:eastAsia="en-GB"/>
        </w:rPr>
      </w:pPr>
      <w:r w:rsidRPr="00005884">
        <w:rPr>
          <w:rFonts w:ascii="Century Gothic" w:hAnsi="Century Gothic" w:eastAsia="Times New Roman" w:cs="Times New Roman"/>
          <w:b/>
          <w:bCs/>
          <w:noProof/>
          <w:color w:val="4F6228" w:themeColor="accent3" w:themeShade="80"/>
          <w:sz w:val="36"/>
          <w:szCs w:val="36"/>
          <w:lang w:val="en-GB" w:eastAsia="en-GB"/>
        </w:rPr>
        <mc:AlternateContent>
          <mc:Choice Requires="wps">
            <w:drawing>
              <wp:anchor distT="45720" distB="45720" distL="114300" distR="114300" simplePos="0" relativeHeight="251662336" behindDoc="0" locked="0" layoutInCell="1" allowOverlap="1" wp14:anchorId="78DBDD2C" wp14:editId="5B68470B">
                <wp:simplePos x="0" y="0"/>
                <wp:positionH relativeFrom="column">
                  <wp:posOffset>4247923</wp:posOffset>
                </wp:positionH>
                <wp:positionV relativeFrom="paragraph">
                  <wp:posOffset>60206</wp:posOffset>
                </wp:positionV>
                <wp:extent cx="1406106" cy="1404620"/>
                <wp:effectExtent l="0" t="0" r="3810" b="0"/>
                <wp:wrapNone/>
                <wp:docPr id="17372408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6106" cy="1404620"/>
                        </a:xfrm>
                        <a:prstGeom prst="rect">
                          <a:avLst/>
                        </a:prstGeom>
                        <a:solidFill>
                          <a:srgbClr val="FFFFFF"/>
                        </a:solidFill>
                        <a:ln w="9525">
                          <a:noFill/>
                          <a:miter lim="800000"/>
                          <a:headEnd/>
                          <a:tailEnd/>
                        </a:ln>
                      </wps:spPr>
                      <wps:txbx>
                        <w:txbxContent>
                          <w:p w:rsidRPr="00005884" w:rsidR="00005884" w:rsidRDefault="00005884" w14:paraId="70310FFE" w14:textId="7F85A734">
                            <w:pPr>
                              <w:rPr>
                                <w:rFonts w:ascii="Century Gothic" w:hAnsi="Century Gothic"/>
                                <w:i/>
                                <w:iCs/>
                                <w:color w:val="4F6228" w:themeColor="accent3" w:themeShade="80"/>
                              </w:rPr>
                            </w:pPr>
                            <w:r w:rsidRPr="00005884">
                              <w:rPr>
                                <w:rFonts w:ascii="Century Gothic" w:hAnsi="Century Gothic"/>
                                <w:i/>
                                <w:iCs/>
                                <w:color w:val="4F6228" w:themeColor="accent3" w:themeShade="80"/>
                              </w:rPr>
                              <w:t>(please highlight)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270F511E">
              <v:shapetype id="_x0000_t202" coordsize="21600,21600" o:spt="202" path="m,l,21600r21600,l21600,xe" w14:anchorId="78DBDD2C">
                <v:stroke joinstyle="miter"/>
                <v:path gradientshapeok="t" o:connecttype="rect"/>
              </v:shapetype>
              <v:shape id="_x0000_s1028" style="position:absolute;margin-left:334.5pt;margin-top:4.75pt;width:110.7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">
                <v:textbox style="mso-fit-shape-to-text:t">
                  <w:txbxContent>
                    <w:p w:rsidRPr="00005884" w:rsidR="00005884" w:rsidRDefault="00005884" w14:paraId="46F8EA51" w14:textId="7F85A734">
                      <w:pPr>
                        <w:rPr>
                          <w:rFonts w:ascii="Century Gothic" w:hAnsi="Century Gothic"/>
                          <w:i/>
                          <w:iCs/>
                          <w:color w:val="4F6228" w:themeColor="accent3" w:themeShade="80"/>
                        </w:rPr>
                      </w:pPr>
                      <w:r w:rsidRPr="00005884">
                        <w:rPr>
                          <w:rFonts w:ascii="Century Gothic" w:hAnsi="Century Gothic"/>
                          <w:i/>
                          <w:iCs/>
                          <w:color w:val="4F6228" w:themeColor="accent3" w:themeShade="80"/>
                        </w:rPr>
                        <w:t>(please highlight)</w:t>
                      </w:r>
                    </w:p>
                  </w:txbxContent>
                </v:textbox>
              </v:shape>
            </w:pict>
          </mc:Fallback>
        </mc:AlternateContent>
      </w:r>
      <w:r w:rsidRPr="00673B4F" w:rsidR="00A64D64">
        <w:rPr>
          <w:rFonts w:ascii="Century Gothic" w:hAnsi="Century Gothic" w:eastAsia="Times New Roman" w:cs="Times New Roman"/>
          <w:b/>
          <w:bCs/>
          <w:color w:val="4F6228" w:themeColor="accent3" w:themeShade="80"/>
          <w:sz w:val="36"/>
          <w:szCs w:val="36"/>
          <w:lang w:val="en-GB" w:eastAsia="en-GB"/>
        </w:rPr>
        <w:t>Safeguarding</w:t>
      </w:r>
    </w:p>
    <w:tbl>
      <w:tblPr>
        <w:tblStyle w:val="GridTable1Light-Accent3"/>
        <w:tblW w:w="9067" w:type="dxa"/>
        <w:tblLook w:val="04A0" w:firstRow="1" w:lastRow="0" w:firstColumn="1" w:lastColumn="0" w:noHBand="0" w:noVBand="1"/>
      </w:tblPr>
      <w:tblGrid>
        <w:gridCol w:w="6643"/>
        <w:gridCol w:w="2424"/>
      </w:tblGrid>
      <w:tr w:rsidRPr="00A64D64" w:rsidR="00A64D64" w:rsidTr="004C4894" w14:paraId="0364DD5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64D64" w:rsidR="00A64D64" w:rsidP="00A64D64" w:rsidRDefault="00A64D64" w14:paraId="26310D92" w14:textId="77777777">
            <w:pPr>
              <w:rPr>
                <w:rFonts w:ascii="Century Gothic" w:hAnsi="Century Gothic" w:eastAsia="Times New Roman" w:cs="Times New Roman"/>
                <w:sz w:val="24"/>
                <w:szCs w:val="24"/>
                <w:lang w:val="en-GB" w:eastAsia="en-GB"/>
              </w:rPr>
            </w:pPr>
            <w:r w:rsidRPr="00A64D64">
              <w:rPr>
                <w:rFonts w:ascii="Century Gothic" w:hAnsi="Century Gothic" w:eastAsia="Times New Roman" w:cs="Times New Roman"/>
                <w:sz w:val="24"/>
                <w:szCs w:val="24"/>
                <w:lang w:val="en-GB" w:eastAsia="en-GB"/>
              </w:rPr>
              <w:t>Are there any current safeguarding concerns?</w:t>
            </w:r>
          </w:p>
        </w:tc>
        <w:tc>
          <w:tcPr>
            <w:tcW w:w="2404" w:type="dxa"/>
            <w:hideMark/>
          </w:tcPr>
          <w:p w:rsidRPr="00A64D64" w:rsidR="00A64D64" w:rsidP="00A64D64" w:rsidRDefault="00A64D64" w14:paraId="42E26C63" w14:textId="77777777">
            <w:pPr>
              <w:cnfStyle w:val="100000000000" w:firstRow="1"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r w:rsidRPr="00A64D64">
              <w:rPr>
                <w:rFonts w:ascii="Segoe UI Symbol" w:hAnsi="Segoe UI Symbol" w:eastAsia="Times New Roman" w:cs="Segoe UI Symbol"/>
                <w:sz w:val="24"/>
                <w:szCs w:val="24"/>
                <w:lang w:val="en-GB" w:eastAsia="en-GB"/>
              </w:rPr>
              <w:t>☐</w:t>
            </w:r>
            <w:r w:rsidRPr="00A64D64">
              <w:rPr>
                <w:rFonts w:ascii="Century Gothic" w:hAnsi="Century Gothic" w:eastAsia="Times New Roman" w:cs="Times New Roman"/>
                <w:sz w:val="24"/>
                <w:szCs w:val="24"/>
                <w:lang w:val="en-GB" w:eastAsia="en-GB"/>
              </w:rPr>
              <w:t xml:space="preserve"> Yes </w:t>
            </w:r>
            <w:r w:rsidRPr="00A64D64">
              <w:rPr>
                <w:rFonts w:ascii="Segoe UI Symbol" w:hAnsi="Segoe UI Symbol" w:eastAsia="Times New Roman" w:cs="Segoe UI Symbol"/>
                <w:sz w:val="24"/>
                <w:szCs w:val="24"/>
                <w:lang w:val="en-GB" w:eastAsia="en-GB"/>
              </w:rPr>
              <w:t>☐</w:t>
            </w:r>
            <w:r w:rsidRPr="00A64D64">
              <w:rPr>
                <w:rFonts w:ascii="Century Gothic" w:hAnsi="Century Gothic" w:eastAsia="Times New Roman" w:cs="Times New Roman"/>
                <w:sz w:val="24"/>
                <w:szCs w:val="24"/>
                <w:lang w:val="en-GB" w:eastAsia="en-GB"/>
              </w:rPr>
              <w:t xml:space="preserve"> No</w:t>
            </w:r>
          </w:p>
        </w:tc>
      </w:tr>
      <w:tr w:rsidRPr="00A64D64" w:rsidR="00A64D64" w:rsidTr="004C4894" w14:paraId="45A04F7D"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64D64" w:rsidR="00A64D64" w:rsidP="00A64D64" w:rsidRDefault="00A64D64" w14:paraId="4F8C4878" w14:textId="77777777">
            <w:pPr>
              <w:rPr>
                <w:rFonts w:ascii="Century Gothic" w:hAnsi="Century Gothic" w:eastAsia="Times New Roman" w:cs="Times New Roman"/>
                <w:sz w:val="24"/>
                <w:szCs w:val="24"/>
                <w:lang w:val="en-GB" w:eastAsia="en-GB"/>
              </w:rPr>
            </w:pPr>
            <w:r w:rsidRPr="00A64D64">
              <w:rPr>
                <w:rFonts w:ascii="Century Gothic" w:hAnsi="Century Gothic" w:eastAsia="Times New Roman" w:cs="Times New Roman"/>
                <w:sz w:val="24"/>
                <w:szCs w:val="24"/>
                <w:lang w:val="en-GB" w:eastAsia="en-GB"/>
              </w:rPr>
              <w:t>Is the child currently subject to a Child Protection Plan?</w:t>
            </w:r>
          </w:p>
        </w:tc>
        <w:tc>
          <w:tcPr>
            <w:tcW w:w="2404" w:type="dxa"/>
            <w:hideMark/>
          </w:tcPr>
          <w:p w:rsidRPr="00F439D9" w:rsidR="00A64D64" w:rsidP="00A64D64" w:rsidRDefault="00A64D64" w14:paraId="53C4F2B8"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sz w:val="24"/>
                <w:szCs w:val="24"/>
                <w:lang w:val="en-GB" w:eastAsia="en-GB"/>
              </w:rPr>
            </w:pPr>
            <w:r w:rsidRPr="00F439D9">
              <w:rPr>
                <w:rFonts w:ascii="Segoe UI Symbol" w:hAnsi="Segoe UI Symbol" w:eastAsia="Times New Roman" w:cs="Segoe UI Symbol"/>
                <w:b/>
                <w:bCs/>
                <w:sz w:val="24"/>
                <w:szCs w:val="24"/>
                <w:lang w:val="en-GB" w:eastAsia="en-GB"/>
              </w:rPr>
              <w:t>☐</w:t>
            </w:r>
            <w:r w:rsidRPr="00F439D9">
              <w:rPr>
                <w:rFonts w:ascii="Century Gothic" w:hAnsi="Century Gothic" w:eastAsia="Times New Roman" w:cs="Times New Roman"/>
                <w:b/>
                <w:bCs/>
                <w:sz w:val="24"/>
                <w:szCs w:val="24"/>
                <w:lang w:val="en-GB" w:eastAsia="en-GB"/>
              </w:rPr>
              <w:t xml:space="preserve"> Yes </w:t>
            </w:r>
            <w:r w:rsidRPr="00F439D9">
              <w:rPr>
                <w:rFonts w:ascii="Segoe UI Symbol" w:hAnsi="Segoe UI Symbol" w:eastAsia="Times New Roman" w:cs="Segoe UI Symbol"/>
                <w:b/>
                <w:bCs/>
                <w:sz w:val="24"/>
                <w:szCs w:val="24"/>
                <w:lang w:val="en-GB" w:eastAsia="en-GB"/>
              </w:rPr>
              <w:t>☐</w:t>
            </w:r>
            <w:r w:rsidRPr="00F439D9">
              <w:rPr>
                <w:rFonts w:ascii="Century Gothic" w:hAnsi="Century Gothic" w:eastAsia="Times New Roman" w:cs="Times New Roman"/>
                <w:b/>
                <w:bCs/>
                <w:sz w:val="24"/>
                <w:szCs w:val="24"/>
                <w:lang w:val="en-GB" w:eastAsia="en-GB"/>
              </w:rPr>
              <w:t xml:space="preserve"> No</w:t>
            </w:r>
          </w:p>
        </w:tc>
      </w:tr>
      <w:tr w:rsidRPr="00A64D64" w:rsidR="00A64D64" w:rsidTr="004C4894" w14:paraId="5FA6918D"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64D64" w:rsidR="00A64D64" w:rsidP="00A64D64" w:rsidRDefault="00A64D64" w14:paraId="321655AA" w14:textId="77777777">
            <w:pPr>
              <w:rPr>
                <w:rFonts w:ascii="Century Gothic" w:hAnsi="Century Gothic" w:eastAsia="Times New Roman" w:cs="Times New Roman"/>
                <w:sz w:val="24"/>
                <w:szCs w:val="24"/>
                <w:lang w:val="en-GB" w:eastAsia="en-GB"/>
              </w:rPr>
            </w:pPr>
            <w:r w:rsidRPr="00A64D64">
              <w:rPr>
                <w:rFonts w:ascii="Century Gothic" w:hAnsi="Century Gothic" w:eastAsia="Times New Roman" w:cs="Times New Roman"/>
                <w:sz w:val="24"/>
                <w:szCs w:val="24"/>
                <w:lang w:val="en-GB" w:eastAsia="en-GB"/>
              </w:rPr>
              <w:t>Is the child a Child in Need?</w:t>
            </w:r>
          </w:p>
        </w:tc>
        <w:tc>
          <w:tcPr>
            <w:tcW w:w="2404" w:type="dxa"/>
            <w:hideMark/>
          </w:tcPr>
          <w:p w:rsidRPr="00F439D9" w:rsidR="00A64D64" w:rsidP="00A64D64" w:rsidRDefault="00A64D64" w14:paraId="1DE119C6"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sz w:val="24"/>
                <w:szCs w:val="24"/>
                <w:lang w:val="en-GB" w:eastAsia="en-GB"/>
              </w:rPr>
            </w:pPr>
            <w:r w:rsidRPr="00F439D9">
              <w:rPr>
                <w:rFonts w:ascii="Segoe UI Symbol" w:hAnsi="Segoe UI Symbol" w:eastAsia="Times New Roman" w:cs="Segoe UI Symbol"/>
                <w:b/>
                <w:bCs/>
                <w:sz w:val="24"/>
                <w:szCs w:val="24"/>
                <w:lang w:val="en-GB" w:eastAsia="en-GB"/>
              </w:rPr>
              <w:t>☐</w:t>
            </w:r>
            <w:r w:rsidRPr="00F439D9">
              <w:rPr>
                <w:rFonts w:ascii="Century Gothic" w:hAnsi="Century Gothic" w:eastAsia="Times New Roman" w:cs="Times New Roman"/>
                <w:b/>
                <w:bCs/>
                <w:sz w:val="24"/>
                <w:szCs w:val="24"/>
                <w:lang w:val="en-GB" w:eastAsia="en-GB"/>
              </w:rPr>
              <w:t xml:space="preserve"> Yes </w:t>
            </w:r>
            <w:r w:rsidRPr="00F439D9">
              <w:rPr>
                <w:rFonts w:ascii="Segoe UI Symbol" w:hAnsi="Segoe UI Symbol" w:eastAsia="Times New Roman" w:cs="Segoe UI Symbol"/>
                <w:b/>
                <w:bCs/>
                <w:sz w:val="24"/>
                <w:szCs w:val="24"/>
                <w:lang w:val="en-GB" w:eastAsia="en-GB"/>
              </w:rPr>
              <w:t>☐</w:t>
            </w:r>
            <w:r w:rsidRPr="00F439D9">
              <w:rPr>
                <w:rFonts w:ascii="Century Gothic" w:hAnsi="Century Gothic" w:eastAsia="Times New Roman" w:cs="Times New Roman"/>
                <w:b/>
                <w:bCs/>
                <w:sz w:val="24"/>
                <w:szCs w:val="24"/>
                <w:lang w:val="en-GB" w:eastAsia="en-GB"/>
              </w:rPr>
              <w:t xml:space="preserve"> No</w:t>
            </w:r>
          </w:p>
        </w:tc>
      </w:tr>
      <w:tr w:rsidRPr="00A64D64" w:rsidR="00761170" w:rsidTr="00761170" w14:paraId="3FF4253E" w14:textId="77777777">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6E3BC" w:themeFill="accent3" w:themeFillTint="66"/>
          </w:tcPr>
          <w:p w:rsidR="00761170" w:rsidP="00761170" w:rsidRDefault="00761170" w14:paraId="3F2DD04F" w14:textId="77777777">
            <w:pPr>
              <w:rPr>
                <w:rFonts w:ascii="Century Gothic" w:hAnsi="Century Gothic" w:eastAsia="Times New Roman" w:cs="Times New Roman"/>
                <w:b w:val="0"/>
                <w:bCs w:val="0"/>
                <w:sz w:val="24"/>
                <w:szCs w:val="24"/>
                <w:lang w:val="en-GB" w:eastAsia="en-GB"/>
              </w:rPr>
            </w:pPr>
          </w:p>
          <w:p w:rsidRPr="00761170" w:rsidR="00761170" w:rsidP="00761170" w:rsidRDefault="00761170" w14:paraId="4EAB41E6" w14:textId="0252BCE0">
            <w:pPr>
              <w:rPr>
                <w:rFonts w:ascii="Century Gothic" w:hAnsi="Century Gothic" w:eastAsia="Times New Roman" w:cs="Times New Roman"/>
                <w:b w:val="0"/>
                <w:bCs w:val="0"/>
                <w:sz w:val="24"/>
                <w:szCs w:val="24"/>
                <w:lang w:val="en-GB" w:eastAsia="en-GB"/>
              </w:rPr>
            </w:pPr>
            <w:r w:rsidRPr="00A64D64">
              <w:rPr>
                <w:rFonts w:ascii="Century Gothic" w:hAnsi="Century Gothic" w:eastAsia="Times New Roman" w:cs="Times New Roman"/>
                <w:sz w:val="24"/>
                <w:szCs w:val="24"/>
                <w:lang w:val="en-GB" w:eastAsia="en-GB"/>
              </w:rPr>
              <w:t>If yes, please provide details and identify the lead professional</w:t>
            </w:r>
            <w:r>
              <w:rPr>
                <w:rFonts w:ascii="Century Gothic" w:hAnsi="Century Gothic" w:eastAsia="Times New Roman" w:cs="Times New Roman"/>
                <w:sz w:val="24"/>
                <w:szCs w:val="24"/>
                <w:lang w:val="en-GB" w:eastAsia="en-GB"/>
              </w:rPr>
              <w:t xml:space="preserve"> below:</w:t>
            </w:r>
          </w:p>
          <w:p w:rsidRPr="00A64D64" w:rsidR="00761170" w:rsidP="00A64D64" w:rsidRDefault="00761170" w14:paraId="6CACE5AE" w14:textId="77777777">
            <w:pPr>
              <w:rPr>
                <w:rFonts w:ascii="Segoe UI Symbol" w:hAnsi="Segoe UI Symbol" w:eastAsia="Times New Roman" w:cs="Segoe UI Symbol"/>
                <w:sz w:val="24"/>
                <w:szCs w:val="24"/>
                <w:lang w:val="en-GB" w:eastAsia="en-GB"/>
              </w:rPr>
            </w:pPr>
          </w:p>
        </w:tc>
      </w:tr>
      <w:tr w:rsidRPr="00A64D64" w:rsidR="00761170" w:rsidTr="00886B3B" w14:paraId="3F3D416D" w14:textId="77777777">
        <w:tc>
          <w:tcPr>
            <w:cnfStyle w:val="001000000000" w:firstRow="0" w:lastRow="0" w:firstColumn="1" w:lastColumn="0" w:oddVBand="0" w:evenVBand="0" w:oddHBand="0" w:evenHBand="0" w:firstRowFirstColumn="0" w:firstRowLastColumn="0" w:lastRowFirstColumn="0" w:lastRowLastColumn="0"/>
            <w:tcW w:w="9067" w:type="dxa"/>
            <w:gridSpan w:val="2"/>
          </w:tcPr>
          <w:p w:rsidR="00761170" w:rsidP="00A64D64" w:rsidRDefault="00761170" w14:paraId="3711D6BF" w14:textId="77777777">
            <w:pPr>
              <w:rPr>
                <w:rFonts w:ascii="Segoe UI Symbol" w:hAnsi="Segoe UI Symbol" w:eastAsia="Times New Roman" w:cs="Segoe UI Symbol"/>
                <w:b w:val="0"/>
                <w:bCs w:val="0"/>
                <w:sz w:val="24"/>
                <w:szCs w:val="24"/>
                <w:lang w:val="en-GB" w:eastAsia="en-GB"/>
              </w:rPr>
            </w:pPr>
          </w:p>
          <w:p w:rsidR="00761170" w:rsidP="00A64D64" w:rsidRDefault="00761170" w14:paraId="34774E18" w14:textId="77777777">
            <w:pPr>
              <w:rPr>
                <w:rFonts w:ascii="Segoe UI Symbol" w:hAnsi="Segoe UI Symbol" w:eastAsia="Times New Roman" w:cs="Segoe UI Symbol"/>
                <w:b w:val="0"/>
                <w:bCs w:val="0"/>
                <w:sz w:val="24"/>
                <w:szCs w:val="24"/>
                <w:lang w:val="en-GB" w:eastAsia="en-GB"/>
              </w:rPr>
            </w:pPr>
          </w:p>
          <w:p w:rsidR="00761170" w:rsidP="00A64D64" w:rsidRDefault="00761170" w14:paraId="593B8844" w14:textId="77777777">
            <w:pPr>
              <w:rPr>
                <w:rFonts w:ascii="Segoe UI Symbol" w:hAnsi="Segoe UI Symbol" w:eastAsia="Times New Roman" w:cs="Segoe UI Symbol"/>
                <w:b w:val="0"/>
                <w:bCs w:val="0"/>
                <w:sz w:val="24"/>
                <w:szCs w:val="24"/>
                <w:lang w:val="en-GB" w:eastAsia="en-GB"/>
              </w:rPr>
            </w:pPr>
          </w:p>
          <w:p w:rsidR="00761170" w:rsidP="00A64D64" w:rsidRDefault="00761170" w14:paraId="5C274D61" w14:textId="77777777">
            <w:pPr>
              <w:rPr>
                <w:rFonts w:ascii="Segoe UI Symbol" w:hAnsi="Segoe UI Symbol" w:eastAsia="Times New Roman" w:cs="Segoe UI Symbol"/>
                <w:b w:val="0"/>
                <w:bCs w:val="0"/>
                <w:sz w:val="24"/>
                <w:szCs w:val="24"/>
                <w:lang w:val="en-GB" w:eastAsia="en-GB"/>
              </w:rPr>
            </w:pPr>
          </w:p>
          <w:p w:rsidR="00761170" w:rsidP="00A64D64" w:rsidRDefault="00761170" w14:paraId="56F056DC" w14:textId="77777777">
            <w:pPr>
              <w:rPr>
                <w:rFonts w:ascii="Segoe UI Symbol" w:hAnsi="Segoe UI Symbol" w:eastAsia="Times New Roman" w:cs="Segoe UI Symbol"/>
                <w:b w:val="0"/>
                <w:bCs w:val="0"/>
                <w:sz w:val="24"/>
                <w:szCs w:val="24"/>
                <w:lang w:val="en-GB" w:eastAsia="en-GB"/>
              </w:rPr>
            </w:pPr>
          </w:p>
          <w:p w:rsidR="00761170" w:rsidP="00A64D64" w:rsidRDefault="00761170" w14:paraId="23B04165" w14:textId="77777777">
            <w:pPr>
              <w:rPr>
                <w:rFonts w:ascii="Segoe UI Symbol" w:hAnsi="Segoe UI Symbol" w:eastAsia="Times New Roman" w:cs="Segoe UI Symbol"/>
                <w:b w:val="0"/>
                <w:bCs w:val="0"/>
                <w:sz w:val="24"/>
                <w:szCs w:val="24"/>
                <w:lang w:val="en-GB" w:eastAsia="en-GB"/>
              </w:rPr>
            </w:pPr>
          </w:p>
          <w:p w:rsidR="00761170" w:rsidP="00A64D64" w:rsidRDefault="00761170" w14:paraId="3B8A7C54" w14:textId="77777777">
            <w:pPr>
              <w:rPr>
                <w:rFonts w:ascii="Segoe UI Symbol" w:hAnsi="Segoe UI Symbol" w:eastAsia="Times New Roman" w:cs="Segoe UI Symbol"/>
                <w:b w:val="0"/>
                <w:bCs w:val="0"/>
                <w:sz w:val="24"/>
                <w:szCs w:val="24"/>
                <w:lang w:val="en-GB" w:eastAsia="en-GB"/>
              </w:rPr>
            </w:pPr>
          </w:p>
          <w:p w:rsidRPr="00A64D64" w:rsidR="00761170" w:rsidP="00A64D64" w:rsidRDefault="00761170" w14:paraId="0E7525F1" w14:textId="77777777">
            <w:pPr>
              <w:rPr>
                <w:rFonts w:ascii="Segoe UI Symbol" w:hAnsi="Segoe UI Symbol" w:eastAsia="Times New Roman" w:cs="Segoe UI Symbol"/>
                <w:sz w:val="24"/>
                <w:szCs w:val="24"/>
                <w:lang w:val="en-GB" w:eastAsia="en-GB"/>
              </w:rPr>
            </w:pPr>
          </w:p>
        </w:tc>
      </w:tr>
    </w:tbl>
    <w:p w:rsidR="009A12F5" w:rsidRDefault="009A12F5" w14:paraId="09DEFF8D" w14:textId="77777777">
      <w:pPr>
        <w:rPr>
          <w:rFonts w:ascii="Century Gothic" w:hAnsi="Century Gothic"/>
          <w:b/>
          <w:color w:val="4F6228"/>
          <w:sz w:val="26"/>
        </w:rPr>
      </w:pPr>
    </w:p>
    <w:p w:rsidRPr="000C0833" w:rsidR="00883CCE" w:rsidP="000C0833" w:rsidRDefault="00883CCE" w14:paraId="0352F9BD" w14:textId="397C4ECD">
      <w:pPr>
        <w:spacing w:before="100" w:beforeAutospacing="1" w:after="100" w:afterAutospacing="1" w:line="240" w:lineRule="auto"/>
        <w:outlineLvl w:val="1"/>
        <w:rPr>
          <w:rFonts w:ascii="Century Gothic" w:hAnsi="Century Gothic" w:eastAsia="Times New Roman" w:cs="Times New Roman"/>
          <w:b/>
          <w:bCs/>
          <w:color w:val="4F6228" w:themeColor="accent3" w:themeShade="80"/>
          <w:sz w:val="36"/>
          <w:szCs w:val="36"/>
          <w:lang w:val="en-GB" w:eastAsia="en-GB"/>
        </w:rPr>
      </w:pPr>
      <w:r w:rsidRPr="00883CCE">
        <w:rPr>
          <w:rFonts w:ascii="Century Gothic" w:hAnsi="Century Gothic" w:eastAsia="Times New Roman" w:cs="Times New Roman"/>
          <w:b/>
          <w:bCs/>
          <w:color w:val="4F6228" w:themeColor="accent3" w:themeShade="80"/>
          <w:sz w:val="36"/>
          <w:szCs w:val="36"/>
          <w:lang w:val="en-GB" w:eastAsia="en-GB"/>
        </w:rPr>
        <w:t>Medical / medication</w:t>
      </w:r>
    </w:p>
    <w:tbl>
      <w:tblPr>
        <w:tblStyle w:val="GridTable4-Accent3"/>
        <w:tblW w:w="10060" w:type="dxa"/>
        <w:tblInd w:w="-719" w:type="dxa"/>
        <w:tblLook w:val="04A0" w:firstRow="1" w:lastRow="0" w:firstColumn="1" w:lastColumn="0" w:noHBand="0" w:noVBand="1"/>
      </w:tblPr>
      <w:tblGrid>
        <w:gridCol w:w="5911"/>
        <w:gridCol w:w="4149"/>
      </w:tblGrid>
      <w:tr w:rsidRPr="00883CCE" w:rsidR="00883CCE" w:rsidTr="00A66EFA" w14:paraId="2032F3C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883CCE" w:rsidR="00883CCE" w:rsidP="000C0833" w:rsidRDefault="000C0833" w14:paraId="21438CAC" w14:textId="00B7139B">
            <w:pPr>
              <w:jc w:val="center"/>
              <w:rPr>
                <w:rFonts w:ascii="Century Gothic" w:hAnsi="Century Gothic" w:eastAsia="Times New Roman" w:cs="Times New Roman"/>
                <w:sz w:val="24"/>
                <w:szCs w:val="24"/>
                <w:lang w:val="en-GB" w:eastAsia="en-GB"/>
              </w:rPr>
            </w:pPr>
            <w:r>
              <w:rPr>
                <w:rFonts w:ascii="Century Gothic" w:hAnsi="Century Gothic" w:eastAsia="Times New Roman" w:cs="Times New Roman"/>
                <w:sz w:val="24"/>
                <w:szCs w:val="24"/>
                <w:lang w:val="en-GB" w:eastAsia="en-GB"/>
              </w:rPr>
              <w:t>Information</w:t>
            </w:r>
          </w:p>
        </w:tc>
        <w:tc>
          <w:tcPr>
            <w:tcW w:w="4149" w:type="dxa"/>
            <w:hideMark/>
          </w:tcPr>
          <w:p w:rsidRPr="00883CCE" w:rsidR="00883CCE" w:rsidP="00883CCE" w:rsidRDefault="000C0833" w14:paraId="37786121" w14:textId="726751B9">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eastAsia="Times New Roman" w:cs="Times New Roman"/>
                <w:szCs w:val="20"/>
                <w:lang w:val="en-GB" w:eastAsia="en-GB"/>
              </w:rPr>
            </w:pPr>
            <w:r>
              <w:rPr>
                <w:rFonts w:ascii="Century Gothic" w:hAnsi="Century Gothic" w:eastAsia="Times New Roman" w:cs="Times New Roman"/>
                <w:szCs w:val="20"/>
                <w:lang w:val="en-GB" w:eastAsia="en-GB"/>
              </w:rPr>
              <w:t>Details</w:t>
            </w:r>
          </w:p>
        </w:tc>
      </w:tr>
      <w:tr w:rsidRPr="00883CCE" w:rsidR="00883CCE" w:rsidTr="00A66EFA" w14:paraId="6E09FE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883CCE" w:rsidR="00883CCE" w:rsidP="00883CCE" w:rsidRDefault="00DA21B9" w14:paraId="5DBEC307" w14:textId="69C69A4B">
            <w:pPr>
              <w:rPr>
                <w:rFonts w:ascii="Century Gothic" w:hAnsi="Century Gothic" w:eastAsia="Times New Roman" w:cs="Times New Roman"/>
                <w:sz w:val="24"/>
                <w:szCs w:val="24"/>
                <w:lang w:val="en-GB" w:eastAsia="en-GB"/>
              </w:rPr>
            </w:pPr>
            <w:r>
              <w:rPr>
                <w:rFonts w:ascii="Century Gothic" w:hAnsi="Century Gothic" w:eastAsia="Times New Roman" w:cs="Times New Roman"/>
                <w:sz w:val="24"/>
                <w:szCs w:val="24"/>
                <w:lang w:val="en-GB" w:eastAsia="en-GB"/>
              </w:rPr>
              <w:t>M</w:t>
            </w:r>
            <w:r w:rsidRPr="00883CCE" w:rsidR="00883CCE">
              <w:rPr>
                <w:rFonts w:ascii="Century Gothic" w:hAnsi="Century Gothic" w:eastAsia="Times New Roman" w:cs="Times New Roman"/>
                <w:sz w:val="24"/>
                <w:szCs w:val="24"/>
                <w:lang w:val="en-GB" w:eastAsia="en-GB"/>
              </w:rPr>
              <w:t>edical conditions relevant to attendance</w:t>
            </w:r>
          </w:p>
        </w:tc>
        <w:tc>
          <w:tcPr>
            <w:tcW w:w="4149" w:type="dxa"/>
            <w:hideMark/>
          </w:tcPr>
          <w:p w:rsidR="00883CCE" w:rsidP="00883CCE" w:rsidRDefault="00883CCE" w14:paraId="1A6D6826"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p w:rsidR="000C0833" w:rsidP="00883CCE" w:rsidRDefault="000C0833" w14:paraId="73FE11FD"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p w:rsidRPr="00883CCE" w:rsidR="00A66EFA" w:rsidP="00883CCE" w:rsidRDefault="00A66EFA" w14:paraId="7A4CC40C"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tc>
      </w:tr>
      <w:tr w:rsidRPr="00883CCE" w:rsidR="00883CCE" w:rsidTr="00A66EFA" w14:paraId="22A1834F"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883CCE" w:rsidR="00883CCE" w:rsidP="00883CCE" w:rsidRDefault="00883CCE" w14:paraId="107F692B" w14:textId="031A23FD">
            <w:pPr>
              <w:rPr>
                <w:rFonts w:ascii="Century Gothic" w:hAnsi="Century Gothic" w:eastAsia="Times New Roman" w:cs="Times New Roman"/>
                <w:sz w:val="24"/>
                <w:szCs w:val="24"/>
                <w:lang w:val="en-GB" w:eastAsia="en-GB"/>
              </w:rPr>
            </w:pPr>
            <w:r w:rsidRPr="00883CCE">
              <w:rPr>
                <w:rFonts w:ascii="Century Gothic" w:hAnsi="Century Gothic" w:eastAsia="Times New Roman" w:cs="Times New Roman"/>
                <w:sz w:val="24"/>
                <w:szCs w:val="24"/>
                <w:lang w:val="en-GB" w:eastAsia="en-GB"/>
              </w:rPr>
              <w:t>Current medication during sessions</w:t>
            </w:r>
          </w:p>
        </w:tc>
        <w:tc>
          <w:tcPr>
            <w:tcW w:w="4149" w:type="dxa"/>
            <w:hideMark/>
          </w:tcPr>
          <w:p w:rsidR="00883CCE" w:rsidP="00883CCE" w:rsidRDefault="00883CCE" w14:paraId="4DD6E243"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p w:rsidR="00A66EFA" w:rsidP="00883CCE" w:rsidRDefault="00A66EFA" w14:paraId="5D23FE6D"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p w:rsidR="00A66EFA" w:rsidP="00883CCE" w:rsidRDefault="00A66EFA" w14:paraId="7F1E1F7F"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p w:rsidRPr="00883CCE" w:rsidR="000C0833" w:rsidP="00883CCE" w:rsidRDefault="000C0833" w14:paraId="02F24083"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tc>
      </w:tr>
      <w:tr w:rsidRPr="00883CCE" w:rsidR="00883CCE" w:rsidTr="00A66EFA" w14:paraId="5E99A52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883CCE" w:rsidR="00883CCE" w:rsidP="00883CCE" w:rsidRDefault="00883CCE" w14:paraId="29373D80" w14:textId="77777777">
            <w:pPr>
              <w:rPr>
                <w:rFonts w:ascii="Century Gothic" w:hAnsi="Century Gothic" w:eastAsia="Times New Roman" w:cs="Times New Roman"/>
                <w:sz w:val="24"/>
                <w:szCs w:val="24"/>
                <w:lang w:val="en-GB" w:eastAsia="en-GB"/>
              </w:rPr>
            </w:pPr>
            <w:r w:rsidRPr="00883CCE">
              <w:rPr>
                <w:rFonts w:ascii="Century Gothic" w:hAnsi="Century Gothic" w:eastAsia="Times New Roman" w:cs="Times New Roman"/>
                <w:sz w:val="24"/>
                <w:szCs w:val="24"/>
                <w:lang w:val="en-GB" w:eastAsia="en-GB"/>
              </w:rPr>
              <w:t>Allergies</w:t>
            </w:r>
          </w:p>
        </w:tc>
        <w:tc>
          <w:tcPr>
            <w:tcW w:w="4149" w:type="dxa"/>
            <w:hideMark/>
          </w:tcPr>
          <w:p w:rsidR="00883CCE" w:rsidP="00883CCE" w:rsidRDefault="00883CCE" w14:paraId="38BCBD29"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p w:rsidR="00A66EFA" w:rsidP="00883CCE" w:rsidRDefault="00A66EFA" w14:paraId="6029005F"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p w:rsidR="00A66EFA" w:rsidP="00883CCE" w:rsidRDefault="00A66EFA" w14:paraId="42B8FA94"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p w:rsidRPr="00883CCE" w:rsidR="002646AA" w:rsidP="00883CCE" w:rsidRDefault="002646AA" w14:paraId="473F3323"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tc>
      </w:tr>
      <w:tr w:rsidRPr="00883CCE" w:rsidR="00883CCE" w:rsidTr="00A66EFA" w14:paraId="5539C895"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883CCE" w:rsidR="00883CCE" w:rsidP="00883CCE" w:rsidRDefault="00883CCE" w14:paraId="4762728F" w14:textId="77777777">
            <w:pPr>
              <w:rPr>
                <w:rFonts w:ascii="Century Gothic" w:hAnsi="Century Gothic" w:eastAsia="Times New Roman" w:cs="Times New Roman"/>
                <w:sz w:val="24"/>
                <w:szCs w:val="24"/>
                <w:lang w:val="en-GB" w:eastAsia="en-GB"/>
              </w:rPr>
            </w:pPr>
            <w:r w:rsidRPr="00883CCE">
              <w:rPr>
                <w:rFonts w:ascii="Century Gothic" w:hAnsi="Century Gothic" w:eastAsia="Times New Roman" w:cs="Times New Roman"/>
                <w:sz w:val="24"/>
                <w:szCs w:val="24"/>
                <w:lang w:val="en-GB" w:eastAsia="en-GB"/>
              </w:rPr>
              <w:t>Emergency healthcare needs</w:t>
            </w:r>
          </w:p>
        </w:tc>
        <w:tc>
          <w:tcPr>
            <w:tcW w:w="4149" w:type="dxa"/>
            <w:hideMark/>
          </w:tcPr>
          <w:p w:rsidR="00883CCE" w:rsidP="00883CCE" w:rsidRDefault="00883CCE" w14:paraId="01FB84AD"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p w:rsidR="00DA21B9" w:rsidP="00883CCE" w:rsidRDefault="00DA21B9" w14:paraId="6B79544F"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p w:rsidR="002646AA" w:rsidP="00883CCE" w:rsidRDefault="002646AA" w14:paraId="6CDBDC54"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p w:rsidRPr="00883CCE" w:rsidR="002646AA" w:rsidP="00883CCE" w:rsidRDefault="002646AA" w14:paraId="26D1AF2B"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tc>
      </w:tr>
    </w:tbl>
    <w:p w:rsidR="00883CCE" w:rsidRDefault="00883CCE" w14:paraId="5E026295" w14:textId="77777777">
      <w:pPr>
        <w:rPr>
          <w:rFonts w:ascii="Century Gothic" w:hAnsi="Century Gothic"/>
          <w:b/>
          <w:color w:val="4F6228"/>
          <w:sz w:val="26"/>
        </w:rPr>
      </w:pPr>
    </w:p>
    <w:p w:rsidR="00D21AE9" w:rsidP="00D21AE9" w:rsidRDefault="00D21AE9" w14:paraId="153FFF4A" w14:textId="77777777">
      <w:pPr>
        <w:spacing w:before="100" w:beforeAutospacing="1" w:after="100" w:afterAutospacing="1" w:line="240" w:lineRule="auto"/>
        <w:outlineLvl w:val="1"/>
        <w:rPr>
          <w:rFonts w:ascii="Century Gothic" w:hAnsi="Century Gothic" w:eastAsia="Times New Roman" w:cs="Times New Roman"/>
          <w:b/>
          <w:bCs/>
          <w:color w:val="4F6228" w:themeColor="accent3" w:themeShade="80"/>
          <w:sz w:val="36"/>
          <w:szCs w:val="36"/>
          <w:lang w:val="en-GB" w:eastAsia="en-GB"/>
        </w:rPr>
      </w:pPr>
    </w:p>
    <w:p w:rsidR="00D21AE9" w:rsidP="00D21AE9" w:rsidRDefault="00D21AE9" w14:paraId="2C903953" w14:textId="77777777">
      <w:pPr>
        <w:spacing w:before="100" w:beforeAutospacing="1" w:after="100" w:afterAutospacing="1" w:line="240" w:lineRule="auto"/>
        <w:outlineLvl w:val="1"/>
        <w:rPr>
          <w:rFonts w:ascii="Century Gothic" w:hAnsi="Century Gothic" w:eastAsia="Times New Roman" w:cs="Times New Roman"/>
          <w:b/>
          <w:bCs/>
          <w:color w:val="4F6228" w:themeColor="accent3" w:themeShade="80"/>
          <w:sz w:val="36"/>
          <w:szCs w:val="36"/>
          <w:lang w:val="en-GB" w:eastAsia="en-GB"/>
        </w:rPr>
      </w:pPr>
    </w:p>
    <w:p w:rsidR="00D21AE9" w:rsidP="00D21AE9" w:rsidRDefault="00D21AE9" w14:paraId="311D185F" w14:textId="77777777">
      <w:pPr>
        <w:spacing w:before="100" w:beforeAutospacing="1" w:after="100" w:afterAutospacing="1" w:line="240" w:lineRule="auto"/>
        <w:outlineLvl w:val="1"/>
        <w:rPr>
          <w:rFonts w:ascii="Century Gothic" w:hAnsi="Century Gothic" w:eastAsia="Times New Roman" w:cs="Times New Roman"/>
          <w:b/>
          <w:bCs/>
          <w:color w:val="4F6228" w:themeColor="accent3" w:themeShade="80"/>
          <w:sz w:val="36"/>
          <w:szCs w:val="36"/>
          <w:lang w:val="en-GB" w:eastAsia="en-GB"/>
        </w:rPr>
      </w:pPr>
    </w:p>
    <w:p w:rsidRPr="00D21AE9" w:rsidR="00400DEB" w:rsidP="00D21AE9" w:rsidRDefault="00400DEB" w14:paraId="6CAAE41A" w14:textId="33F3F57A">
      <w:pPr>
        <w:spacing w:before="100" w:beforeAutospacing="1" w:after="100" w:afterAutospacing="1" w:line="240" w:lineRule="auto"/>
        <w:outlineLvl w:val="1"/>
        <w:rPr>
          <w:rFonts w:ascii="Century Gothic" w:hAnsi="Century Gothic" w:eastAsia="Times New Roman" w:cs="Times New Roman"/>
          <w:b/>
          <w:bCs/>
          <w:color w:val="4F6228" w:themeColor="accent3" w:themeShade="80"/>
          <w:sz w:val="36"/>
          <w:szCs w:val="36"/>
          <w:lang w:val="en-GB" w:eastAsia="en-GB"/>
        </w:rPr>
      </w:pPr>
      <w:r w:rsidRPr="00400DEB">
        <w:rPr>
          <w:rFonts w:ascii="Century Gothic" w:hAnsi="Century Gothic" w:eastAsia="Times New Roman" w:cs="Times New Roman"/>
          <w:b/>
          <w:bCs/>
          <w:color w:val="4F6228" w:themeColor="accent3" w:themeShade="80"/>
          <w:sz w:val="36"/>
          <w:szCs w:val="36"/>
          <w:lang w:val="en-GB" w:eastAsia="en-GB"/>
        </w:rPr>
        <w:t>Funding</w:t>
      </w:r>
    </w:p>
    <w:tbl>
      <w:tblPr>
        <w:tblStyle w:val="GridTable4-Accent3"/>
        <w:tblW w:w="0" w:type="auto"/>
        <w:tblLook w:val="04A0" w:firstRow="1" w:lastRow="0" w:firstColumn="1" w:lastColumn="0" w:noHBand="0" w:noVBand="1"/>
      </w:tblPr>
      <w:tblGrid>
        <w:gridCol w:w="3106"/>
        <w:gridCol w:w="3693"/>
      </w:tblGrid>
      <w:tr w:rsidRPr="00400DEB" w:rsidR="00400DEB" w:rsidTr="00C15A84" w14:paraId="3A6A3A4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400DEB" w:rsidR="00400DEB" w:rsidP="00400DEB" w:rsidRDefault="00400DEB" w14:paraId="72FDA258" w14:textId="77777777">
            <w:pPr>
              <w:jc w:val="center"/>
              <w:rPr>
                <w:rFonts w:ascii="Century Gothic" w:hAnsi="Century Gothic" w:eastAsia="Times New Roman" w:cs="Times New Roman"/>
                <w:sz w:val="24"/>
                <w:szCs w:val="24"/>
                <w:lang w:val="en-GB" w:eastAsia="en-GB"/>
              </w:rPr>
            </w:pPr>
            <w:r w:rsidRPr="00400DEB">
              <w:rPr>
                <w:rFonts w:ascii="Century Gothic" w:hAnsi="Century Gothic" w:eastAsia="Times New Roman" w:cs="Times New Roman"/>
                <w:sz w:val="24"/>
                <w:szCs w:val="24"/>
                <w:lang w:val="en-GB" w:eastAsia="en-GB"/>
              </w:rPr>
              <w:t>Proposed funding source</w:t>
            </w:r>
          </w:p>
        </w:tc>
        <w:tc>
          <w:tcPr>
            <w:tcW w:w="3693" w:type="dxa"/>
            <w:hideMark/>
          </w:tcPr>
          <w:p w:rsidRPr="00C15A84" w:rsidR="00400DEB" w:rsidP="00400DEB" w:rsidRDefault="00C15A84" w14:paraId="0749EF33" w14:textId="021E5E38">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r w:rsidRPr="00C15A84">
              <w:rPr>
                <w:rFonts w:ascii="Century Gothic" w:hAnsi="Century Gothic" w:eastAsia="Times New Roman" w:cs="Times New Roman"/>
                <w:sz w:val="24"/>
                <w:szCs w:val="24"/>
                <w:lang w:val="en-GB" w:eastAsia="en-GB"/>
              </w:rPr>
              <w:t>Additional Details</w:t>
            </w:r>
          </w:p>
        </w:tc>
      </w:tr>
      <w:tr w:rsidRPr="00400DEB" w:rsidR="00400DEB" w:rsidTr="00C15A84" w14:paraId="0A7BC3F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400DEB" w:rsidR="00400DEB" w:rsidP="00400DEB" w:rsidRDefault="00400DEB" w14:paraId="184AFCA8" w14:textId="77777777">
            <w:pPr>
              <w:rPr>
                <w:rFonts w:ascii="Century Gothic" w:hAnsi="Century Gothic" w:eastAsia="Times New Roman" w:cs="Times New Roman"/>
                <w:sz w:val="24"/>
                <w:szCs w:val="24"/>
                <w:lang w:val="en-GB" w:eastAsia="en-GB"/>
              </w:rPr>
            </w:pPr>
            <w:r w:rsidRPr="00400DEB">
              <w:rPr>
                <w:rFonts w:ascii="Segoe UI Symbol" w:hAnsi="Segoe UI Symbol" w:eastAsia="Times New Roman" w:cs="Segoe UI Symbol"/>
                <w:sz w:val="24"/>
                <w:szCs w:val="24"/>
                <w:lang w:val="en-GB" w:eastAsia="en-GB"/>
              </w:rPr>
              <w:t>☐</w:t>
            </w:r>
            <w:r w:rsidRPr="00400DEB">
              <w:rPr>
                <w:rFonts w:ascii="Century Gothic" w:hAnsi="Century Gothic" w:eastAsia="Times New Roman" w:cs="Times New Roman"/>
                <w:sz w:val="24"/>
                <w:szCs w:val="24"/>
                <w:lang w:val="en-GB" w:eastAsia="en-GB"/>
              </w:rPr>
              <w:t xml:space="preserve"> Local Authority</w:t>
            </w:r>
          </w:p>
        </w:tc>
        <w:tc>
          <w:tcPr>
            <w:tcW w:w="3693" w:type="dxa"/>
            <w:hideMark/>
          </w:tcPr>
          <w:p w:rsidR="00400DEB" w:rsidP="00400DEB" w:rsidRDefault="00400DEB" w14:paraId="0CF59EE0"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p w:rsidRPr="00400DEB" w:rsidR="00C15A84" w:rsidP="00400DEB" w:rsidRDefault="00C15A84" w14:paraId="0FCB6F5C"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tc>
      </w:tr>
      <w:tr w:rsidRPr="00400DEB" w:rsidR="00400DEB" w:rsidTr="00C15A84" w14:paraId="5B302ADA"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00DEB" w:rsidR="00400DEB" w:rsidP="00400DEB" w:rsidRDefault="00400DEB" w14:paraId="491A70CA" w14:textId="77777777">
            <w:pPr>
              <w:rPr>
                <w:rFonts w:ascii="Century Gothic" w:hAnsi="Century Gothic" w:eastAsia="Times New Roman" w:cs="Times New Roman"/>
                <w:sz w:val="24"/>
                <w:szCs w:val="24"/>
                <w:lang w:val="en-GB" w:eastAsia="en-GB"/>
              </w:rPr>
            </w:pPr>
            <w:r w:rsidRPr="00400DEB">
              <w:rPr>
                <w:rFonts w:ascii="Segoe UI Symbol" w:hAnsi="Segoe UI Symbol" w:eastAsia="Times New Roman" w:cs="Segoe UI Symbol"/>
                <w:sz w:val="24"/>
                <w:szCs w:val="24"/>
                <w:lang w:val="en-GB" w:eastAsia="en-GB"/>
              </w:rPr>
              <w:t>☐</w:t>
            </w:r>
            <w:r w:rsidRPr="00400DEB">
              <w:rPr>
                <w:rFonts w:ascii="Century Gothic" w:hAnsi="Century Gothic" w:eastAsia="Times New Roman" w:cs="Times New Roman"/>
                <w:sz w:val="24"/>
                <w:szCs w:val="24"/>
                <w:lang w:val="en-GB" w:eastAsia="en-GB"/>
              </w:rPr>
              <w:t xml:space="preserve"> School</w:t>
            </w:r>
          </w:p>
        </w:tc>
        <w:tc>
          <w:tcPr>
            <w:tcW w:w="3693" w:type="dxa"/>
            <w:hideMark/>
          </w:tcPr>
          <w:p w:rsidR="00400DEB" w:rsidP="00400DEB" w:rsidRDefault="00400DEB" w14:paraId="3F8A483C"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p w:rsidRPr="00400DEB" w:rsidR="00C15A84" w:rsidP="00400DEB" w:rsidRDefault="00C15A84" w14:paraId="1665D1D9"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tc>
      </w:tr>
      <w:tr w:rsidRPr="00400DEB" w:rsidR="00400DEB" w:rsidTr="00C15A84" w14:paraId="236FDD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400DEB" w:rsidR="00400DEB" w:rsidP="00400DEB" w:rsidRDefault="00400DEB" w14:paraId="61E8CFCD" w14:textId="77777777">
            <w:pPr>
              <w:rPr>
                <w:rFonts w:ascii="Century Gothic" w:hAnsi="Century Gothic" w:eastAsia="Times New Roman" w:cs="Times New Roman"/>
                <w:sz w:val="24"/>
                <w:szCs w:val="24"/>
                <w:lang w:val="en-GB" w:eastAsia="en-GB"/>
              </w:rPr>
            </w:pPr>
            <w:r w:rsidRPr="00400DEB">
              <w:rPr>
                <w:rFonts w:ascii="Segoe UI Symbol" w:hAnsi="Segoe UI Symbol" w:eastAsia="Times New Roman" w:cs="Segoe UI Symbol"/>
                <w:sz w:val="24"/>
                <w:szCs w:val="24"/>
                <w:lang w:val="en-GB" w:eastAsia="en-GB"/>
              </w:rPr>
              <w:t>☐</w:t>
            </w:r>
            <w:r w:rsidRPr="00400DEB">
              <w:rPr>
                <w:rFonts w:ascii="Century Gothic" w:hAnsi="Century Gothic" w:eastAsia="Times New Roman" w:cs="Times New Roman"/>
                <w:sz w:val="24"/>
                <w:szCs w:val="24"/>
                <w:lang w:val="en-GB" w:eastAsia="en-GB"/>
              </w:rPr>
              <w:t xml:space="preserve"> Parent/Carer</w:t>
            </w:r>
          </w:p>
        </w:tc>
        <w:tc>
          <w:tcPr>
            <w:tcW w:w="3693" w:type="dxa"/>
            <w:hideMark/>
          </w:tcPr>
          <w:p w:rsidR="00400DEB" w:rsidP="00400DEB" w:rsidRDefault="00400DEB" w14:paraId="63CFB557"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p w:rsidRPr="00400DEB" w:rsidR="00C15A84" w:rsidP="00400DEB" w:rsidRDefault="00C15A84" w14:paraId="3B78C6D0" w14:textId="77777777">
            <w:pPr>
              <w:cnfStyle w:val="000000100000" w:firstRow="0" w:lastRow="0" w:firstColumn="0" w:lastColumn="0" w:oddVBand="0" w:evenVBand="0" w:oddHBand="1" w:evenHBand="0" w:firstRowFirstColumn="0" w:firstRowLastColumn="0" w:lastRowFirstColumn="0" w:lastRowLastColumn="0"/>
              <w:rPr>
                <w:rFonts w:ascii="Century Gothic" w:hAnsi="Century Gothic" w:eastAsia="Times New Roman" w:cs="Times New Roman"/>
                <w:sz w:val="24"/>
                <w:szCs w:val="24"/>
                <w:lang w:val="en-GB" w:eastAsia="en-GB"/>
              </w:rPr>
            </w:pPr>
          </w:p>
        </w:tc>
      </w:tr>
      <w:tr w:rsidRPr="00400DEB" w:rsidR="00400DEB" w:rsidTr="00C15A84" w14:paraId="1BE16865"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00DEB" w:rsidR="00400DEB" w:rsidP="00400DEB" w:rsidRDefault="00400DEB" w14:paraId="1583CE81" w14:textId="77777777">
            <w:pPr>
              <w:rPr>
                <w:rFonts w:ascii="Century Gothic" w:hAnsi="Century Gothic" w:eastAsia="Times New Roman" w:cs="Times New Roman"/>
                <w:sz w:val="24"/>
                <w:szCs w:val="24"/>
                <w:lang w:val="en-GB" w:eastAsia="en-GB"/>
              </w:rPr>
            </w:pPr>
            <w:r w:rsidRPr="00400DEB">
              <w:rPr>
                <w:rFonts w:ascii="Segoe UI Symbol" w:hAnsi="Segoe UI Symbol" w:eastAsia="Times New Roman" w:cs="Segoe UI Symbol"/>
                <w:sz w:val="24"/>
                <w:szCs w:val="24"/>
                <w:lang w:val="en-GB" w:eastAsia="en-GB"/>
              </w:rPr>
              <w:t>☐</w:t>
            </w:r>
            <w:r w:rsidRPr="00400DEB">
              <w:rPr>
                <w:rFonts w:ascii="Century Gothic" w:hAnsi="Century Gothic" w:eastAsia="Times New Roman" w:cs="Times New Roman"/>
                <w:sz w:val="24"/>
                <w:szCs w:val="24"/>
                <w:lang w:val="en-GB" w:eastAsia="en-GB"/>
              </w:rPr>
              <w:t xml:space="preserve"> Other</w:t>
            </w:r>
          </w:p>
        </w:tc>
        <w:tc>
          <w:tcPr>
            <w:tcW w:w="3693" w:type="dxa"/>
            <w:hideMark/>
          </w:tcPr>
          <w:p w:rsidR="00400DEB" w:rsidP="00400DEB" w:rsidRDefault="00400DEB" w14:paraId="1031F575"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p w:rsidR="00C15A84" w:rsidP="00400DEB" w:rsidRDefault="00C15A84" w14:paraId="547AACD5"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p w:rsidRPr="00400DEB" w:rsidR="00C15A84" w:rsidP="00400DEB" w:rsidRDefault="00C15A84" w14:paraId="7C95DA37"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4"/>
                <w:szCs w:val="24"/>
                <w:lang w:val="en-GB" w:eastAsia="en-GB"/>
              </w:rPr>
            </w:pPr>
          </w:p>
        </w:tc>
      </w:tr>
    </w:tbl>
    <w:p w:rsidRPr="00400DEB" w:rsidR="00400DEB" w:rsidRDefault="00400DEB" w14:paraId="2293D808" w14:textId="77777777">
      <w:pPr>
        <w:rPr>
          <w:rFonts w:ascii="Century Gothic" w:hAnsi="Century Gothic"/>
          <w:b/>
          <w:color w:val="4F6228"/>
          <w:sz w:val="26"/>
        </w:rPr>
      </w:pPr>
    </w:p>
    <w:p w:rsidR="004C4894" w:rsidP="004C4894" w:rsidRDefault="004970EC" w14:paraId="52E735E9" w14:textId="008E6EF1">
      <w:pPr>
        <w:spacing w:before="100" w:beforeAutospacing="1" w:after="100" w:afterAutospacing="1" w:line="240" w:lineRule="auto"/>
        <w:outlineLvl w:val="1"/>
        <w:rPr>
          <w:rFonts w:ascii="Century Gothic" w:hAnsi="Century Gothic" w:eastAsia="Times New Roman" w:cs="Times New Roman"/>
          <w:b/>
          <w:bCs/>
          <w:sz w:val="36"/>
          <w:szCs w:val="36"/>
          <w:lang w:val="en-GB" w:eastAsia="en-GB"/>
        </w:rPr>
      </w:pPr>
      <w:r w:rsidRPr="004970EC">
        <w:rPr>
          <w:rFonts w:ascii="Century Gothic" w:hAnsi="Century Gothic" w:eastAsia="Times New Roman" w:cs="Times New Roman"/>
          <w:b/>
          <w:bCs/>
          <w:sz w:val="36"/>
          <w:szCs w:val="36"/>
          <w:lang w:val="en-GB" w:eastAsia="en-GB"/>
        </w:rPr>
        <w:t>Transport</w:t>
      </w:r>
    </w:p>
    <w:p w:rsidRPr="004C4894" w:rsidR="004970EC" w:rsidP="004C4894" w:rsidRDefault="004970EC" w14:paraId="5B98F66D" w14:textId="430EB6CC">
      <w:pPr>
        <w:spacing w:before="100" w:beforeAutospacing="1" w:after="100" w:afterAutospacing="1" w:line="240" w:lineRule="auto"/>
        <w:outlineLvl w:val="1"/>
        <w:rPr>
          <w:rFonts w:ascii="Century Gothic" w:hAnsi="Century Gothic" w:eastAsia="Times New Roman" w:cs="Times New Roman"/>
          <w:b/>
          <w:bCs/>
          <w:sz w:val="36"/>
          <w:szCs w:val="36"/>
          <w:lang w:val="en-GB" w:eastAsia="en-GB"/>
        </w:rPr>
      </w:pPr>
      <w:r w:rsidRPr="004970EC">
        <w:rPr>
          <w:rFonts w:ascii="Century Gothic" w:hAnsi="Century Gothic" w:eastAsia="Times New Roman" w:cs="Times New Roman"/>
          <w:sz w:val="24"/>
          <w:szCs w:val="24"/>
          <w:lang w:val="en-GB" w:eastAsia="en-GB"/>
        </w:rPr>
        <w:t xml:space="preserve">Transport arrangements known? </w:t>
      </w:r>
      <w:r w:rsidRPr="00A64D64" w:rsidR="001A68C3">
        <w:rPr>
          <w:rFonts w:ascii="Segoe UI Symbol" w:hAnsi="Segoe UI Symbol" w:eastAsia="Times New Roman" w:cs="Segoe UI Symbol"/>
          <w:sz w:val="24"/>
          <w:szCs w:val="24"/>
          <w:lang w:val="en-GB" w:eastAsia="en-GB"/>
        </w:rPr>
        <w:t>☐</w:t>
      </w:r>
      <w:r w:rsidRPr="00A64D64" w:rsidR="001A68C3">
        <w:rPr>
          <w:rFonts w:ascii="Century Gothic" w:hAnsi="Century Gothic" w:eastAsia="Times New Roman" w:cs="Times New Roman"/>
          <w:sz w:val="24"/>
          <w:szCs w:val="24"/>
          <w:lang w:val="en-GB" w:eastAsia="en-GB"/>
        </w:rPr>
        <w:t xml:space="preserve"> Yes </w:t>
      </w:r>
      <w:r w:rsidRPr="00A64D64" w:rsidR="001A68C3">
        <w:rPr>
          <w:rFonts w:ascii="Segoe UI Symbol" w:hAnsi="Segoe UI Symbol" w:eastAsia="Times New Roman" w:cs="Segoe UI Symbol"/>
          <w:sz w:val="24"/>
          <w:szCs w:val="24"/>
          <w:lang w:val="en-GB" w:eastAsia="en-GB"/>
        </w:rPr>
        <w:t>☐</w:t>
      </w:r>
      <w:r w:rsidRPr="00A64D64" w:rsidR="001A68C3">
        <w:rPr>
          <w:rFonts w:ascii="Century Gothic" w:hAnsi="Century Gothic" w:eastAsia="Times New Roman" w:cs="Times New Roman"/>
          <w:sz w:val="24"/>
          <w:szCs w:val="24"/>
          <w:lang w:val="en-GB" w:eastAsia="en-GB"/>
        </w:rPr>
        <w:t xml:space="preserve"> No</w:t>
      </w:r>
    </w:p>
    <w:tbl>
      <w:tblPr>
        <w:tblStyle w:val="GridTable1Light-Accent3"/>
        <w:tblW w:w="9067" w:type="dxa"/>
        <w:tblLook w:val="04A0" w:firstRow="1" w:lastRow="0" w:firstColumn="1" w:lastColumn="0" w:noHBand="0" w:noVBand="1"/>
      </w:tblPr>
      <w:tblGrid>
        <w:gridCol w:w="9067"/>
      </w:tblGrid>
      <w:tr w:rsidRPr="00A64D64" w:rsidR="004C4894" w:rsidTr="00857E2C" w14:paraId="315F9B9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shd w:val="clear" w:color="auto" w:fill="D6E3BC" w:themeFill="accent3" w:themeFillTint="66"/>
          </w:tcPr>
          <w:p w:rsidR="004C4894" w:rsidP="00857E2C" w:rsidRDefault="004C4894" w14:paraId="4DCD43D8" w14:textId="77777777">
            <w:pPr>
              <w:rPr>
                <w:rFonts w:ascii="Century Gothic" w:hAnsi="Century Gothic" w:eastAsia="Times New Roman" w:cs="Times New Roman"/>
                <w:b w:val="0"/>
                <w:bCs w:val="0"/>
                <w:sz w:val="24"/>
                <w:szCs w:val="24"/>
                <w:lang w:val="en-GB" w:eastAsia="en-GB"/>
              </w:rPr>
            </w:pPr>
          </w:p>
          <w:p w:rsidRPr="00761170" w:rsidR="004C4894" w:rsidP="00857E2C" w:rsidRDefault="004C4894" w14:paraId="56B08C16" w14:textId="4591DD24">
            <w:pPr>
              <w:rPr>
                <w:rFonts w:ascii="Century Gothic" w:hAnsi="Century Gothic" w:eastAsia="Times New Roman" w:cs="Times New Roman"/>
                <w:b w:val="0"/>
                <w:bCs w:val="0"/>
                <w:sz w:val="24"/>
                <w:szCs w:val="24"/>
                <w:lang w:val="en-GB" w:eastAsia="en-GB"/>
              </w:rPr>
            </w:pPr>
            <w:r w:rsidRPr="00A64D64">
              <w:rPr>
                <w:rFonts w:ascii="Century Gothic" w:hAnsi="Century Gothic" w:eastAsia="Times New Roman" w:cs="Times New Roman"/>
                <w:sz w:val="24"/>
                <w:szCs w:val="24"/>
                <w:lang w:val="en-GB" w:eastAsia="en-GB"/>
              </w:rPr>
              <w:t>If yes, please provide details</w:t>
            </w:r>
            <w:r w:rsidR="001A68C3">
              <w:rPr>
                <w:rFonts w:ascii="Century Gothic" w:hAnsi="Century Gothic" w:eastAsia="Times New Roman" w:cs="Times New Roman"/>
                <w:sz w:val="24"/>
                <w:szCs w:val="24"/>
                <w:lang w:val="en-GB" w:eastAsia="en-GB"/>
              </w:rPr>
              <w:t xml:space="preserve"> below:</w:t>
            </w:r>
          </w:p>
          <w:p w:rsidRPr="00A64D64" w:rsidR="004C4894" w:rsidP="00857E2C" w:rsidRDefault="004C4894" w14:paraId="4DFB00EE" w14:textId="77777777">
            <w:pPr>
              <w:rPr>
                <w:rFonts w:ascii="Segoe UI Symbol" w:hAnsi="Segoe UI Symbol" w:eastAsia="Times New Roman" w:cs="Segoe UI Symbol"/>
                <w:sz w:val="24"/>
                <w:szCs w:val="24"/>
                <w:lang w:val="en-GB" w:eastAsia="en-GB"/>
              </w:rPr>
            </w:pPr>
          </w:p>
        </w:tc>
      </w:tr>
      <w:tr w:rsidRPr="00A64D64" w:rsidR="004C4894" w:rsidTr="00857E2C" w14:paraId="1E640E21" w14:textId="77777777">
        <w:tc>
          <w:tcPr>
            <w:cnfStyle w:val="001000000000" w:firstRow="0" w:lastRow="0" w:firstColumn="1" w:lastColumn="0" w:oddVBand="0" w:evenVBand="0" w:oddHBand="0" w:evenHBand="0" w:firstRowFirstColumn="0" w:firstRowLastColumn="0" w:lastRowFirstColumn="0" w:lastRowLastColumn="0"/>
            <w:tcW w:w="9067" w:type="dxa"/>
          </w:tcPr>
          <w:p w:rsidR="004C4894" w:rsidP="00857E2C" w:rsidRDefault="004C4894" w14:paraId="3BE1476D" w14:textId="77777777">
            <w:pPr>
              <w:rPr>
                <w:rFonts w:ascii="Segoe UI Symbol" w:hAnsi="Segoe UI Symbol" w:eastAsia="Times New Roman" w:cs="Segoe UI Symbol"/>
                <w:b w:val="0"/>
                <w:bCs w:val="0"/>
                <w:sz w:val="24"/>
                <w:szCs w:val="24"/>
                <w:lang w:val="en-GB" w:eastAsia="en-GB"/>
              </w:rPr>
            </w:pPr>
          </w:p>
          <w:p w:rsidR="004C4894" w:rsidP="00857E2C" w:rsidRDefault="004C4894" w14:paraId="4C7DEA54" w14:textId="77777777">
            <w:pPr>
              <w:rPr>
                <w:rFonts w:ascii="Segoe UI Symbol" w:hAnsi="Segoe UI Symbol" w:eastAsia="Times New Roman" w:cs="Segoe UI Symbol"/>
                <w:b w:val="0"/>
                <w:bCs w:val="0"/>
                <w:sz w:val="24"/>
                <w:szCs w:val="24"/>
                <w:lang w:val="en-GB" w:eastAsia="en-GB"/>
              </w:rPr>
            </w:pPr>
          </w:p>
          <w:p w:rsidR="004C4894" w:rsidP="00857E2C" w:rsidRDefault="004C4894" w14:paraId="1593682B" w14:textId="77777777">
            <w:pPr>
              <w:rPr>
                <w:rFonts w:ascii="Segoe UI Symbol" w:hAnsi="Segoe UI Symbol" w:eastAsia="Times New Roman" w:cs="Segoe UI Symbol"/>
                <w:b w:val="0"/>
                <w:bCs w:val="0"/>
                <w:sz w:val="24"/>
                <w:szCs w:val="24"/>
                <w:lang w:val="en-GB" w:eastAsia="en-GB"/>
              </w:rPr>
            </w:pPr>
          </w:p>
          <w:p w:rsidR="004C4894" w:rsidP="00857E2C" w:rsidRDefault="004C4894" w14:paraId="530FF051" w14:textId="77777777">
            <w:pPr>
              <w:rPr>
                <w:rFonts w:ascii="Segoe UI Symbol" w:hAnsi="Segoe UI Symbol" w:eastAsia="Times New Roman" w:cs="Segoe UI Symbol"/>
                <w:b w:val="0"/>
                <w:bCs w:val="0"/>
                <w:sz w:val="24"/>
                <w:szCs w:val="24"/>
                <w:lang w:val="en-GB" w:eastAsia="en-GB"/>
              </w:rPr>
            </w:pPr>
          </w:p>
          <w:p w:rsidR="004C4894" w:rsidP="00857E2C" w:rsidRDefault="004C4894" w14:paraId="25834432" w14:textId="77777777">
            <w:pPr>
              <w:rPr>
                <w:rFonts w:ascii="Segoe UI Symbol" w:hAnsi="Segoe UI Symbol" w:eastAsia="Times New Roman" w:cs="Segoe UI Symbol"/>
                <w:b w:val="0"/>
                <w:bCs w:val="0"/>
                <w:sz w:val="24"/>
                <w:szCs w:val="24"/>
                <w:lang w:val="en-GB" w:eastAsia="en-GB"/>
              </w:rPr>
            </w:pPr>
          </w:p>
          <w:p w:rsidR="004C4894" w:rsidP="00857E2C" w:rsidRDefault="004C4894" w14:paraId="37DBF3CD" w14:textId="77777777">
            <w:pPr>
              <w:rPr>
                <w:rFonts w:ascii="Segoe UI Symbol" w:hAnsi="Segoe UI Symbol" w:eastAsia="Times New Roman" w:cs="Segoe UI Symbol"/>
                <w:b w:val="0"/>
                <w:bCs w:val="0"/>
                <w:sz w:val="24"/>
                <w:szCs w:val="24"/>
                <w:lang w:val="en-GB" w:eastAsia="en-GB"/>
              </w:rPr>
            </w:pPr>
          </w:p>
          <w:p w:rsidR="004C4894" w:rsidP="00857E2C" w:rsidRDefault="004C4894" w14:paraId="0C24DDD0" w14:textId="77777777">
            <w:pPr>
              <w:rPr>
                <w:rFonts w:ascii="Segoe UI Symbol" w:hAnsi="Segoe UI Symbol" w:eastAsia="Times New Roman" w:cs="Segoe UI Symbol"/>
                <w:b w:val="0"/>
                <w:bCs w:val="0"/>
                <w:sz w:val="24"/>
                <w:szCs w:val="24"/>
                <w:lang w:val="en-GB" w:eastAsia="en-GB"/>
              </w:rPr>
            </w:pPr>
          </w:p>
          <w:p w:rsidRPr="00A64D64" w:rsidR="004C4894" w:rsidP="00857E2C" w:rsidRDefault="004C4894" w14:paraId="7D5E1BF9" w14:textId="77777777">
            <w:pPr>
              <w:rPr>
                <w:rFonts w:ascii="Segoe UI Symbol" w:hAnsi="Segoe UI Symbol" w:eastAsia="Times New Roman" w:cs="Segoe UI Symbol"/>
                <w:sz w:val="24"/>
                <w:szCs w:val="24"/>
                <w:lang w:val="en-GB" w:eastAsia="en-GB"/>
              </w:rPr>
            </w:pPr>
          </w:p>
        </w:tc>
      </w:tr>
    </w:tbl>
    <w:p w:rsidR="001A68C3" w:rsidRDefault="001A68C3" w14:paraId="591B8F63" w14:textId="77777777">
      <w:pPr>
        <w:rPr>
          <w:rFonts w:ascii="Century Gothic" w:hAnsi="Century Gothic"/>
          <w:b/>
          <w:color w:val="4F6228"/>
          <w:sz w:val="26"/>
        </w:rPr>
      </w:pPr>
    </w:p>
    <w:p w:rsidRPr="00F4336B" w:rsidR="00E20DA8" w:rsidRDefault="00000000" w14:paraId="598449E1" w14:textId="638ED7F0">
      <w:pPr>
        <w:rPr>
          <w:rFonts w:ascii="Century Gothic" w:hAnsi="Century Gothic"/>
          <w:b/>
          <w:color w:val="4F6228"/>
          <w:sz w:val="26"/>
        </w:rPr>
      </w:pPr>
      <w:r w:rsidRPr="00F4336B">
        <w:rPr>
          <w:rFonts w:ascii="Century Gothic" w:hAnsi="Century Gothic"/>
          <w:b/>
          <w:color w:val="4F6228"/>
          <w:sz w:val="26"/>
        </w:rPr>
        <w:t>SECTION 4 OF 4 - Supporting Information</w:t>
      </w:r>
    </w:p>
    <w:p w:rsidRPr="00F4336B" w:rsidR="00C93F81" w:rsidRDefault="00C93F81" w14:paraId="098FB9D5" w14:textId="155748BA">
      <w:pPr>
        <w:rPr>
          <w:rFonts w:ascii="Century Gothic" w:hAnsi="Century Gothic"/>
          <w:b/>
          <w:bCs/>
        </w:rPr>
      </w:pPr>
      <w:r w:rsidRPr="00F4336B">
        <w:rPr>
          <w:rFonts w:ascii="Century Gothic" w:hAnsi="Century Gothic"/>
          <w:b/>
          <w:bCs/>
        </w:rPr>
        <w:t xml:space="preserve">Documents enclosed </w:t>
      </w:r>
      <w:r w:rsidRPr="00F4336B">
        <w:rPr>
          <w:rFonts w:ascii="Century Gothic" w:hAnsi="Century Gothic"/>
          <w:b/>
          <w:bCs/>
          <w:i/>
          <w:iCs/>
        </w:rPr>
        <w:t>(please highlight):</w:t>
      </w:r>
    </w:p>
    <w:tbl>
      <w:tblPr>
        <w:tblStyle w:val="TableGrid"/>
        <w:tblW w:w="0" w:type="auto"/>
        <w:tblInd w:w="1454" w:type="dxa"/>
        <w:tblLook w:val="04A0" w:firstRow="1" w:lastRow="0" w:firstColumn="1" w:lastColumn="0" w:noHBand="0" w:noVBand="1"/>
      </w:tblPr>
      <w:tblGrid>
        <w:gridCol w:w="526"/>
        <w:gridCol w:w="4320"/>
      </w:tblGrid>
      <w:tr w:rsidRPr="00C93F81" w:rsidR="00E20DA8" w:rsidTr="00823634" w14:paraId="20263863" w14:textId="77777777">
        <w:tc>
          <w:tcPr>
            <w:tcW w:w="526" w:type="dxa"/>
          </w:tcPr>
          <w:p w:rsidRPr="00C93F81" w:rsidR="00E20DA8" w:rsidRDefault="00000000" w14:paraId="43132CFB"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51B176C5" w14:textId="77777777">
            <w:pPr>
              <w:rPr>
                <w:rFonts w:ascii="Century Gothic" w:hAnsi="Century Gothic"/>
              </w:rPr>
            </w:pPr>
            <w:r w:rsidRPr="00C93F81">
              <w:rPr>
                <w:rFonts w:ascii="Century Gothic" w:hAnsi="Century Gothic"/>
              </w:rPr>
              <w:t>EHCP</w:t>
            </w:r>
          </w:p>
        </w:tc>
      </w:tr>
      <w:tr w:rsidRPr="00C93F81" w:rsidR="00E20DA8" w:rsidTr="00823634" w14:paraId="76A4B131" w14:textId="77777777">
        <w:tc>
          <w:tcPr>
            <w:tcW w:w="526" w:type="dxa"/>
          </w:tcPr>
          <w:p w:rsidRPr="00C93F81" w:rsidR="00E20DA8" w:rsidRDefault="00000000" w14:paraId="754DF91D"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4B5AD4DB" w14:textId="77777777">
            <w:pPr>
              <w:rPr>
                <w:rFonts w:ascii="Century Gothic" w:hAnsi="Century Gothic"/>
              </w:rPr>
            </w:pPr>
            <w:r w:rsidRPr="00C93F81">
              <w:rPr>
                <w:rFonts w:ascii="Century Gothic" w:hAnsi="Century Gothic"/>
              </w:rPr>
              <w:t>Educational Psychology Report</w:t>
            </w:r>
          </w:p>
        </w:tc>
      </w:tr>
      <w:tr w:rsidRPr="00C93F81" w:rsidR="00E20DA8" w:rsidTr="00823634" w14:paraId="78AB9D32" w14:textId="77777777">
        <w:tc>
          <w:tcPr>
            <w:tcW w:w="526" w:type="dxa"/>
          </w:tcPr>
          <w:p w:rsidRPr="00C93F81" w:rsidR="00E20DA8" w:rsidRDefault="00000000" w14:paraId="272EAAA0"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44547F7C" w14:textId="77777777">
            <w:pPr>
              <w:rPr>
                <w:rFonts w:ascii="Century Gothic" w:hAnsi="Century Gothic"/>
              </w:rPr>
            </w:pPr>
            <w:r w:rsidRPr="00C93F81">
              <w:rPr>
                <w:rFonts w:ascii="Century Gothic" w:hAnsi="Century Gothic"/>
              </w:rPr>
              <w:t>SALT Report</w:t>
            </w:r>
          </w:p>
        </w:tc>
      </w:tr>
      <w:tr w:rsidRPr="00C93F81" w:rsidR="00E20DA8" w:rsidTr="00823634" w14:paraId="0F9F9B87" w14:textId="77777777">
        <w:tc>
          <w:tcPr>
            <w:tcW w:w="526" w:type="dxa"/>
          </w:tcPr>
          <w:p w:rsidRPr="00C93F81" w:rsidR="00E20DA8" w:rsidRDefault="00000000" w14:paraId="6ABA8F9B"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122424AC" w14:textId="77777777">
            <w:pPr>
              <w:rPr>
                <w:rFonts w:ascii="Century Gothic" w:hAnsi="Century Gothic"/>
              </w:rPr>
            </w:pPr>
            <w:r w:rsidRPr="00C93F81">
              <w:rPr>
                <w:rFonts w:ascii="Century Gothic" w:hAnsi="Century Gothic"/>
              </w:rPr>
              <w:t>Occupational Therapy Report</w:t>
            </w:r>
          </w:p>
        </w:tc>
      </w:tr>
      <w:tr w:rsidRPr="00C93F81" w:rsidR="00E20DA8" w:rsidTr="00823634" w14:paraId="29E9E642" w14:textId="77777777">
        <w:tc>
          <w:tcPr>
            <w:tcW w:w="526" w:type="dxa"/>
          </w:tcPr>
          <w:p w:rsidRPr="00C93F81" w:rsidR="00E20DA8" w:rsidRDefault="00000000" w14:paraId="791E30A1"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163C7F3C" w14:textId="77777777">
            <w:pPr>
              <w:rPr>
                <w:rFonts w:ascii="Century Gothic" w:hAnsi="Century Gothic"/>
              </w:rPr>
            </w:pPr>
            <w:r w:rsidRPr="00C93F81">
              <w:rPr>
                <w:rFonts w:ascii="Century Gothic" w:hAnsi="Century Gothic"/>
              </w:rPr>
              <w:t>Medical Information</w:t>
            </w:r>
          </w:p>
        </w:tc>
      </w:tr>
      <w:tr w:rsidRPr="00C93F81" w:rsidR="00E20DA8" w:rsidTr="00823634" w14:paraId="2AD241A2" w14:textId="77777777">
        <w:tc>
          <w:tcPr>
            <w:tcW w:w="526" w:type="dxa"/>
          </w:tcPr>
          <w:p w:rsidRPr="00C93F81" w:rsidR="00E20DA8" w:rsidRDefault="00000000" w14:paraId="0D333411"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00612B99" w14:textId="77777777">
            <w:pPr>
              <w:rPr>
                <w:rFonts w:ascii="Century Gothic" w:hAnsi="Century Gothic"/>
              </w:rPr>
            </w:pPr>
            <w:r w:rsidRPr="00C93F81">
              <w:rPr>
                <w:rFonts w:ascii="Century Gothic" w:hAnsi="Century Gothic"/>
              </w:rPr>
              <w:t>Behaviour / Risk Information</w:t>
            </w:r>
          </w:p>
        </w:tc>
      </w:tr>
      <w:tr w:rsidRPr="00C93F81" w:rsidR="00E20DA8" w:rsidTr="00823634" w14:paraId="361BAF52" w14:textId="77777777">
        <w:tc>
          <w:tcPr>
            <w:tcW w:w="526" w:type="dxa"/>
          </w:tcPr>
          <w:p w:rsidRPr="00C93F81" w:rsidR="00E20DA8" w:rsidRDefault="00000000" w14:paraId="5F2CAE68"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502BA9BE" w14:textId="77777777">
            <w:pPr>
              <w:rPr>
                <w:rFonts w:ascii="Century Gothic" w:hAnsi="Century Gothic"/>
              </w:rPr>
            </w:pPr>
            <w:r w:rsidRPr="00C93F81">
              <w:rPr>
                <w:rFonts w:ascii="Century Gothic" w:hAnsi="Century Gothic"/>
              </w:rPr>
              <w:t>Attendance Information</w:t>
            </w:r>
          </w:p>
        </w:tc>
      </w:tr>
      <w:tr w:rsidRPr="00C93F81" w:rsidR="00E20DA8" w:rsidTr="00823634" w14:paraId="7B87C3CC" w14:textId="77777777">
        <w:tc>
          <w:tcPr>
            <w:tcW w:w="526" w:type="dxa"/>
          </w:tcPr>
          <w:p w:rsidRPr="00C93F81" w:rsidR="00E20DA8" w:rsidRDefault="00000000" w14:paraId="5F21B9B3"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2BDDEADC" w14:textId="77777777">
            <w:pPr>
              <w:rPr>
                <w:rFonts w:ascii="Century Gothic" w:hAnsi="Century Gothic"/>
              </w:rPr>
            </w:pPr>
            <w:r w:rsidRPr="00C93F81">
              <w:rPr>
                <w:rFonts w:ascii="Century Gothic" w:hAnsi="Century Gothic"/>
              </w:rPr>
              <w:t>Current School Report</w:t>
            </w:r>
          </w:p>
        </w:tc>
      </w:tr>
      <w:tr w:rsidRPr="00C93F81" w:rsidR="00E20DA8" w:rsidTr="00823634" w14:paraId="4C81DB17" w14:textId="77777777">
        <w:tc>
          <w:tcPr>
            <w:tcW w:w="526" w:type="dxa"/>
          </w:tcPr>
          <w:p w:rsidRPr="00C93F81" w:rsidR="00E20DA8" w:rsidRDefault="00000000" w14:paraId="226F6D0F"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27B7AD58" w14:textId="77777777">
            <w:pPr>
              <w:rPr>
                <w:rFonts w:ascii="Century Gothic" w:hAnsi="Century Gothic"/>
              </w:rPr>
            </w:pPr>
            <w:r w:rsidRPr="00C93F81">
              <w:rPr>
                <w:rFonts w:ascii="Century Gothic" w:hAnsi="Century Gothic"/>
              </w:rPr>
              <w:t>Other Professional Reports</w:t>
            </w:r>
          </w:p>
        </w:tc>
      </w:tr>
      <w:tr w:rsidRPr="00C93F81" w:rsidR="00E20DA8" w:rsidTr="00823634" w14:paraId="1ED11CC3" w14:textId="77777777">
        <w:tc>
          <w:tcPr>
            <w:tcW w:w="526" w:type="dxa"/>
          </w:tcPr>
          <w:p w:rsidRPr="00C93F81" w:rsidR="00E20DA8" w:rsidRDefault="00000000" w14:paraId="2CBEDE31" w14:textId="77777777">
            <w:pPr>
              <w:rPr>
                <w:rFonts w:ascii="Century Gothic" w:hAnsi="Century Gothic"/>
              </w:rPr>
            </w:pPr>
            <w:r w:rsidRPr="00C93F81">
              <w:rPr>
                <w:rFonts w:ascii="Segoe UI Symbol" w:hAnsi="Segoe UI Symbol" w:cs="Segoe UI Symbol"/>
              </w:rPr>
              <w:t>☐</w:t>
            </w:r>
          </w:p>
        </w:tc>
        <w:tc>
          <w:tcPr>
            <w:tcW w:w="4320" w:type="dxa"/>
            <w:shd w:val="clear" w:color="auto" w:fill="EAF1DD" w:themeFill="accent3" w:themeFillTint="33"/>
          </w:tcPr>
          <w:p w:rsidRPr="00C93F81" w:rsidR="00E20DA8" w:rsidRDefault="00000000" w14:paraId="315ED9AA" w14:textId="77777777">
            <w:pPr>
              <w:rPr>
                <w:rFonts w:ascii="Century Gothic" w:hAnsi="Century Gothic"/>
              </w:rPr>
            </w:pPr>
            <w:r w:rsidRPr="00C93F81">
              <w:rPr>
                <w:rFonts w:ascii="Century Gothic" w:hAnsi="Century Gothic"/>
              </w:rPr>
              <w:t>Other</w:t>
            </w:r>
          </w:p>
        </w:tc>
      </w:tr>
    </w:tbl>
    <w:p w:rsidR="00823634" w:rsidRDefault="00823634" w14:paraId="472404DC" w14:textId="77777777">
      <w:pPr>
        <w:rPr>
          <w:rFonts w:ascii="Century Gothic" w:hAnsi="Century Gothic"/>
          <w:b/>
          <w:color w:val="4F6228"/>
          <w:sz w:val="26"/>
        </w:rPr>
      </w:pPr>
    </w:p>
    <w:p w:rsidR="00C93F81" w:rsidRDefault="00C93F81" w14:paraId="6702FBE7" w14:textId="6184F94F">
      <w:pPr>
        <w:rPr>
          <w:rFonts w:ascii="Century Gothic" w:hAnsi="Century Gothic"/>
          <w:b/>
          <w:color w:val="4F6228"/>
          <w:sz w:val="26"/>
        </w:rPr>
      </w:pPr>
      <w:r>
        <w:rPr>
          <w:rFonts w:ascii="Century Gothic" w:hAnsi="Century Gothic"/>
          <w:b/>
          <w:color w:val="4F6228"/>
          <w:sz w:val="26"/>
        </w:rPr>
        <w:t xml:space="preserve">Additional </w:t>
      </w:r>
      <w:r w:rsidR="00823634">
        <w:rPr>
          <w:rFonts w:ascii="Century Gothic" w:hAnsi="Century Gothic"/>
          <w:b/>
          <w:color w:val="4F6228"/>
          <w:sz w:val="26"/>
        </w:rPr>
        <w:t xml:space="preserve">Supporting </w:t>
      </w:r>
      <w:r>
        <w:rPr>
          <w:rFonts w:ascii="Century Gothic" w:hAnsi="Century Gothic"/>
          <w:b/>
          <w:color w:val="4F6228"/>
          <w:sz w:val="26"/>
        </w:rPr>
        <w:t>Information</w:t>
      </w:r>
    </w:p>
    <w:tbl>
      <w:tblPr>
        <w:tblStyle w:val="TableGrid"/>
        <w:tblW w:w="0" w:type="auto"/>
        <w:tblLook w:val="04A0" w:firstRow="1" w:lastRow="0" w:firstColumn="1" w:lastColumn="0" w:noHBand="0" w:noVBand="1"/>
      </w:tblPr>
      <w:tblGrid>
        <w:gridCol w:w="8630"/>
      </w:tblGrid>
      <w:tr w:rsidRPr="00C93F81" w:rsidR="00823634" w:rsidTr="00857E2C" w14:paraId="5B0379FC" w14:textId="77777777">
        <w:tc>
          <w:tcPr>
            <w:tcW w:w="8640" w:type="dxa"/>
            <w:shd w:val="clear" w:color="auto" w:fill="C2D69B" w:themeFill="accent3" w:themeFillTint="99"/>
          </w:tcPr>
          <w:p w:rsidRPr="00C93F81" w:rsidR="00823634" w:rsidP="00857E2C" w:rsidRDefault="00823634" w14:paraId="3B2D7C39" w14:textId="77777777">
            <w:pPr>
              <w:rPr>
                <w:rFonts w:ascii="Century Gothic" w:hAnsi="Century Gothic"/>
              </w:rPr>
            </w:pPr>
          </w:p>
        </w:tc>
      </w:tr>
      <w:tr w:rsidRPr="00C93F81" w:rsidR="00823634" w:rsidTr="00857E2C" w14:paraId="50BB6505" w14:textId="77777777">
        <w:tc>
          <w:tcPr>
            <w:tcW w:w="8640" w:type="dxa"/>
          </w:tcPr>
          <w:p w:rsidRPr="00C93F81" w:rsidR="00823634" w:rsidP="00857E2C" w:rsidRDefault="00823634" w14:paraId="2F6BAC3D" w14:textId="77777777">
            <w:pPr>
              <w:rPr>
                <w:rFonts w:ascii="Century Gothic" w:hAnsi="Century Gothic"/>
              </w:rPr>
            </w:pPr>
            <w:r w:rsidRPr="00C93F81">
              <w:rPr>
                <w:rFonts w:ascii="Century Gothic" w:hAnsi="Century Gothic"/>
              </w:rPr>
              <w:br/>
            </w:r>
            <w:r w:rsidRPr="00C93F81">
              <w:rPr>
                <w:rFonts w:ascii="Century Gothic" w:hAnsi="Century Gothic"/>
              </w:rPr>
              <w:br/>
            </w:r>
            <w:r w:rsidRPr="00C93F81">
              <w:rPr>
                <w:rFonts w:ascii="Century Gothic" w:hAnsi="Century Gothic"/>
              </w:rPr>
              <w:br/>
            </w:r>
            <w:r w:rsidRPr="00C93F81">
              <w:rPr>
                <w:rFonts w:ascii="Century Gothic" w:hAnsi="Century Gothic"/>
              </w:rPr>
              <w:br/>
            </w:r>
          </w:p>
        </w:tc>
      </w:tr>
    </w:tbl>
    <w:p w:rsidR="00C93F81" w:rsidRDefault="00C93F81" w14:paraId="4C5F8E02" w14:textId="77777777">
      <w:pPr>
        <w:rPr>
          <w:rFonts w:ascii="Century Gothic" w:hAnsi="Century Gothic"/>
          <w:b/>
          <w:color w:val="4F6228"/>
          <w:sz w:val="26"/>
        </w:rPr>
      </w:pPr>
    </w:p>
    <w:p w:rsidR="00F33EE3" w:rsidRDefault="00F33EE3" w14:paraId="044E20BD" w14:textId="77777777">
      <w:pPr>
        <w:rPr>
          <w:rFonts w:ascii="Century Gothic" w:hAnsi="Century Gothic"/>
          <w:b/>
          <w:color w:val="4F6228"/>
          <w:sz w:val="26"/>
        </w:rPr>
      </w:pPr>
    </w:p>
    <w:p w:rsidRPr="00B64AB3" w:rsidR="00E20DA8" w:rsidRDefault="00000000" w14:paraId="10C7164F" w14:textId="28CC7CF9">
      <w:pPr>
        <w:rPr>
          <w:rFonts w:ascii="Century Gothic" w:hAnsi="Century Gothic"/>
          <w:b/>
          <w:color w:val="4F6228"/>
          <w:sz w:val="36"/>
          <w:szCs w:val="36"/>
        </w:rPr>
      </w:pPr>
      <w:r w:rsidRPr="00B64AB3">
        <w:rPr>
          <w:rFonts w:ascii="Century Gothic" w:hAnsi="Century Gothic"/>
          <w:b/>
          <w:color w:val="4F6228"/>
          <w:sz w:val="36"/>
          <w:szCs w:val="36"/>
        </w:rPr>
        <w:t>Professional Declaration</w:t>
      </w:r>
    </w:p>
    <w:p w:rsidRPr="00823634" w:rsidR="00C93F81" w:rsidRDefault="00C93F81" w14:paraId="482F3EF3" w14:textId="7EBCC058">
      <w:pPr>
        <w:rPr>
          <w:rFonts w:ascii="Century Gothic" w:hAnsi="Century Gothic"/>
        </w:rPr>
      </w:pPr>
      <w:r w:rsidRPr="00823634">
        <w:rPr>
          <w:rFonts w:ascii="Century Gothic" w:hAnsi="Century Gothic"/>
        </w:rPr>
        <w:t>I confirm that the information contained within this referral is accurate to the best of my knowledge and that all relevant information has been shared to support planning of an appropriate Foundations package.</w:t>
      </w:r>
    </w:p>
    <w:tbl>
      <w:tblPr>
        <w:tblStyle w:val="TableGrid"/>
        <w:tblW w:w="0" w:type="auto"/>
        <w:tblLook w:val="04A0" w:firstRow="1" w:lastRow="0" w:firstColumn="1" w:lastColumn="0" w:noHBand="0" w:noVBand="1"/>
      </w:tblPr>
      <w:tblGrid>
        <w:gridCol w:w="4316"/>
        <w:gridCol w:w="4314"/>
      </w:tblGrid>
      <w:tr w:rsidRPr="00C93F81" w:rsidR="00E20DA8" w:rsidTr="00823634" w14:paraId="54B968FF" w14:textId="77777777">
        <w:tc>
          <w:tcPr>
            <w:tcW w:w="4320" w:type="dxa"/>
            <w:shd w:val="clear" w:color="auto" w:fill="EAF1DD" w:themeFill="accent3" w:themeFillTint="33"/>
          </w:tcPr>
          <w:p w:rsidRPr="00823634" w:rsidR="00E20DA8" w:rsidRDefault="00000000" w14:paraId="40AF9B82" w14:textId="77777777">
            <w:pPr>
              <w:rPr>
                <w:rFonts w:ascii="Century Gothic" w:hAnsi="Century Gothic"/>
                <w:b/>
                <w:bCs/>
              </w:rPr>
            </w:pPr>
            <w:r w:rsidRPr="00823634">
              <w:rPr>
                <w:rFonts w:ascii="Century Gothic" w:hAnsi="Century Gothic"/>
                <w:b/>
                <w:bCs/>
              </w:rPr>
              <w:t>Name</w:t>
            </w:r>
          </w:p>
        </w:tc>
        <w:tc>
          <w:tcPr>
            <w:tcW w:w="4320" w:type="dxa"/>
          </w:tcPr>
          <w:p w:rsidRPr="00C93F81" w:rsidR="00E20DA8" w:rsidRDefault="00E20DA8" w14:paraId="2BED96A8" w14:textId="77777777">
            <w:pPr>
              <w:rPr>
                <w:rFonts w:ascii="Century Gothic" w:hAnsi="Century Gothic"/>
              </w:rPr>
            </w:pPr>
          </w:p>
        </w:tc>
      </w:tr>
      <w:tr w:rsidRPr="00C93F81" w:rsidR="00E20DA8" w:rsidTr="00823634" w14:paraId="1A838087" w14:textId="77777777">
        <w:tc>
          <w:tcPr>
            <w:tcW w:w="4320" w:type="dxa"/>
            <w:shd w:val="clear" w:color="auto" w:fill="EAF1DD" w:themeFill="accent3" w:themeFillTint="33"/>
          </w:tcPr>
          <w:p w:rsidRPr="00823634" w:rsidR="00E20DA8" w:rsidRDefault="00000000" w14:paraId="67FDE0CA" w14:textId="77777777">
            <w:pPr>
              <w:rPr>
                <w:rFonts w:ascii="Century Gothic" w:hAnsi="Century Gothic"/>
                <w:b/>
                <w:bCs/>
              </w:rPr>
            </w:pPr>
            <w:r w:rsidRPr="00823634">
              <w:rPr>
                <w:rFonts w:ascii="Century Gothic" w:hAnsi="Century Gothic"/>
                <w:b/>
                <w:bCs/>
              </w:rPr>
              <w:t>Position</w:t>
            </w:r>
          </w:p>
        </w:tc>
        <w:tc>
          <w:tcPr>
            <w:tcW w:w="4320" w:type="dxa"/>
          </w:tcPr>
          <w:p w:rsidRPr="00C93F81" w:rsidR="00E20DA8" w:rsidRDefault="00E20DA8" w14:paraId="11A5A3A4" w14:textId="77777777">
            <w:pPr>
              <w:rPr>
                <w:rFonts w:ascii="Century Gothic" w:hAnsi="Century Gothic"/>
              </w:rPr>
            </w:pPr>
          </w:p>
        </w:tc>
      </w:tr>
      <w:tr w:rsidRPr="00C93F81" w:rsidR="00E20DA8" w:rsidTr="00823634" w14:paraId="0F99F891" w14:textId="77777777">
        <w:tc>
          <w:tcPr>
            <w:tcW w:w="4320" w:type="dxa"/>
            <w:shd w:val="clear" w:color="auto" w:fill="EAF1DD" w:themeFill="accent3" w:themeFillTint="33"/>
          </w:tcPr>
          <w:p w:rsidRPr="00823634" w:rsidR="00E20DA8" w:rsidRDefault="00000000" w14:paraId="41E68C7D" w14:textId="77777777">
            <w:pPr>
              <w:rPr>
                <w:rFonts w:ascii="Century Gothic" w:hAnsi="Century Gothic"/>
                <w:b/>
                <w:bCs/>
              </w:rPr>
            </w:pPr>
            <w:r w:rsidRPr="00823634">
              <w:rPr>
                <w:rFonts w:ascii="Century Gothic" w:hAnsi="Century Gothic"/>
                <w:b/>
                <w:bCs/>
              </w:rPr>
              <w:t>Organisation</w:t>
            </w:r>
          </w:p>
        </w:tc>
        <w:tc>
          <w:tcPr>
            <w:tcW w:w="4320" w:type="dxa"/>
          </w:tcPr>
          <w:p w:rsidRPr="00C93F81" w:rsidR="00E20DA8" w:rsidRDefault="00E20DA8" w14:paraId="44A88242" w14:textId="77777777">
            <w:pPr>
              <w:rPr>
                <w:rFonts w:ascii="Century Gothic" w:hAnsi="Century Gothic"/>
              </w:rPr>
            </w:pPr>
          </w:p>
        </w:tc>
      </w:tr>
      <w:tr w:rsidRPr="00C93F81" w:rsidR="00E20DA8" w:rsidTr="00823634" w14:paraId="1C087CB6" w14:textId="77777777">
        <w:tc>
          <w:tcPr>
            <w:tcW w:w="4320" w:type="dxa"/>
            <w:shd w:val="clear" w:color="auto" w:fill="EAF1DD" w:themeFill="accent3" w:themeFillTint="33"/>
          </w:tcPr>
          <w:p w:rsidRPr="00823634" w:rsidR="00E20DA8" w:rsidRDefault="00000000" w14:paraId="20E19D4E" w14:textId="77777777">
            <w:pPr>
              <w:rPr>
                <w:rFonts w:ascii="Century Gothic" w:hAnsi="Century Gothic"/>
                <w:b/>
                <w:bCs/>
              </w:rPr>
            </w:pPr>
            <w:r w:rsidRPr="00823634">
              <w:rPr>
                <w:rFonts w:ascii="Century Gothic" w:hAnsi="Century Gothic"/>
                <w:b/>
                <w:bCs/>
              </w:rPr>
              <w:t>Signature</w:t>
            </w:r>
          </w:p>
        </w:tc>
        <w:tc>
          <w:tcPr>
            <w:tcW w:w="4320" w:type="dxa"/>
          </w:tcPr>
          <w:p w:rsidRPr="00C93F81" w:rsidR="00E20DA8" w:rsidRDefault="00E20DA8" w14:paraId="0A5C8FE2" w14:textId="77777777">
            <w:pPr>
              <w:rPr>
                <w:rFonts w:ascii="Century Gothic" w:hAnsi="Century Gothic"/>
              </w:rPr>
            </w:pPr>
          </w:p>
        </w:tc>
      </w:tr>
      <w:tr w:rsidRPr="00C93F81" w:rsidR="00E20DA8" w:rsidTr="00823634" w14:paraId="659A8D33" w14:textId="77777777">
        <w:tc>
          <w:tcPr>
            <w:tcW w:w="4320" w:type="dxa"/>
            <w:shd w:val="clear" w:color="auto" w:fill="EAF1DD" w:themeFill="accent3" w:themeFillTint="33"/>
          </w:tcPr>
          <w:p w:rsidRPr="00823634" w:rsidR="00E20DA8" w:rsidRDefault="00000000" w14:paraId="0CA52105" w14:textId="77777777">
            <w:pPr>
              <w:rPr>
                <w:rFonts w:ascii="Century Gothic" w:hAnsi="Century Gothic"/>
                <w:b/>
                <w:bCs/>
              </w:rPr>
            </w:pPr>
            <w:r w:rsidRPr="00823634">
              <w:rPr>
                <w:rFonts w:ascii="Century Gothic" w:hAnsi="Century Gothic"/>
                <w:b/>
                <w:bCs/>
              </w:rPr>
              <w:t>Date</w:t>
            </w:r>
          </w:p>
        </w:tc>
        <w:tc>
          <w:tcPr>
            <w:tcW w:w="4320" w:type="dxa"/>
          </w:tcPr>
          <w:p w:rsidRPr="00C93F81" w:rsidR="00E20DA8" w:rsidRDefault="00E20DA8" w14:paraId="35F07A8F" w14:textId="77777777">
            <w:pPr>
              <w:rPr>
                <w:rFonts w:ascii="Century Gothic" w:hAnsi="Century Gothic"/>
              </w:rPr>
            </w:pPr>
          </w:p>
        </w:tc>
      </w:tr>
    </w:tbl>
    <w:p w:rsidR="00B64AB3" w:rsidRDefault="00B64AB3" w14:paraId="5E756BFB" w14:textId="77777777">
      <w:pPr>
        <w:rPr>
          <w:rFonts w:ascii="Century Gothic" w:hAnsi="Century Gothic"/>
        </w:rPr>
      </w:pPr>
    </w:p>
    <w:p w:rsidRPr="00B64AB3" w:rsidR="00E20DA8" w:rsidRDefault="00940982" w14:paraId="1141F0D9" w14:textId="63FC3B22">
      <w:pPr>
        <w:rPr>
          <w:rFonts w:ascii="Century Gothic" w:hAnsi="Century Gothic"/>
          <w:sz w:val="18"/>
          <w:szCs w:val="20"/>
        </w:rPr>
      </w:pPr>
      <w:r w:rsidRPr="00B64AB3">
        <w:rPr>
          <w:rFonts w:ascii="Century Gothic" w:hAnsi="Century Gothic"/>
          <w:b/>
          <w:color w:val="4F6228"/>
          <w:sz w:val="28"/>
          <w:szCs w:val="20"/>
        </w:rPr>
        <w:t>What Happens After We Receive Your Referral?</w:t>
      </w:r>
    </w:p>
    <w:p w:rsidRPr="00B64AB3" w:rsidR="00C93F81" w:rsidRDefault="00C93F81" w14:paraId="08497C91" w14:textId="76F29499">
      <w:pPr>
        <w:rPr>
          <w:rFonts w:ascii="Century Gothic" w:hAnsi="Century Gothic"/>
          <w:sz w:val="18"/>
          <w:szCs w:val="20"/>
        </w:rPr>
      </w:pPr>
      <w:r w:rsidRPr="00B64AB3">
        <w:rPr>
          <w:rFonts w:ascii="Century Gothic" w:hAnsi="Century Gothic"/>
          <w:sz w:val="18"/>
          <w:szCs w:val="20"/>
        </w:rPr>
        <w:t>Once your referral has been received, Homebrook Woods will:</w:t>
      </w:r>
    </w:p>
    <w:p w:rsidRPr="00B64AB3" w:rsidR="00E20DA8" w:rsidRDefault="00000000" w14:paraId="29C16A8F" w14:textId="77777777">
      <w:pPr>
        <w:rPr>
          <w:rFonts w:ascii="Century Gothic" w:hAnsi="Century Gothic"/>
          <w:sz w:val="18"/>
          <w:szCs w:val="20"/>
        </w:rPr>
      </w:pPr>
      <w:r w:rsidRPr="00B64AB3">
        <w:rPr>
          <w:rFonts w:ascii="Century Gothic" w:hAnsi="Century Gothic"/>
          <w:sz w:val="18"/>
          <w:szCs w:val="20"/>
        </w:rPr>
        <w:t>1. Review the information provided.</w:t>
      </w:r>
    </w:p>
    <w:p w:rsidRPr="00B64AB3" w:rsidR="00E20DA8" w:rsidRDefault="00000000" w14:paraId="7C21AC7D" w14:textId="77777777">
      <w:pPr>
        <w:rPr>
          <w:rFonts w:ascii="Century Gothic" w:hAnsi="Century Gothic"/>
          <w:sz w:val="18"/>
          <w:szCs w:val="20"/>
        </w:rPr>
      </w:pPr>
      <w:r w:rsidRPr="00B64AB3">
        <w:rPr>
          <w:rFonts w:ascii="Century Gothic" w:hAnsi="Century Gothic"/>
          <w:sz w:val="18"/>
          <w:szCs w:val="20"/>
        </w:rPr>
        <w:t>2. Contact you if additional information is required.</w:t>
      </w:r>
    </w:p>
    <w:p w:rsidRPr="00B64AB3" w:rsidR="00E20DA8" w:rsidRDefault="00000000" w14:paraId="32E32E9F" w14:textId="77777777">
      <w:pPr>
        <w:rPr>
          <w:rFonts w:ascii="Century Gothic" w:hAnsi="Century Gothic"/>
          <w:sz w:val="18"/>
          <w:szCs w:val="20"/>
        </w:rPr>
      </w:pPr>
      <w:r w:rsidRPr="00B64AB3">
        <w:rPr>
          <w:rFonts w:ascii="Century Gothic" w:hAnsi="Century Gothic"/>
          <w:sz w:val="18"/>
          <w:szCs w:val="20"/>
        </w:rPr>
        <w:t>3. Consider whether Foundations Provision is appropriate.</w:t>
      </w:r>
    </w:p>
    <w:p w:rsidRPr="00B64AB3" w:rsidR="00E20DA8" w:rsidRDefault="00000000" w14:paraId="5080634D" w14:textId="77777777">
      <w:pPr>
        <w:rPr>
          <w:rFonts w:ascii="Century Gothic" w:hAnsi="Century Gothic"/>
          <w:sz w:val="18"/>
          <w:szCs w:val="20"/>
        </w:rPr>
      </w:pPr>
      <w:r w:rsidRPr="00B64AB3">
        <w:rPr>
          <w:rFonts w:ascii="Century Gothic" w:hAnsi="Century Gothic"/>
          <w:sz w:val="18"/>
          <w:szCs w:val="20"/>
        </w:rPr>
        <w:t>4. Discuss the proposed package with the referring professional and family.</w:t>
      </w:r>
    </w:p>
    <w:p w:rsidRPr="00B64AB3" w:rsidR="00E20DA8" w:rsidRDefault="00000000" w14:paraId="686E5D22" w14:textId="77777777">
      <w:pPr>
        <w:rPr>
          <w:rFonts w:ascii="Century Gothic" w:hAnsi="Century Gothic"/>
          <w:sz w:val="18"/>
          <w:szCs w:val="20"/>
        </w:rPr>
      </w:pPr>
      <w:r w:rsidRPr="00B64AB3">
        <w:rPr>
          <w:rFonts w:ascii="Century Gothic" w:hAnsi="Century Gothic"/>
          <w:sz w:val="18"/>
          <w:szCs w:val="20"/>
        </w:rPr>
        <w:t>5. Arrange an initial visit or planning meeting where appropriate.</w:t>
      </w:r>
    </w:p>
    <w:p w:rsidRPr="00B64AB3" w:rsidR="00E20DA8" w:rsidRDefault="00000000" w14:paraId="6CF7CB39" w14:textId="77777777">
      <w:pPr>
        <w:rPr>
          <w:rFonts w:ascii="Century Gothic" w:hAnsi="Century Gothic"/>
          <w:sz w:val="18"/>
          <w:szCs w:val="20"/>
        </w:rPr>
      </w:pPr>
      <w:r w:rsidRPr="00B64AB3">
        <w:rPr>
          <w:rFonts w:ascii="Century Gothic" w:hAnsi="Century Gothic"/>
          <w:sz w:val="18"/>
          <w:szCs w:val="20"/>
        </w:rPr>
        <w:t xml:space="preserve">6. Confirm the agreed </w:t>
      </w:r>
      <w:proofErr w:type="spellStart"/>
      <w:r w:rsidRPr="00B64AB3">
        <w:rPr>
          <w:rFonts w:ascii="Century Gothic" w:hAnsi="Century Gothic"/>
          <w:sz w:val="18"/>
          <w:szCs w:val="20"/>
        </w:rPr>
        <w:t>programme</w:t>
      </w:r>
      <w:proofErr w:type="spellEnd"/>
      <w:r w:rsidRPr="00B64AB3">
        <w:rPr>
          <w:rFonts w:ascii="Century Gothic" w:hAnsi="Century Gothic"/>
          <w:sz w:val="18"/>
          <w:szCs w:val="20"/>
        </w:rPr>
        <w:t xml:space="preserve"> and proposed start date.</w:t>
      </w:r>
    </w:p>
    <w:p w:rsidRPr="00B64AB3" w:rsidR="00E20DA8" w:rsidRDefault="00000000" w14:paraId="793C3CCB" w14:textId="3EAE0A33">
      <w:pPr>
        <w:rPr>
          <w:rFonts w:ascii="Century Gothic" w:hAnsi="Century Gothic"/>
          <w:b/>
          <w:bCs/>
          <w:sz w:val="18"/>
          <w:szCs w:val="20"/>
        </w:rPr>
      </w:pPr>
      <w:r w:rsidRPr="00B64AB3">
        <w:rPr>
          <w:rFonts w:ascii="Century Gothic" w:hAnsi="Century Gothic"/>
          <w:b/>
          <w:bCs/>
          <w:color w:val="4F6228" w:themeColor="accent3" w:themeShade="80"/>
          <w:sz w:val="28"/>
          <w:szCs w:val="28"/>
        </w:rPr>
        <w:t>Contact</w:t>
      </w:r>
      <w:r w:rsidRPr="00B64AB3">
        <w:rPr>
          <w:rFonts w:ascii="Century Gothic" w:hAnsi="Century Gothic"/>
          <w:sz w:val="18"/>
          <w:szCs w:val="20"/>
        </w:rPr>
        <w:br/>
      </w:r>
      <w:r w:rsidRPr="00B64AB3">
        <w:rPr>
          <w:rFonts w:ascii="Century Gothic" w:hAnsi="Century Gothic"/>
          <w:b/>
          <w:bCs/>
          <w:sz w:val="18"/>
          <w:szCs w:val="20"/>
        </w:rPr>
        <w:t>Homebrook Woods Foundations Provision</w:t>
      </w:r>
      <w:r w:rsidRPr="00B64AB3">
        <w:rPr>
          <w:rFonts w:ascii="Century Gothic" w:hAnsi="Century Gothic"/>
          <w:sz w:val="18"/>
          <w:szCs w:val="20"/>
        </w:rPr>
        <w:br/>
      </w:r>
      <w:r w:rsidRPr="00B64AB3" w:rsidR="00C93F81">
        <w:rPr>
          <w:rFonts w:ascii="Segoe UI Emoji" w:hAnsi="Segoe UI Emoji" w:cs="Segoe UI Emoji"/>
          <w:sz w:val="18"/>
          <w:szCs w:val="20"/>
        </w:rPr>
        <w:t>📧</w:t>
      </w:r>
      <w:r w:rsidRPr="00B64AB3">
        <w:rPr>
          <w:rFonts w:ascii="Century Gothic" w:hAnsi="Century Gothic"/>
          <w:sz w:val="18"/>
          <w:szCs w:val="20"/>
        </w:rPr>
        <w:t xml:space="preserve"> </w:t>
      </w:r>
      <w:r w:rsidRPr="00B64AB3">
        <w:rPr>
          <w:rFonts w:ascii="Century Gothic" w:hAnsi="Century Gothic"/>
          <w:b/>
          <w:bCs/>
          <w:sz w:val="18"/>
          <w:szCs w:val="20"/>
        </w:rPr>
        <w:t>admissions@homebrookwoods.co.uk</w:t>
      </w:r>
      <w:r w:rsidRPr="00B64AB3">
        <w:rPr>
          <w:rFonts w:ascii="Century Gothic" w:hAnsi="Century Gothic"/>
          <w:b/>
          <w:bCs/>
          <w:sz w:val="18"/>
          <w:szCs w:val="20"/>
        </w:rPr>
        <w:br/>
      </w:r>
      <w:r w:rsidRPr="00B64AB3">
        <w:rPr>
          <w:rFonts w:ascii="Century Gothic" w:hAnsi="Century Gothic"/>
          <w:b/>
          <w:bCs/>
          <w:sz w:val="18"/>
          <w:szCs w:val="20"/>
        </w:rPr>
        <w:t xml:space="preserve"> </w:t>
      </w:r>
      <w:r w:rsidRPr="00B64AB3" w:rsidR="00C93F81">
        <w:rPr>
          <w:rFonts w:ascii="Segoe UI Emoji" w:hAnsi="Segoe UI Emoji" w:cs="Segoe UI Emoji"/>
          <w:b/>
          <w:bCs/>
          <w:sz w:val="18"/>
          <w:szCs w:val="20"/>
        </w:rPr>
        <w:t>📞</w:t>
      </w:r>
      <w:r w:rsidRPr="00B64AB3" w:rsidR="00C93F81">
        <w:rPr>
          <w:rFonts w:ascii="Century Gothic" w:hAnsi="Century Gothic"/>
          <w:b/>
          <w:bCs/>
          <w:sz w:val="18"/>
          <w:szCs w:val="20"/>
        </w:rPr>
        <w:t xml:space="preserve"> </w:t>
      </w:r>
      <w:r w:rsidRPr="00B64AB3">
        <w:rPr>
          <w:rFonts w:ascii="Century Gothic" w:hAnsi="Century Gothic"/>
          <w:b/>
          <w:bCs/>
          <w:sz w:val="18"/>
          <w:szCs w:val="20"/>
        </w:rPr>
        <w:t>07706 473040</w:t>
      </w:r>
    </w:p>
    <w:p w:rsidR="002C035E" w:rsidRDefault="002C035E" w14:paraId="7A908F05" w14:textId="77777777">
      <w:pPr>
        <w:rPr>
          <w:rFonts w:ascii="Century Gothic" w:hAnsi="Century Gothic"/>
          <w:b/>
          <w:bCs/>
        </w:rPr>
      </w:pPr>
    </w:p>
    <w:p w:rsidR="002C035E" w:rsidRDefault="002C035E" w14:paraId="1E6C0654" w14:textId="77777777">
      <w:pPr>
        <w:rPr>
          <w:rFonts w:ascii="Century Gothic" w:hAnsi="Century Gothic"/>
          <w:b/>
          <w:bCs/>
        </w:rPr>
      </w:pPr>
    </w:p>
    <w:p w:rsidRPr="002C035E" w:rsidR="002C035E" w:rsidP="002C035E" w:rsidRDefault="002C035E" w14:paraId="5CE8B747" w14:textId="77777777">
      <w:pPr>
        <w:shd w:val="clear" w:color="auto" w:fill="D9D9D9" w:themeFill="background1" w:themeFillShade="D9"/>
        <w:spacing w:before="100" w:beforeAutospacing="1" w:after="100" w:afterAutospacing="1" w:line="240" w:lineRule="auto"/>
        <w:outlineLvl w:val="1"/>
        <w:rPr>
          <w:rFonts w:ascii="Century Gothic" w:hAnsi="Century Gothic" w:eastAsia="Times New Roman" w:cs="Times New Roman"/>
          <w:b/>
          <w:bCs/>
          <w:sz w:val="36"/>
          <w:szCs w:val="36"/>
          <w:lang w:val="en-GB" w:eastAsia="en-GB"/>
        </w:rPr>
      </w:pPr>
      <w:r w:rsidRPr="002C035E">
        <w:rPr>
          <w:rFonts w:ascii="Century Gothic" w:hAnsi="Century Gothic" w:eastAsia="Times New Roman" w:cs="Times New Roman"/>
          <w:b/>
          <w:bCs/>
          <w:sz w:val="36"/>
          <w:szCs w:val="36"/>
          <w:lang w:val="en-GB" w:eastAsia="en-GB"/>
        </w:rPr>
        <w:t>FOR OFFICE USE ONLY</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3"/>
        <w:gridCol w:w="4007"/>
      </w:tblGrid>
      <w:tr w:rsidRPr="002C035E" w:rsidR="002C035E" w:rsidTr="002C035E" w14:paraId="7EA83B29" w14:textId="77777777">
        <w:tc>
          <w:tcPr>
            <w:tcW w:w="0" w:type="auto"/>
            <w:shd w:val="clear" w:color="auto" w:fill="D9D9D9" w:themeFill="background1" w:themeFillShade="D9"/>
            <w:hideMark/>
          </w:tcPr>
          <w:p w:rsidRPr="002C035E" w:rsidR="002C035E" w:rsidP="002C035E" w:rsidRDefault="002C035E" w14:paraId="66CBF7E1" w14:textId="77777777">
            <w:pPr>
              <w:spacing w:after="0" w:line="240" w:lineRule="auto"/>
              <w:jc w:val="center"/>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Item</w:t>
            </w:r>
          </w:p>
        </w:tc>
        <w:tc>
          <w:tcPr>
            <w:tcW w:w="0" w:type="auto"/>
            <w:hideMark/>
          </w:tcPr>
          <w:p w:rsidRPr="002C035E" w:rsidR="002C035E" w:rsidP="002C035E" w:rsidRDefault="002C035E" w14:paraId="39F171D1" w14:textId="77777777">
            <w:pPr>
              <w:spacing w:after="0" w:line="240" w:lineRule="auto"/>
              <w:jc w:val="center"/>
              <w:rPr>
                <w:rFonts w:ascii="Century Gothic" w:hAnsi="Century Gothic" w:eastAsia="Times New Roman" w:cs="Times New Roman"/>
                <w:b/>
                <w:bCs/>
                <w:sz w:val="28"/>
                <w:szCs w:val="28"/>
                <w:lang w:val="en-GB" w:eastAsia="en-GB"/>
              </w:rPr>
            </w:pPr>
          </w:p>
        </w:tc>
      </w:tr>
      <w:tr w:rsidRPr="002C035E" w:rsidR="002C035E" w:rsidTr="002C035E" w14:paraId="1EEB3DA9" w14:textId="77777777">
        <w:tc>
          <w:tcPr>
            <w:tcW w:w="0" w:type="auto"/>
            <w:shd w:val="clear" w:color="auto" w:fill="D9D9D9" w:themeFill="background1" w:themeFillShade="D9"/>
            <w:hideMark/>
          </w:tcPr>
          <w:p w:rsidRPr="002C035E" w:rsidR="002C035E" w:rsidP="002C035E" w:rsidRDefault="002C035E" w14:paraId="16F284BD"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Referral Reference</w:t>
            </w:r>
          </w:p>
        </w:tc>
        <w:tc>
          <w:tcPr>
            <w:tcW w:w="0" w:type="auto"/>
            <w:hideMark/>
          </w:tcPr>
          <w:p w:rsidRPr="002C035E" w:rsidR="002C035E" w:rsidP="002C035E" w:rsidRDefault="002C035E" w14:paraId="70DB0F6A" w14:textId="77777777">
            <w:pPr>
              <w:spacing w:after="0" w:line="240" w:lineRule="auto"/>
              <w:rPr>
                <w:rFonts w:ascii="Century Gothic" w:hAnsi="Century Gothic" w:eastAsia="Times New Roman" w:cs="Times New Roman"/>
                <w:sz w:val="28"/>
                <w:szCs w:val="28"/>
                <w:lang w:val="en-GB" w:eastAsia="en-GB"/>
              </w:rPr>
            </w:pPr>
          </w:p>
        </w:tc>
      </w:tr>
      <w:tr w:rsidRPr="002C035E" w:rsidR="002C035E" w:rsidTr="002C035E" w14:paraId="329A5AD9" w14:textId="77777777">
        <w:tc>
          <w:tcPr>
            <w:tcW w:w="0" w:type="auto"/>
            <w:shd w:val="clear" w:color="auto" w:fill="D9D9D9" w:themeFill="background1" w:themeFillShade="D9"/>
            <w:hideMark/>
          </w:tcPr>
          <w:p w:rsidRPr="002C035E" w:rsidR="002C035E" w:rsidP="002C035E" w:rsidRDefault="002C035E" w14:paraId="41A94274"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Date Received</w:t>
            </w:r>
          </w:p>
        </w:tc>
        <w:tc>
          <w:tcPr>
            <w:tcW w:w="0" w:type="auto"/>
            <w:hideMark/>
          </w:tcPr>
          <w:p w:rsidRPr="002C035E" w:rsidR="002C035E" w:rsidP="002C035E" w:rsidRDefault="002C035E" w14:paraId="15672F9D" w14:textId="77777777">
            <w:pPr>
              <w:spacing w:after="0" w:line="240" w:lineRule="auto"/>
              <w:rPr>
                <w:rFonts w:ascii="Century Gothic" w:hAnsi="Century Gothic" w:eastAsia="Times New Roman" w:cs="Times New Roman"/>
                <w:sz w:val="28"/>
                <w:szCs w:val="28"/>
                <w:lang w:val="en-GB" w:eastAsia="en-GB"/>
              </w:rPr>
            </w:pPr>
          </w:p>
        </w:tc>
      </w:tr>
      <w:tr w:rsidRPr="002C035E" w:rsidR="002C035E" w:rsidTr="002C035E" w14:paraId="31C7DB41" w14:textId="77777777">
        <w:tc>
          <w:tcPr>
            <w:tcW w:w="0" w:type="auto"/>
            <w:shd w:val="clear" w:color="auto" w:fill="D9D9D9" w:themeFill="background1" w:themeFillShade="D9"/>
            <w:hideMark/>
          </w:tcPr>
          <w:p w:rsidRPr="002C035E" w:rsidR="002C035E" w:rsidP="002C035E" w:rsidRDefault="002C035E" w14:paraId="669C153D"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Received By</w:t>
            </w:r>
          </w:p>
        </w:tc>
        <w:tc>
          <w:tcPr>
            <w:tcW w:w="0" w:type="auto"/>
            <w:hideMark/>
          </w:tcPr>
          <w:p w:rsidRPr="002C035E" w:rsidR="002C035E" w:rsidP="002C035E" w:rsidRDefault="002C035E" w14:paraId="0CE7C045" w14:textId="77777777">
            <w:pPr>
              <w:spacing w:after="0" w:line="240" w:lineRule="auto"/>
              <w:rPr>
                <w:rFonts w:ascii="Century Gothic" w:hAnsi="Century Gothic" w:eastAsia="Times New Roman" w:cs="Times New Roman"/>
                <w:sz w:val="28"/>
                <w:szCs w:val="28"/>
                <w:lang w:val="en-GB" w:eastAsia="en-GB"/>
              </w:rPr>
            </w:pPr>
          </w:p>
        </w:tc>
      </w:tr>
      <w:tr w:rsidRPr="002C035E" w:rsidR="002C035E" w:rsidTr="002C035E" w14:paraId="395BA588" w14:textId="77777777">
        <w:tc>
          <w:tcPr>
            <w:tcW w:w="0" w:type="auto"/>
            <w:shd w:val="clear" w:color="auto" w:fill="D9D9D9" w:themeFill="background1" w:themeFillShade="D9"/>
            <w:hideMark/>
          </w:tcPr>
          <w:p w:rsidRPr="002C035E" w:rsidR="002C035E" w:rsidP="002C035E" w:rsidRDefault="002C035E" w14:paraId="5B330B54"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Referral Source</w:t>
            </w:r>
          </w:p>
        </w:tc>
        <w:tc>
          <w:tcPr>
            <w:tcW w:w="0" w:type="auto"/>
            <w:hideMark/>
          </w:tcPr>
          <w:p w:rsidRPr="002C035E" w:rsidR="002C035E" w:rsidP="002C035E" w:rsidRDefault="002C035E" w14:paraId="504670A1" w14:textId="77777777">
            <w:pPr>
              <w:spacing w:after="0" w:line="240" w:lineRule="auto"/>
              <w:rPr>
                <w:rFonts w:ascii="Century Gothic" w:hAnsi="Century Gothic" w:eastAsia="Times New Roman" w:cs="Times New Roman"/>
                <w:sz w:val="28"/>
                <w:szCs w:val="28"/>
                <w:lang w:val="en-GB" w:eastAsia="en-GB"/>
              </w:rPr>
            </w:pPr>
          </w:p>
        </w:tc>
      </w:tr>
      <w:tr w:rsidRPr="002C035E" w:rsidR="002C035E" w:rsidTr="002C035E" w14:paraId="12312244" w14:textId="77777777">
        <w:tc>
          <w:tcPr>
            <w:tcW w:w="0" w:type="auto"/>
            <w:shd w:val="clear" w:color="auto" w:fill="D9D9D9" w:themeFill="background1" w:themeFillShade="D9"/>
            <w:hideMark/>
          </w:tcPr>
          <w:p w:rsidRPr="002C035E" w:rsidR="002C035E" w:rsidP="002C035E" w:rsidRDefault="002C035E" w14:paraId="0BEA3278"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Documents Complete</w:t>
            </w:r>
          </w:p>
        </w:tc>
        <w:tc>
          <w:tcPr>
            <w:tcW w:w="0" w:type="auto"/>
            <w:hideMark/>
          </w:tcPr>
          <w:p w:rsidRPr="002C035E" w:rsidR="002C035E" w:rsidP="002C035E" w:rsidRDefault="002C035E" w14:paraId="329ED3D3" w14:textId="77777777">
            <w:pPr>
              <w:spacing w:after="0" w:line="240" w:lineRule="auto"/>
              <w:rPr>
                <w:rFonts w:ascii="Century Gothic" w:hAnsi="Century Gothic" w:eastAsia="Times New Roman" w:cs="Times New Roman"/>
                <w:sz w:val="28"/>
                <w:szCs w:val="28"/>
                <w:lang w:val="en-GB" w:eastAsia="en-GB"/>
              </w:rPr>
            </w:pPr>
            <w:r w:rsidRPr="002C035E">
              <w:rPr>
                <w:rFonts w:ascii="Segoe UI Symbol" w:hAnsi="Segoe UI Symbol" w:eastAsia="Times New Roman" w:cs="Segoe UI Symbol"/>
                <w:sz w:val="28"/>
                <w:szCs w:val="28"/>
                <w:lang w:val="en-GB" w:eastAsia="en-GB"/>
              </w:rPr>
              <w:t>☐</w:t>
            </w:r>
            <w:r w:rsidRPr="002C035E">
              <w:rPr>
                <w:rFonts w:ascii="Century Gothic" w:hAnsi="Century Gothic" w:eastAsia="Times New Roman" w:cs="Times New Roman"/>
                <w:sz w:val="28"/>
                <w:szCs w:val="28"/>
                <w:lang w:val="en-GB" w:eastAsia="en-GB"/>
              </w:rPr>
              <w:t xml:space="preserve"> Yes </w:t>
            </w:r>
            <w:r w:rsidRPr="002C035E">
              <w:rPr>
                <w:rFonts w:ascii="Segoe UI Symbol" w:hAnsi="Segoe UI Symbol" w:eastAsia="Times New Roman" w:cs="Segoe UI Symbol"/>
                <w:sz w:val="28"/>
                <w:szCs w:val="28"/>
                <w:lang w:val="en-GB" w:eastAsia="en-GB"/>
              </w:rPr>
              <w:t>☐</w:t>
            </w:r>
            <w:r w:rsidRPr="002C035E">
              <w:rPr>
                <w:rFonts w:ascii="Century Gothic" w:hAnsi="Century Gothic" w:eastAsia="Times New Roman" w:cs="Times New Roman"/>
                <w:sz w:val="28"/>
                <w:szCs w:val="28"/>
                <w:lang w:val="en-GB" w:eastAsia="en-GB"/>
              </w:rPr>
              <w:t xml:space="preserve"> No</w:t>
            </w:r>
          </w:p>
        </w:tc>
      </w:tr>
      <w:tr w:rsidRPr="002C035E" w:rsidR="002C035E" w:rsidTr="002C035E" w14:paraId="689EE090" w14:textId="77777777">
        <w:tc>
          <w:tcPr>
            <w:tcW w:w="0" w:type="auto"/>
            <w:shd w:val="clear" w:color="auto" w:fill="D9D9D9" w:themeFill="background1" w:themeFillShade="D9"/>
            <w:hideMark/>
          </w:tcPr>
          <w:p w:rsidRPr="002C035E" w:rsidR="002C035E" w:rsidP="002C035E" w:rsidRDefault="002C035E" w14:paraId="01FC51AA"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Additional Information Requested</w:t>
            </w:r>
          </w:p>
        </w:tc>
        <w:tc>
          <w:tcPr>
            <w:tcW w:w="0" w:type="auto"/>
            <w:hideMark/>
          </w:tcPr>
          <w:p w:rsidRPr="002C035E" w:rsidR="002C035E" w:rsidP="002C035E" w:rsidRDefault="002C035E" w14:paraId="47D59AC2" w14:textId="77777777">
            <w:pPr>
              <w:spacing w:after="0" w:line="240" w:lineRule="auto"/>
              <w:rPr>
                <w:rFonts w:ascii="Century Gothic" w:hAnsi="Century Gothic" w:eastAsia="Times New Roman" w:cs="Times New Roman"/>
                <w:sz w:val="28"/>
                <w:szCs w:val="28"/>
                <w:lang w:val="en-GB" w:eastAsia="en-GB"/>
              </w:rPr>
            </w:pPr>
            <w:r w:rsidRPr="002C035E">
              <w:rPr>
                <w:rFonts w:ascii="Segoe UI Symbol" w:hAnsi="Segoe UI Symbol" w:eastAsia="Times New Roman" w:cs="Segoe UI Symbol"/>
                <w:sz w:val="28"/>
                <w:szCs w:val="28"/>
                <w:lang w:val="en-GB" w:eastAsia="en-GB"/>
              </w:rPr>
              <w:t>☐</w:t>
            </w:r>
            <w:r w:rsidRPr="002C035E">
              <w:rPr>
                <w:rFonts w:ascii="Century Gothic" w:hAnsi="Century Gothic" w:eastAsia="Times New Roman" w:cs="Times New Roman"/>
                <w:sz w:val="28"/>
                <w:szCs w:val="28"/>
                <w:lang w:val="en-GB" w:eastAsia="en-GB"/>
              </w:rPr>
              <w:t xml:space="preserve"> Yes </w:t>
            </w:r>
            <w:r w:rsidRPr="002C035E">
              <w:rPr>
                <w:rFonts w:ascii="Segoe UI Symbol" w:hAnsi="Segoe UI Symbol" w:eastAsia="Times New Roman" w:cs="Segoe UI Symbol"/>
                <w:sz w:val="28"/>
                <w:szCs w:val="28"/>
                <w:lang w:val="en-GB" w:eastAsia="en-GB"/>
              </w:rPr>
              <w:t>☐</w:t>
            </w:r>
            <w:r w:rsidRPr="002C035E">
              <w:rPr>
                <w:rFonts w:ascii="Century Gothic" w:hAnsi="Century Gothic" w:eastAsia="Times New Roman" w:cs="Times New Roman"/>
                <w:sz w:val="28"/>
                <w:szCs w:val="28"/>
                <w:lang w:val="en-GB" w:eastAsia="en-GB"/>
              </w:rPr>
              <w:t xml:space="preserve"> No</w:t>
            </w:r>
          </w:p>
        </w:tc>
      </w:tr>
      <w:tr w:rsidRPr="002C035E" w:rsidR="002C035E" w:rsidTr="002C035E" w14:paraId="291C3DB3" w14:textId="77777777">
        <w:tc>
          <w:tcPr>
            <w:tcW w:w="0" w:type="auto"/>
            <w:shd w:val="clear" w:color="auto" w:fill="D9D9D9" w:themeFill="background1" w:themeFillShade="D9"/>
            <w:hideMark/>
          </w:tcPr>
          <w:p w:rsidRPr="002C035E" w:rsidR="002C035E" w:rsidP="002C035E" w:rsidRDefault="002C035E" w14:paraId="3219EE39"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Initial Screening Completed</w:t>
            </w:r>
          </w:p>
        </w:tc>
        <w:tc>
          <w:tcPr>
            <w:tcW w:w="0" w:type="auto"/>
            <w:hideMark/>
          </w:tcPr>
          <w:p w:rsidRPr="002C035E" w:rsidR="002C035E" w:rsidP="002C035E" w:rsidRDefault="002C035E" w14:paraId="27D4C87D" w14:textId="77777777">
            <w:pPr>
              <w:spacing w:after="0" w:line="240" w:lineRule="auto"/>
              <w:rPr>
                <w:rFonts w:ascii="Century Gothic" w:hAnsi="Century Gothic" w:eastAsia="Times New Roman" w:cs="Times New Roman"/>
                <w:sz w:val="28"/>
                <w:szCs w:val="28"/>
                <w:lang w:val="en-GB" w:eastAsia="en-GB"/>
              </w:rPr>
            </w:pPr>
            <w:r w:rsidRPr="002C035E">
              <w:rPr>
                <w:rFonts w:ascii="Segoe UI Symbol" w:hAnsi="Segoe UI Symbol" w:eastAsia="Times New Roman" w:cs="Segoe UI Symbol"/>
                <w:sz w:val="28"/>
                <w:szCs w:val="28"/>
                <w:lang w:val="en-GB" w:eastAsia="en-GB"/>
              </w:rPr>
              <w:t>☐</w:t>
            </w:r>
            <w:r w:rsidRPr="002C035E">
              <w:rPr>
                <w:rFonts w:ascii="Century Gothic" w:hAnsi="Century Gothic" w:eastAsia="Times New Roman" w:cs="Times New Roman"/>
                <w:sz w:val="28"/>
                <w:szCs w:val="28"/>
                <w:lang w:val="en-GB" w:eastAsia="en-GB"/>
              </w:rPr>
              <w:t xml:space="preserve"> Yes </w:t>
            </w:r>
            <w:r w:rsidRPr="002C035E">
              <w:rPr>
                <w:rFonts w:ascii="Segoe UI Symbol" w:hAnsi="Segoe UI Symbol" w:eastAsia="Times New Roman" w:cs="Segoe UI Symbol"/>
                <w:sz w:val="28"/>
                <w:szCs w:val="28"/>
                <w:lang w:val="en-GB" w:eastAsia="en-GB"/>
              </w:rPr>
              <w:t>☐</w:t>
            </w:r>
            <w:r w:rsidRPr="002C035E">
              <w:rPr>
                <w:rFonts w:ascii="Century Gothic" w:hAnsi="Century Gothic" w:eastAsia="Times New Roman" w:cs="Times New Roman"/>
                <w:sz w:val="28"/>
                <w:szCs w:val="28"/>
                <w:lang w:val="en-GB" w:eastAsia="en-GB"/>
              </w:rPr>
              <w:t xml:space="preserve"> No</w:t>
            </w:r>
          </w:p>
        </w:tc>
      </w:tr>
      <w:tr w:rsidRPr="002C035E" w:rsidR="002C035E" w:rsidTr="002C035E" w14:paraId="431E4F11" w14:textId="77777777">
        <w:tc>
          <w:tcPr>
            <w:tcW w:w="0" w:type="auto"/>
            <w:shd w:val="clear" w:color="auto" w:fill="D9D9D9" w:themeFill="background1" w:themeFillShade="D9"/>
            <w:hideMark/>
          </w:tcPr>
          <w:p w:rsidRPr="002C035E" w:rsidR="002C035E" w:rsidP="002C035E" w:rsidRDefault="002C035E" w14:paraId="3B77D126"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Screening Outcome</w:t>
            </w:r>
          </w:p>
        </w:tc>
        <w:tc>
          <w:tcPr>
            <w:tcW w:w="0" w:type="auto"/>
            <w:hideMark/>
          </w:tcPr>
          <w:p w:rsidRPr="002C035E" w:rsidR="002C035E" w:rsidP="002C035E" w:rsidRDefault="002C035E" w14:paraId="7E9F5F77" w14:textId="77777777">
            <w:pPr>
              <w:spacing w:after="0" w:line="240" w:lineRule="auto"/>
              <w:rPr>
                <w:rFonts w:ascii="Century Gothic" w:hAnsi="Century Gothic" w:eastAsia="Times New Roman" w:cs="Times New Roman"/>
                <w:sz w:val="28"/>
                <w:szCs w:val="28"/>
                <w:lang w:val="en-GB" w:eastAsia="en-GB"/>
              </w:rPr>
            </w:pPr>
            <w:r w:rsidRPr="002C035E">
              <w:rPr>
                <w:rFonts w:ascii="Segoe UI Symbol" w:hAnsi="Segoe UI Symbol" w:eastAsia="Times New Roman" w:cs="Segoe UI Symbol"/>
                <w:sz w:val="28"/>
                <w:szCs w:val="28"/>
                <w:lang w:val="en-GB" w:eastAsia="en-GB"/>
              </w:rPr>
              <w:t>☐</w:t>
            </w:r>
            <w:r w:rsidRPr="002C035E">
              <w:rPr>
                <w:rFonts w:ascii="Century Gothic" w:hAnsi="Century Gothic" w:eastAsia="Times New Roman" w:cs="Times New Roman"/>
                <w:sz w:val="28"/>
                <w:szCs w:val="28"/>
                <w:lang w:val="en-GB" w:eastAsia="en-GB"/>
              </w:rPr>
              <w:t xml:space="preserve"> Proceed </w:t>
            </w:r>
            <w:r w:rsidRPr="002C035E">
              <w:rPr>
                <w:rFonts w:ascii="Segoe UI Symbol" w:hAnsi="Segoe UI Symbol" w:eastAsia="Times New Roman" w:cs="Segoe UI Symbol"/>
                <w:sz w:val="28"/>
                <w:szCs w:val="28"/>
                <w:lang w:val="en-GB" w:eastAsia="en-GB"/>
              </w:rPr>
              <w:t>☐</w:t>
            </w:r>
            <w:r w:rsidRPr="002C035E">
              <w:rPr>
                <w:rFonts w:ascii="Century Gothic" w:hAnsi="Century Gothic" w:eastAsia="Times New Roman" w:cs="Times New Roman"/>
                <w:sz w:val="28"/>
                <w:szCs w:val="28"/>
                <w:lang w:val="en-GB" w:eastAsia="en-GB"/>
              </w:rPr>
              <w:t xml:space="preserve"> Hold </w:t>
            </w:r>
            <w:r w:rsidRPr="002C035E">
              <w:rPr>
                <w:rFonts w:ascii="Segoe UI Symbol" w:hAnsi="Segoe UI Symbol" w:eastAsia="Times New Roman" w:cs="Segoe UI Symbol"/>
                <w:sz w:val="28"/>
                <w:szCs w:val="28"/>
                <w:lang w:val="en-GB" w:eastAsia="en-GB"/>
              </w:rPr>
              <w:t>☐</w:t>
            </w:r>
            <w:r w:rsidRPr="002C035E">
              <w:rPr>
                <w:rFonts w:ascii="Century Gothic" w:hAnsi="Century Gothic" w:eastAsia="Times New Roman" w:cs="Times New Roman"/>
                <w:sz w:val="28"/>
                <w:szCs w:val="28"/>
                <w:lang w:val="en-GB" w:eastAsia="en-GB"/>
              </w:rPr>
              <w:t xml:space="preserve"> Decline</w:t>
            </w:r>
          </w:p>
        </w:tc>
      </w:tr>
      <w:tr w:rsidRPr="002C035E" w:rsidR="002C035E" w:rsidTr="002C035E" w14:paraId="32A2585B" w14:textId="77777777">
        <w:tc>
          <w:tcPr>
            <w:tcW w:w="0" w:type="auto"/>
            <w:shd w:val="clear" w:color="auto" w:fill="D9D9D9" w:themeFill="background1" w:themeFillShade="D9"/>
            <w:hideMark/>
          </w:tcPr>
          <w:p w:rsidRPr="002C035E" w:rsidR="002C035E" w:rsidP="002C035E" w:rsidRDefault="002C035E" w14:paraId="7CCC1C4F"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Initial Discussion Arranged</w:t>
            </w:r>
          </w:p>
        </w:tc>
        <w:tc>
          <w:tcPr>
            <w:tcW w:w="0" w:type="auto"/>
            <w:hideMark/>
          </w:tcPr>
          <w:p w:rsidRPr="002C035E" w:rsidR="002C035E" w:rsidP="002C035E" w:rsidRDefault="002C035E" w14:paraId="3D66FA6F" w14:textId="77777777">
            <w:pPr>
              <w:spacing w:after="0" w:line="240" w:lineRule="auto"/>
              <w:rPr>
                <w:rFonts w:ascii="Century Gothic" w:hAnsi="Century Gothic" w:eastAsia="Times New Roman" w:cs="Times New Roman"/>
                <w:sz w:val="28"/>
                <w:szCs w:val="28"/>
                <w:lang w:val="en-GB" w:eastAsia="en-GB"/>
              </w:rPr>
            </w:pPr>
          </w:p>
        </w:tc>
      </w:tr>
      <w:tr w:rsidRPr="002C035E" w:rsidR="002C035E" w:rsidTr="002C035E" w14:paraId="45922DFF" w14:textId="77777777">
        <w:tc>
          <w:tcPr>
            <w:tcW w:w="0" w:type="auto"/>
            <w:shd w:val="clear" w:color="auto" w:fill="D9D9D9" w:themeFill="background1" w:themeFillShade="D9"/>
            <w:hideMark/>
          </w:tcPr>
          <w:p w:rsidRPr="002C035E" w:rsidR="002C035E" w:rsidP="002C035E" w:rsidRDefault="002C035E" w14:paraId="19246158"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Visit / Assessment Date</w:t>
            </w:r>
          </w:p>
        </w:tc>
        <w:tc>
          <w:tcPr>
            <w:tcW w:w="0" w:type="auto"/>
            <w:hideMark/>
          </w:tcPr>
          <w:p w:rsidRPr="002C035E" w:rsidR="002C035E" w:rsidP="002C035E" w:rsidRDefault="002C035E" w14:paraId="23B72EFC" w14:textId="77777777">
            <w:pPr>
              <w:spacing w:after="0" w:line="240" w:lineRule="auto"/>
              <w:rPr>
                <w:rFonts w:ascii="Century Gothic" w:hAnsi="Century Gothic" w:eastAsia="Times New Roman" w:cs="Times New Roman"/>
                <w:sz w:val="28"/>
                <w:szCs w:val="28"/>
                <w:lang w:val="en-GB" w:eastAsia="en-GB"/>
              </w:rPr>
            </w:pPr>
          </w:p>
        </w:tc>
      </w:tr>
      <w:tr w:rsidRPr="002C035E" w:rsidR="002C035E" w:rsidTr="002C035E" w14:paraId="7406DF5A" w14:textId="77777777">
        <w:tc>
          <w:tcPr>
            <w:tcW w:w="0" w:type="auto"/>
            <w:shd w:val="clear" w:color="auto" w:fill="D9D9D9" w:themeFill="background1" w:themeFillShade="D9"/>
            <w:hideMark/>
          </w:tcPr>
          <w:p w:rsidRPr="002C035E" w:rsidR="002C035E" w:rsidP="002C035E" w:rsidRDefault="002C035E" w14:paraId="13FB6F2C"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Decision Communicated</w:t>
            </w:r>
          </w:p>
        </w:tc>
        <w:tc>
          <w:tcPr>
            <w:tcW w:w="0" w:type="auto"/>
            <w:hideMark/>
          </w:tcPr>
          <w:p w:rsidRPr="002C035E" w:rsidR="002C035E" w:rsidP="002C035E" w:rsidRDefault="002C035E" w14:paraId="2FE4B52A" w14:textId="77777777">
            <w:pPr>
              <w:spacing w:after="0" w:line="240" w:lineRule="auto"/>
              <w:rPr>
                <w:rFonts w:ascii="Century Gothic" w:hAnsi="Century Gothic" w:eastAsia="Times New Roman" w:cs="Times New Roman"/>
                <w:sz w:val="28"/>
                <w:szCs w:val="28"/>
                <w:lang w:val="en-GB" w:eastAsia="en-GB"/>
              </w:rPr>
            </w:pPr>
          </w:p>
        </w:tc>
      </w:tr>
      <w:tr w:rsidRPr="002C035E" w:rsidR="002C035E" w:rsidTr="002C035E" w14:paraId="27DA0FD7" w14:textId="77777777">
        <w:tc>
          <w:tcPr>
            <w:tcW w:w="0" w:type="auto"/>
            <w:shd w:val="clear" w:color="auto" w:fill="D9D9D9" w:themeFill="background1" w:themeFillShade="D9"/>
            <w:hideMark/>
          </w:tcPr>
          <w:p w:rsidRPr="002C035E" w:rsidR="002C035E" w:rsidP="002C035E" w:rsidRDefault="002C035E" w14:paraId="46B36A65" w14:textId="77777777">
            <w:pPr>
              <w:spacing w:after="0" w:line="240" w:lineRule="auto"/>
              <w:rPr>
                <w:rFonts w:ascii="Century Gothic" w:hAnsi="Century Gothic" w:eastAsia="Times New Roman" w:cs="Times New Roman"/>
                <w:b/>
                <w:bCs/>
                <w:sz w:val="28"/>
                <w:szCs w:val="28"/>
                <w:lang w:val="en-GB" w:eastAsia="en-GB"/>
              </w:rPr>
            </w:pPr>
            <w:r w:rsidRPr="002C035E">
              <w:rPr>
                <w:rFonts w:ascii="Century Gothic" w:hAnsi="Century Gothic" w:eastAsia="Times New Roman" w:cs="Times New Roman"/>
                <w:b/>
                <w:bCs/>
                <w:sz w:val="28"/>
                <w:szCs w:val="28"/>
                <w:lang w:val="en-GB" w:eastAsia="en-GB"/>
              </w:rPr>
              <w:t>Package Agreed</w:t>
            </w:r>
          </w:p>
        </w:tc>
        <w:tc>
          <w:tcPr>
            <w:tcW w:w="0" w:type="auto"/>
            <w:hideMark/>
          </w:tcPr>
          <w:p w:rsidRPr="002C035E" w:rsidR="002C035E" w:rsidP="002C035E" w:rsidRDefault="002C035E" w14:paraId="6C057157" w14:textId="77777777">
            <w:pPr>
              <w:spacing w:after="0" w:line="240" w:lineRule="auto"/>
              <w:rPr>
                <w:rFonts w:ascii="Century Gothic" w:hAnsi="Century Gothic" w:eastAsia="Times New Roman" w:cs="Times New Roman"/>
                <w:sz w:val="28"/>
                <w:szCs w:val="28"/>
                <w:lang w:val="en-GB" w:eastAsia="en-GB"/>
              </w:rPr>
            </w:pPr>
          </w:p>
        </w:tc>
      </w:tr>
    </w:tbl>
    <w:p w:rsidRPr="00823634" w:rsidR="002C035E" w:rsidRDefault="002C035E" w14:paraId="5543E829" w14:textId="77777777">
      <w:pPr>
        <w:rPr>
          <w:rFonts w:ascii="Century Gothic" w:hAnsi="Century Gothic"/>
        </w:rPr>
      </w:pPr>
    </w:p>
    <w:sectPr w:rsidRPr="00823634" w:rsidR="002C035E" w:rsidSect="00034616">
      <w:headerReference w:type="default" r:id="rId9"/>
      <w:footerReference w:type="default" r:id="rId10"/>
      <w:pgSz w:w="12240" w:h="15840" w:orient="portrait"/>
      <w:pgMar w:top="1020" w:right="1800" w:bottom="102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5486E" w:rsidRDefault="0075486E" w14:paraId="58A0EDFF" w14:textId="77777777">
      <w:pPr>
        <w:spacing w:after="0" w:line="240" w:lineRule="auto"/>
      </w:pPr>
      <w:r>
        <w:separator/>
      </w:r>
    </w:p>
  </w:endnote>
  <w:endnote w:type="continuationSeparator" w:id="0">
    <w:p w:rsidR="0075486E" w:rsidRDefault="0075486E" w14:paraId="4B3F096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037EF5" w:rsidR="00E20DA8" w:rsidRDefault="00000000" w14:paraId="764A1D2F" w14:textId="6C4E7592">
    <w:pPr>
      <w:pStyle w:val="Footer"/>
      <w:rPr>
        <w:rFonts w:ascii="Century Gothic" w:hAnsi="Century Gothic"/>
      </w:rPr>
    </w:pPr>
    <w:r w:rsidRPr="00037EF5">
      <w:rPr>
        <w:rFonts w:ascii="Century Gothic" w:hAnsi="Century Gothic"/>
      </w:rPr>
      <w:t>Homebrook Woods</w:t>
    </w:r>
    <w:r w:rsidRPr="00037EF5" w:rsidR="00037EF5">
      <w:rPr>
        <w:rFonts w:ascii="Century Gothic" w:hAnsi="Century Gothic"/>
      </w:rPr>
      <w:t xml:space="preserve"> | Homebrook Foundations Referral Form</w:t>
    </w:r>
    <w:r w:rsidRPr="00037EF5">
      <w:rPr>
        <w:rFonts w:ascii="Century Gothic" w:hAnsi="Century Gothic"/>
      </w:rPr>
      <w:br/>
    </w:r>
  </w:p>
  <w:p w:rsidRPr="00037EF5" w:rsidR="00E20DA8" w:rsidRDefault="00000000" w14:paraId="144E92EE" w14:textId="0E7C7A17">
    <w:pPr>
      <w:jc w:val="right"/>
      <w:rPr>
        <w:rFonts w:ascii="Century Gothic" w:hAnsi="Century Gothic"/>
      </w:rPr>
    </w:pPr>
    <w:r w:rsidRPr="00037EF5">
      <w:rPr>
        <w:rFonts w:ascii="Century Gothic" w:hAnsi="Century Gothic"/>
      </w:rPr>
      <w:t xml:space="preserve">Page </w:t>
    </w:r>
    <w:r w:rsidRPr="00037EF5">
      <w:rPr>
        <w:rFonts w:ascii="Century Gothic" w:hAnsi="Century Gothic"/>
      </w:rPr>
      <w:fldChar w:fldCharType="begin"/>
    </w:r>
    <w:r w:rsidRPr="00037EF5">
      <w:rPr>
        <w:rFonts w:ascii="Century Gothic" w:hAnsi="Century Gothic"/>
      </w:rPr>
      <w:instrText>PAGE</w:instrText>
    </w:r>
    <w:r w:rsidRPr="00037EF5">
      <w:rPr>
        <w:rFonts w:ascii="Century Gothic" w:hAnsi="Century Gothic"/>
      </w:rPr>
      <w:fldChar w:fldCharType="separate"/>
    </w:r>
    <w:r w:rsidRPr="00037EF5" w:rsidR="00C93F81">
      <w:rPr>
        <w:rFonts w:ascii="Century Gothic" w:hAnsi="Century Gothic"/>
        <w:noProof/>
      </w:rPr>
      <w:t>1</w:t>
    </w:r>
    <w:r w:rsidRPr="00037EF5">
      <w:rPr>
        <w:rFonts w:ascii="Century Gothic" w:hAnsi="Century Gothic"/>
      </w:rPr>
      <w:fldChar w:fldCharType="end"/>
    </w:r>
    <w:r w:rsidR="00037EF5">
      <w:rPr>
        <w:rFonts w:ascii="Century Gothic" w:hAnsi="Century Gothic"/>
      </w:rPr>
      <w:t xml:space="preserve"> of </w:t>
    </w:r>
    <w:r w:rsidR="00037EF5">
      <w:rPr>
        <w:rFonts w:ascii="Century Gothic" w:hAnsi="Century Gothic"/>
      </w:rPr>
      <w:fldChar w:fldCharType="begin"/>
    </w:r>
    <w:r w:rsidR="00037EF5">
      <w:rPr>
        <w:rFonts w:ascii="Century Gothic" w:hAnsi="Century Gothic"/>
      </w:rPr>
      <w:instrText xml:space="preserve"> NUMPAGES   \* MERGEFORMAT </w:instrText>
    </w:r>
    <w:r w:rsidR="00037EF5">
      <w:rPr>
        <w:rFonts w:ascii="Century Gothic" w:hAnsi="Century Gothic"/>
      </w:rPr>
      <w:fldChar w:fldCharType="separate"/>
    </w:r>
    <w:r w:rsidR="00037EF5">
      <w:rPr>
        <w:rFonts w:ascii="Century Gothic" w:hAnsi="Century Gothic"/>
        <w:noProof/>
      </w:rPr>
      <w:t>6</w:t>
    </w:r>
    <w:r w:rsidR="00037EF5">
      <w:rPr>
        <w:rFonts w:ascii="Century Gothic" w:hAnsi="Century Gothic"/>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5486E" w:rsidRDefault="0075486E" w14:paraId="5FA7D15D" w14:textId="77777777">
      <w:pPr>
        <w:spacing w:after="0" w:line="240" w:lineRule="auto"/>
      </w:pPr>
      <w:r>
        <w:separator/>
      </w:r>
    </w:p>
  </w:footnote>
  <w:footnote w:type="continuationSeparator" w:id="0">
    <w:p w:rsidR="0075486E" w:rsidRDefault="0075486E" w14:paraId="5F806A5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037EF5" w:rsidR="00E20DA8" w:rsidP="00037EF5" w:rsidRDefault="00037EF5" w14:paraId="1E01AA17" w14:textId="76A4630F">
    <w:pPr>
      <w:pStyle w:val="Header"/>
      <w:jc w:val="right"/>
      <w:rPr>
        <w:rFonts w:ascii="Century Gothic" w:hAnsi="Century Gothic"/>
      </w:rPr>
    </w:pPr>
    <w:r>
      <w:rPr>
        <w:noProof/>
      </w:rPr>
      <w:drawing>
        <wp:anchor distT="0" distB="0" distL="114300" distR="114300" simplePos="0" relativeHeight="251659264" behindDoc="0" locked="0" layoutInCell="1" allowOverlap="1" wp14:anchorId="1B79201A" wp14:editId="212C8454">
          <wp:simplePos x="0" y="0"/>
          <wp:positionH relativeFrom="column">
            <wp:posOffset>-834670</wp:posOffset>
          </wp:positionH>
          <wp:positionV relativeFrom="paragraph">
            <wp:posOffset>-338447</wp:posOffset>
          </wp:positionV>
          <wp:extent cx="409699" cy="409699"/>
          <wp:effectExtent l="0" t="0" r="9525" b="9525"/>
          <wp:wrapNone/>
          <wp:docPr id="340435533" name="Picture 34043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brook_logo.png"/>
                  <pic:cNvPicPr/>
                </pic:nvPicPr>
                <pic:blipFill>
                  <a:blip r:embed="rId1"/>
                  <a:stretch>
                    <a:fillRect/>
                  </a:stretch>
                </pic:blipFill>
                <pic:spPr>
                  <a:xfrm>
                    <a:off x="0" y="0"/>
                    <a:ext cx="409699" cy="409699"/>
                  </a:xfrm>
                  <a:prstGeom prst="rect">
                    <a:avLst/>
                  </a:prstGeom>
                </pic:spPr>
              </pic:pic>
            </a:graphicData>
          </a:graphic>
          <wp14:sizeRelH relativeFrom="margin">
            <wp14:pctWidth>0</wp14:pctWidth>
          </wp14:sizeRelH>
          <wp14:sizeRelV relativeFrom="margin">
            <wp14:pctHeight>0</wp14:pctHeight>
          </wp14:sizeRelV>
        </wp:anchor>
      </w:drawing>
    </w:r>
    <w:r w:rsidRPr="00037EF5">
      <w:rPr>
        <w:rFonts w:ascii="Century Gothic" w:hAnsi="Century Gothic"/>
      </w:rPr>
      <w:t>Homebrook Woods | Homebrook Foundations Referral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165E4717"/>
    <w:multiLevelType w:val="multilevel"/>
    <w:tmpl w:val="F4FAD8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C3E1F04"/>
    <w:multiLevelType w:val="hybridMultilevel"/>
    <w:tmpl w:val="03424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64921193">
    <w:abstractNumId w:val="8"/>
  </w:num>
  <w:num w:numId="2" w16cid:durableId="1543055229">
    <w:abstractNumId w:val="6"/>
  </w:num>
  <w:num w:numId="3" w16cid:durableId="1923292228">
    <w:abstractNumId w:val="5"/>
  </w:num>
  <w:num w:numId="4" w16cid:durableId="85466414">
    <w:abstractNumId w:val="4"/>
  </w:num>
  <w:num w:numId="5" w16cid:durableId="80765494">
    <w:abstractNumId w:val="7"/>
  </w:num>
  <w:num w:numId="6" w16cid:durableId="974992935">
    <w:abstractNumId w:val="3"/>
  </w:num>
  <w:num w:numId="7" w16cid:durableId="1505242416">
    <w:abstractNumId w:val="2"/>
  </w:num>
  <w:num w:numId="8" w16cid:durableId="1113935531">
    <w:abstractNumId w:val="1"/>
  </w:num>
  <w:num w:numId="9" w16cid:durableId="791705929">
    <w:abstractNumId w:val="0"/>
  </w:num>
  <w:num w:numId="10" w16cid:durableId="1659840209">
    <w:abstractNumId w:val="10"/>
  </w:num>
  <w:num w:numId="11" w16cid:durableId="726808275">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884"/>
    <w:rsid w:val="00034616"/>
    <w:rsid w:val="00037EF5"/>
    <w:rsid w:val="0006063C"/>
    <w:rsid w:val="000C0833"/>
    <w:rsid w:val="000D3ABD"/>
    <w:rsid w:val="0015074B"/>
    <w:rsid w:val="001A68C3"/>
    <w:rsid w:val="002646AA"/>
    <w:rsid w:val="0029639D"/>
    <w:rsid w:val="002C035E"/>
    <w:rsid w:val="002D6B73"/>
    <w:rsid w:val="00326F90"/>
    <w:rsid w:val="0037275E"/>
    <w:rsid w:val="00400DEB"/>
    <w:rsid w:val="00437C6C"/>
    <w:rsid w:val="004970EC"/>
    <w:rsid w:val="004A091E"/>
    <w:rsid w:val="004B3A4F"/>
    <w:rsid w:val="004C4894"/>
    <w:rsid w:val="00521BA7"/>
    <w:rsid w:val="00673B4F"/>
    <w:rsid w:val="00683A81"/>
    <w:rsid w:val="0069125B"/>
    <w:rsid w:val="006D1241"/>
    <w:rsid w:val="0075486E"/>
    <w:rsid w:val="00761170"/>
    <w:rsid w:val="0076319E"/>
    <w:rsid w:val="00823634"/>
    <w:rsid w:val="00883CCE"/>
    <w:rsid w:val="00895022"/>
    <w:rsid w:val="00940982"/>
    <w:rsid w:val="00956C15"/>
    <w:rsid w:val="00985CD9"/>
    <w:rsid w:val="009A12F5"/>
    <w:rsid w:val="00A64D64"/>
    <w:rsid w:val="00A66EFA"/>
    <w:rsid w:val="00AA1D8D"/>
    <w:rsid w:val="00AE23D6"/>
    <w:rsid w:val="00B47730"/>
    <w:rsid w:val="00B64AB3"/>
    <w:rsid w:val="00B94C1A"/>
    <w:rsid w:val="00BD2D3C"/>
    <w:rsid w:val="00C15A84"/>
    <w:rsid w:val="00C93F81"/>
    <w:rsid w:val="00CB0664"/>
    <w:rsid w:val="00CB3D4E"/>
    <w:rsid w:val="00CF50EA"/>
    <w:rsid w:val="00D21AE9"/>
    <w:rsid w:val="00D6400D"/>
    <w:rsid w:val="00DA21B9"/>
    <w:rsid w:val="00E14D8E"/>
    <w:rsid w:val="00E20DA8"/>
    <w:rsid w:val="00F33EE3"/>
    <w:rsid w:val="00F36BE8"/>
    <w:rsid w:val="00F4336B"/>
    <w:rsid w:val="00F439D9"/>
    <w:rsid w:val="00F55338"/>
    <w:rsid w:val="00FC693F"/>
    <w:rsid w:val="08AAE982"/>
    <w:rsid w:val="15B20B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81193A"/>
  <w14:defaultImageDpi w14:val="300"/>
  <w15:docId w15:val="{8F5CC11A-4134-4A0A-ABBB-269758C23A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rPr>
      <w:rFonts w:ascii="Calibri" w:hAnsi="Calibri"/>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pdq2pgselectionanchorcontainer" w:customStyle="1">
    <w:name w:val="pdq2pg_selectionanchorcontainer"/>
    <w:basedOn w:val="Normal"/>
    <w:rsid w:val="00C93F81"/>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styleId="NormalWeb">
    <w:name w:val="Normal (Web)"/>
    <w:basedOn w:val="Normal"/>
    <w:uiPriority w:val="99"/>
    <w:unhideWhenUsed/>
    <w:rsid w:val="00C93F81"/>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table" w:styleId="GridTable2-Accent3">
    <w:name w:val="Grid Table 2 Accent 3"/>
    <w:basedOn w:val="TableNormal"/>
    <w:uiPriority w:val="47"/>
    <w:rsid w:val="00037EF5"/>
    <w:pPr>
      <w:spacing w:after="0" w:line="240" w:lineRule="auto"/>
    </w:pPr>
    <w:tblPr>
      <w:tblStyleRowBandSize w:val="1"/>
      <w:tblStyleColBandSize w:val="1"/>
      <w:tblBorders>
        <w:top w:val="single" w:color="C2D69B" w:themeColor="accent3" w:themeTint="99" w:sz="2" w:space="0"/>
        <w:bottom w:val="single" w:color="C2D69B" w:themeColor="accent3" w:themeTint="99" w:sz="2" w:space="0"/>
        <w:insideH w:val="single" w:color="C2D69B" w:themeColor="accent3" w:themeTint="99" w:sz="2" w:space="0"/>
        <w:insideV w:val="single" w:color="C2D69B" w:themeColor="accent3" w:themeTint="99" w:sz="2" w:space="0"/>
      </w:tblBorders>
    </w:tblPr>
    <w:tblStylePr w:type="firstRow">
      <w:rPr>
        <w:b/>
        <w:bCs/>
      </w:rPr>
      <w:tblPr/>
      <w:tcPr>
        <w:tcBorders>
          <w:top w:val="nil"/>
          <w:bottom w:val="single" w:color="C2D69B" w:themeColor="accent3" w:themeTint="99" w:sz="12" w:space="0"/>
          <w:insideH w:val="nil"/>
          <w:insideV w:val="nil"/>
        </w:tcBorders>
        <w:shd w:val="clear" w:color="auto" w:fill="FFFFFF" w:themeFill="background1"/>
      </w:tcPr>
    </w:tblStylePr>
    <w:tblStylePr w:type="lastRow">
      <w:rPr>
        <w:b/>
        <w:bCs/>
      </w:rPr>
      <w:tblPr/>
      <w:tcPr>
        <w:tcBorders>
          <w:top w:val="double" w:color="C2D69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urfulAccent3">
    <w:name w:val="Grid Table 6 Colorful Accent 3"/>
    <w:basedOn w:val="TableNormal"/>
    <w:uiPriority w:val="51"/>
    <w:rsid w:val="00037EF5"/>
    <w:pPr>
      <w:spacing w:after="0" w:line="240" w:lineRule="auto"/>
    </w:pPr>
    <w:rPr>
      <w:color w:val="76923C" w:themeColor="accent3" w:themeShade="BF"/>
    </w:r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rPr>
      <w:tblPr/>
      <w:tcPr>
        <w:tcBorders>
          <w:bottom w:val="single" w:color="C2D69B" w:themeColor="accent3" w:themeTint="99" w:sz="12" w:space="0"/>
        </w:tcBorders>
      </w:tcPr>
    </w:tblStylePr>
    <w:tblStylePr w:type="lastRow">
      <w:rPr>
        <w:b/>
        <w:bCs/>
      </w:rPr>
      <w:tblPr/>
      <w:tcPr>
        <w:tcBorders>
          <w:top w:val="double" w:color="C2D69B" w:themeColor="accent3" w:themeTint="99"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3">
    <w:name w:val="Grid Table 4 Accent 3"/>
    <w:basedOn w:val="TableNormal"/>
    <w:uiPriority w:val="49"/>
    <w:rsid w:val="00F55338"/>
    <w:pPr>
      <w:spacing w:after="0" w:line="240" w:lineRule="auto"/>
    </w:p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blPr/>
      <w:tcPr>
        <w:tcBorders>
          <w:top w:val="double" w:color="9BBB59" w:themeColor="accent3"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F55338"/>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AF1DD"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BBB59"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BBB59"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BBB59"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1Light-Accent3">
    <w:name w:val="Grid Table 1 Light Accent 3"/>
    <w:basedOn w:val="TableNormal"/>
    <w:uiPriority w:val="46"/>
    <w:rsid w:val="00F55338"/>
    <w:pPr>
      <w:spacing w:after="0" w:line="240" w:lineRule="auto"/>
    </w:pPr>
    <w:tblPr>
      <w:tblStyleRowBandSize w:val="1"/>
      <w:tblStyleColBandSize w:val="1"/>
      <w:tblBorders>
        <w:top w:val="single" w:color="D6E3BC" w:themeColor="accent3" w:themeTint="66" w:sz="4" w:space="0"/>
        <w:left w:val="single" w:color="D6E3BC" w:themeColor="accent3" w:themeTint="66" w:sz="4" w:space="0"/>
        <w:bottom w:val="single" w:color="D6E3BC" w:themeColor="accent3" w:themeTint="66" w:sz="4" w:space="0"/>
        <w:right w:val="single" w:color="D6E3BC" w:themeColor="accent3" w:themeTint="66" w:sz="4" w:space="0"/>
        <w:insideH w:val="single" w:color="D6E3BC" w:themeColor="accent3" w:themeTint="66" w:sz="4" w:space="0"/>
        <w:insideV w:val="single" w:color="D6E3BC" w:themeColor="accent3" w:themeTint="66" w:sz="4" w:space="0"/>
      </w:tblBorders>
    </w:tblPr>
    <w:tblStylePr w:type="firstRow">
      <w:rPr>
        <w:b/>
        <w:bCs/>
      </w:rPr>
      <w:tblPr/>
      <w:tcPr>
        <w:tcBorders>
          <w:bottom w:val="single" w:color="C2D69B" w:themeColor="accent3" w:themeTint="99" w:sz="12" w:space="0"/>
        </w:tcBorders>
      </w:tcPr>
    </w:tblStylePr>
    <w:tblStylePr w:type="lastRow">
      <w:rPr>
        <w:b/>
        <w:bCs/>
      </w:rPr>
      <w:tblPr/>
      <w:tcPr>
        <w:tcBorders>
          <w:top w:val="double" w:color="C2D69B" w:themeColor="accent3" w:themeTint="99" w:sz="2" w:space="0"/>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Guest User</lastModifiedBy>
  <revision>43</revision>
  <dcterms:created xsi:type="dcterms:W3CDTF">2026-07-20T15:00:00.0000000Z</dcterms:created>
  <dcterms:modified xsi:type="dcterms:W3CDTF">2026-07-29T19:24:15.4664987Z</dcterms:modified>
  <category/>
</coreProperties>
</file>