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8C0702" w:rsidRDefault="008C0702" w14:paraId="577A019C" w14:textId="18F6AE45">
      <w:pPr>
        <w:pStyle w:val="Title"/>
        <w:jc w:val="center"/>
        <w:rPr>
          <w:color w:val="5F7A61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2C1D19A" wp14:editId="53A1B229">
            <wp:simplePos x="0" y="0"/>
            <wp:positionH relativeFrom="margin">
              <wp:align>center</wp:align>
            </wp:positionH>
            <wp:positionV relativeFrom="paragraph">
              <wp:posOffset>6350</wp:posOffset>
            </wp:positionV>
            <wp:extent cx="3519111" cy="3519111"/>
            <wp:effectExtent l="0" t="0" r="5715" b="5715"/>
            <wp:wrapNone/>
            <wp:docPr id="158184005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9111" cy="35191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C7EFF" w:rsidRDefault="008C7EFF" w14:paraId="1890DBFA" w14:textId="77777777">
      <w:pPr>
        <w:pStyle w:val="Title"/>
        <w:jc w:val="center"/>
        <w:rPr>
          <w:rFonts w:ascii="Century Gothic" w:hAnsi="Century Gothic"/>
          <w:color w:val="5F7A61"/>
        </w:rPr>
      </w:pPr>
    </w:p>
    <w:p w:rsidR="008C7EFF" w:rsidRDefault="008C7EFF" w14:paraId="12E67D05" w14:textId="77777777">
      <w:pPr>
        <w:pStyle w:val="Title"/>
        <w:jc w:val="center"/>
        <w:rPr>
          <w:rFonts w:ascii="Century Gothic" w:hAnsi="Century Gothic"/>
          <w:color w:val="5F7A61"/>
        </w:rPr>
      </w:pPr>
    </w:p>
    <w:p w:rsidR="008C7EFF" w:rsidRDefault="008C7EFF" w14:paraId="348CE10E" w14:textId="77777777">
      <w:pPr>
        <w:pStyle w:val="Title"/>
        <w:jc w:val="center"/>
        <w:rPr>
          <w:rFonts w:ascii="Century Gothic" w:hAnsi="Century Gothic"/>
          <w:color w:val="5F7A61"/>
        </w:rPr>
      </w:pPr>
    </w:p>
    <w:p w:rsidR="00FA43E6" w:rsidRDefault="00FA43E6" w14:paraId="3C577F8C" w14:textId="77777777">
      <w:pPr>
        <w:pStyle w:val="Title"/>
        <w:jc w:val="center"/>
        <w:rPr>
          <w:rFonts w:ascii="Century Gothic" w:hAnsi="Century Gothic"/>
          <w:b/>
          <w:bCs/>
          <w:color w:val="5F7A61"/>
        </w:rPr>
      </w:pPr>
    </w:p>
    <w:p w:rsidR="00FA43E6" w:rsidRDefault="00FA43E6" w14:paraId="368A7DC3" w14:textId="77777777">
      <w:pPr>
        <w:pStyle w:val="Title"/>
        <w:jc w:val="center"/>
        <w:rPr>
          <w:rFonts w:ascii="Century Gothic" w:hAnsi="Century Gothic"/>
          <w:b/>
          <w:bCs/>
          <w:color w:val="5F7A61"/>
        </w:rPr>
      </w:pPr>
    </w:p>
    <w:p w:rsidR="00FA43E6" w:rsidRDefault="00FA43E6" w14:paraId="088B9D24" w14:textId="77777777">
      <w:pPr>
        <w:pStyle w:val="Title"/>
        <w:jc w:val="center"/>
        <w:rPr>
          <w:rFonts w:ascii="Century Gothic" w:hAnsi="Century Gothic"/>
          <w:b/>
          <w:bCs/>
          <w:color w:val="5F7A61"/>
        </w:rPr>
      </w:pPr>
    </w:p>
    <w:p w:rsidR="00DA0368" w:rsidRDefault="00DA0368" w14:paraId="30D3B2BA" w14:textId="77777777">
      <w:pPr>
        <w:pStyle w:val="Title"/>
        <w:jc w:val="center"/>
        <w:rPr>
          <w:rFonts w:ascii="Century Gothic" w:hAnsi="Century Gothic"/>
          <w:b/>
          <w:bCs/>
          <w:color w:val="5F7A61"/>
        </w:rPr>
      </w:pPr>
    </w:p>
    <w:p w:rsidR="00DA0368" w:rsidRDefault="00DA0368" w14:paraId="73E75A57" w14:textId="77777777">
      <w:pPr>
        <w:pStyle w:val="Title"/>
        <w:jc w:val="center"/>
        <w:rPr>
          <w:rFonts w:ascii="Century Gothic" w:hAnsi="Century Gothic"/>
          <w:b/>
          <w:bCs/>
          <w:color w:val="5F7A61"/>
        </w:rPr>
      </w:pPr>
    </w:p>
    <w:p w:rsidR="009C2BD8" w:rsidRDefault="000A6820" w14:paraId="161D6318" w14:textId="447C697B">
      <w:pPr>
        <w:pStyle w:val="Title"/>
        <w:jc w:val="center"/>
        <w:rPr>
          <w:rFonts w:ascii="Century Gothic" w:hAnsi="Century Gothic"/>
          <w:b/>
          <w:bCs/>
          <w:color w:val="5F7A61"/>
        </w:rPr>
      </w:pPr>
      <w:r w:rsidRPr="00B12DBB">
        <w:rPr>
          <w:rFonts w:ascii="Century Gothic" w:hAnsi="Century Gothic"/>
          <w:b/>
          <w:bCs/>
          <w:color w:val="5F7A61"/>
        </w:rPr>
        <w:t>HOMEBROOK WOODS</w:t>
      </w:r>
    </w:p>
    <w:p w:rsidRPr="009C2BD8" w:rsidR="009C2BD8" w:rsidP="009C2BD8" w:rsidRDefault="009C2BD8" w14:paraId="581358B1" w14:textId="77777777">
      <w:pPr>
        <w:spacing w:before="100" w:beforeAutospacing="1" w:after="100" w:afterAutospacing="1" w:line="240" w:lineRule="auto"/>
        <w:jc w:val="center"/>
        <w:outlineLvl w:val="2"/>
        <w:rPr>
          <w:rFonts w:ascii="Century Gothic" w:hAnsi="Century Gothic" w:eastAsia="Times New Roman" w:cs="Times New Roman"/>
          <w:b/>
          <w:bCs/>
          <w:sz w:val="27"/>
          <w:szCs w:val="27"/>
          <w:lang w:val="en-GB" w:eastAsia="en-GB"/>
        </w:rPr>
      </w:pPr>
      <w:r w:rsidRPr="009C2BD8">
        <w:rPr>
          <w:rFonts w:ascii="Century Gothic" w:hAnsi="Century Gothic" w:eastAsia="Times New Roman" w:cs="Times New Roman"/>
          <w:b/>
          <w:bCs/>
          <w:sz w:val="27"/>
          <w:szCs w:val="27"/>
          <w:lang w:val="en-GB" w:eastAsia="en-GB"/>
        </w:rPr>
        <w:t>Independent Special School</w:t>
      </w:r>
    </w:p>
    <w:p w:rsidRPr="009C2BD8" w:rsidR="009C2BD8" w:rsidP="009C2BD8" w:rsidRDefault="009C2BD8" w14:paraId="793E634D" w14:textId="77777777">
      <w:pPr>
        <w:spacing w:before="100" w:beforeAutospacing="1" w:after="100" w:afterAutospacing="1" w:line="240" w:lineRule="auto"/>
        <w:jc w:val="center"/>
        <w:rPr>
          <w:rFonts w:ascii="Century Gothic" w:hAnsi="Century Gothic" w:eastAsia="Times New Roman" w:cs="Times New Roman"/>
          <w:sz w:val="24"/>
          <w:szCs w:val="24"/>
          <w:lang w:val="en-GB" w:eastAsia="en-GB"/>
        </w:rPr>
      </w:pPr>
      <w:r w:rsidRPr="009C2BD8">
        <w:rPr>
          <w:rFonts w:ascii="Century Gothic" w:hAnsi="Century Gothic" w:eastAsia="Times New Roman" w:cs="Times New Roman"/>
          <w:b/>
          <w:bCs/>
          <w:sz w:val="24"/>
          <w:szCs w:val="24"/>
          <w:lang w:val="en-GB" w:eastAsia="en-GB"/>
        </w:rPr>
        <w:t>Ages 5–11</w:t>
      </w:r>
      <w:r w:rsidRPr="009C2BD8">
        <w:rPr>
          <w:rFonts w:ascii="Century Gothic" w:hAnsi="Century Gothic" w:eastAsia="Times New Roman" w:cs="Times New Roman"/>
          <w:sz w:val="24"/>
          <w:szCs w:val="24"/>
          <w:lang w:val="en-GB" w:eastAsia="en-GB"/>
        </w:rPr>
        <w:br/>
      </w:r>
      <w:r w:rsidRPr="009C2BD8">
        <w:rPr>
          <w:rFonts w:ascii="Century Gothic" w:hAnsi="Century Gothic" w:eastAsia="Times New Roman" w:cs="Times New Roman"/>
          <w:b/>
          <w:bCs/>
          <w:sz w:val="24"/>
          <w:szCs w:val="24"/>
          <w:lang w:val="en-GB" w:eastAsia="en-GB"/>
        </w:rPr>
        <w:t>Autism Spectrum Condition (ASC), Speech, Language and Communication Needs (SLCN) and Associated SEND</w:t>
      </w:r>
    </w:p>
    <w:p w:rsidRPr="008C0702" w:rsidR="0093797A" w:rsidRDefault="000A6820" w14:paraId="147497CD" w14:textId="0DDD4899">
      <w:pPr>
        <w:pStyle w:val="Title"/>
        <w:jc w:val="center"/>
        <w:rPr>
          <w:rFonts w:ascii="Century Gothic" w:hAnsi="Century Gothic"/>
          <w:color w:val="3F4644"/>
        </w:rPr>
      </w:pPr>
      <w:r w:rsidRPr="008C0702">
        <w:rPr>
          <w:rFonts w:ascii="Century Gothic" w:hAnsi="Century Gothic"/>
          <w:color w:val="5F7A61"/>
        </w:rPr>
        <w:br/>
      </w:r>
      <w:r w:rsidRPr="008C0702">
        <w:rPr>
          <w:rFonts w:ascii="Century Gothic" w:hAnsi="Century Gothic"/>
          <w:color w:val="3F4644"/>
        </w:rPr>
        <w:t xml:space="preserve">Admissions </w:t>
      </w:r>
    </w:p>
    <w:p w:rsidR="0098592E" w:rsidRDefault="000A6820" w14:paraId="5E518077" w14:textId="3A2CF7E3">
      <w:pPr>
        <w:pStyle w:val="Title"/>
        <w:jc w:val="center"/>
        <w:rPr>
          <w:rFonts w:ascii="Century Gothic" w:hAnsi="Century Gothic"/>
          <w:color w:val="3F4644"/>
        </w:rPr>
      </w:pPr>
      <w:r w:rsidRPr="008C0702">
        <w:rPr>
          <w:rFonts w:ascii="Century Gothic" w:hAnsi="Century Gothic"/>
          <w:color w:val="3F4644"/>
        </w:rPr>
        <w:t>Referral Form</w:t>
      </w:r>
    </w:p>
    <w:p w:rsidRPr="00C402DE" w:rsidR="00BC130A" w:rsidP="00BC130A" w:rsidRDefault="00BC130A" w14:paraId="050AF1C4" w14:textId="5D38D6B2">
      <w:pPr>
        <w:shd w:val="clear" w:color="auto" w:fill="C2D69B" w:themeFill="accent3" w:themeFillTint="99"/>
        <w:jc w:val="center"/>
        <w:rPr>
          <w:rFonts w:ascii="Century Gothic" w:hAnsi="Century Gothic"/>
          <w:b/>
          <w:bCs/>
          <w:color w:val="4F6228" w:themeColor="accent3" w:themeShade="80"/>
          <w:sz w:val="36"/>
          <w:szCs w:val="40"/>
        </w:rPr>
      </w:pPr>
      <w:r w:rsidRPr="00C402DE">
        <w:rPr>
          <w:rFonts w:ascii="Century Gothic" w:hAnsi="Century Gothic"/>
          <w:b/>
          <w:bCs/>
          <w:color w:val="4F6228" w:themeColor="accent3" w:themeShade="80"/>
          <w:sz w:val="36"/>
          <w:szCs w:val="40"/>
        </w:rPr>
        <w:t>For completion by Local Authorities, SEND Case Officers, SENDCOs and Referring Professionals.</w:t>
      </w:r>
    </w:p>
    <w:p w:rsidR="00712AC5" w:rsidP="00712AC5" w:rsidRDefault="000A6820" w14:paraId="663E81E9" w14:textId="39A88241">
      <w:pPr>
        <w:jc w:val="center"/>
        <w:rPr>
          <w:rFonts w:ascii="Century Gothic" w:hAnsi="Century Gothic"/>
        </w:rPr>
      </w:pPr>
      <w:r w:rsidRPr="008C0702">
        <w:rPr>
          <w:rFonts w:ascii="Century Gothic" w:hAnsi="Century Gothic"/>
          <w:b/>
        </w:rPr>
        <w:br/>
      </w:r>
    </w:p>
    <w:p w:rsidR="00BD0D9B" w:rsidRDefault="00BD0D9B" w14:paraId="3601AF35" w14:textId="17498977">
      <w:pPr>
        <w:jc w:val="center"/>
        <w:rPr>
          <w:rFonts w:ascii="Century Gothic" w:hAnsi="Century Gothic"/>
        </w:rPr>
      </w:pPr>
    </w:p>
    <w:p w:rsidR="00BD0D9B" w:rsidRDefault="00BD0D9B" w14:paraId="3E81EDAD" w14:textId="3B5B9388">
      <w:pPr>
        <w:jc w:val="center"/>
        <w:rPr>
          <w:rFonts w:ascii="Century Gothic" w:hAnsi="Century Gothic"/>
        </w:rPr>
      </w:pPr>
    </w:p>
    <w:p w:rsidR="00DA0368" w:rsidRDefault="00DA0368" w14:paraId="326BBBCE" w14:textId="6451C54D">
      <w:pPr>
        <w:jc w:val="center"/>
        <w:rPr>
          <w:rFonts w:ascii="Century Gothic" w:hAnsi="Century Gothic"/>
        </w:rPr>
      </w:pPr>
    </w:p>
    <w:p w:rsidR="00DA0368" w:rsidRDefault="00DA0368" w14:paraId="179F4978" w14:textId="5146BB92">
      <w:pPr>
        <w:jc w:val="center"/>
        <w:rPr>
          <w:rFonts w:ascii="Century Gothic" w:hAnsi="Century Gothic"/>
        </w:rPr>
      </w:pPr>
    </w:p>
    <w:p w:rsidRPr="008C0702" w:rsidR="002D374F" w:rsidRDefault="002D374F" w14:paraId="6AC64C91" w14:textId="79B8A88A">
      <w:pPr>
        <w:jc w:val="center"/>
        <w:rPr>
          <w:rFonts w:ascii="Century Gothic" w:hAnsi="Century Gothic"/>
        </w:rPr>
      </w:pPr>
    </w:p>
    <w:p w:rsidR="00566031" w:rsidP="00835B82" w:rsidRDefault="008E75D1" w14:paraId="1406927D" w14:textId="639BBE41">
      <w:pPr>
        <w:spacing w:before="100" w:beforeAutospacing="1" w:after="100" w:afterAutospacing="1" w:line="240" w:lineRule="auto"/>
        <w:outlineLvl w:val="2"/>
        <w:rPr>
          <w:rFonts w:ascii="Century Gothic" w:hAnsi="Century Gothic" w:eastAsia="Times New Roman" w:cs="Times New Roman"/>
          <w:b/>
          <w:bCs/>
          <w:color w:val="76923C" w:themeColor="accent3" w:themeShade="BF"/>
          <w:sz w:val="28"/>
          <w:szCs w:val="28"/>
          <w:u w:val="single"/>
          <w:lang w:val="en-GB" w:eastAsia="en-GB"/>
        </w:rPr>
      </w:pPr>
      <w:r w:rsidRPr="00392AC4">
        <w:rPr>
          <w:rFonts w:ascii="Century Gothic" w:hAnsi="Century Gothic"/>
          <w:b/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0E27FB32" wp14:editId="7ACE23B9">
                <wp:simplePos x="0" y="0"/>
                <wp:positionH relativeFrom="margin">
                  <wp:align>left</wp:align>
                </wp:positionH>
                <wp:positionV relativeFrom="paragraph">
                  <wp:posOffset>102309</wp:posOffset>
                </wp:positionV>
                <wp:extent cx="5568521" cy="5761735"/>
                <wp:effectExtent l="0" t="0" r="13335" b="10795"/>
                <wp:wrapNone/>
                <wp:docPr id="987204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68521" cy="5761735"/>
                        </a:xfrm>
                        <a:prstGeom prst="roundRect">
                          <a:avLst/>
                        </a:prstGeom>
                        <a:solidFill>
                          <a:schemeClr val="bg2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Pr="00C402DE" w:rsidR="00712AC5" w:rsidP="00936C25" w:rsidRDefault="00712AC5" w14:paraId="553C655C" w14:textId="77777777">
                            <w:pPr>
                              <w:pStyle w:val="Heading1"/>
                              <w:jc w:val="center"/>
                              <w:rPr>
                                <w:rFonts w:ascii="Century Gothic" w:hAnsi="Century Gothic"/>
                                <w:color w:val="76923C" w:themeColor="accent3" w:themeShade="BF"/>
                                <w:sz w:val="52"/>
                                <w:szCs w:val="52"/>
                              </w:rPr>
                            </w:pPr>
                            <w:r w:rsidRPr="00C402DE">
                              <w:rPr>
                                <w:rFonts w:ascii="Century Gothic" w:hAnsi="Century Gothic"/>
                                <w:color w:val="76923C" w:themeColor="accent3" w:themeShade="BF"/>
                                <w:sz w:val="52"/>
                                <w:szCs w:val="52"/>
                              </w:rPr>
                              <w:t>Purpose of this Referral</w:t>
                            </w:r>
                          </w:p>
                          <w:p w:rsidRPr="00C402DE" w:rsidR="00712AC5" w:rsidP="00936C25" w:rsidRDefault="00712AC5" w14:paraId="0909698B" w14:textId="63203BDF">
                            <w:pPr>
                              <w:jc w:val="center"/>
                              <w:rPr>
                                <w:rFonts w:ascii="Century Gothic" w:hAnsi="Century Gothic"/>
                                <w:color w:val="4F6228" w:themeColor="accent3" w:themeShade="80"/>
                                <w:sz w:val="40"/>
                                <w:szCs w:val="44"/>
                              </w:rPr>
                            </w:pPr>
                            <w:r w:rsidRPr="00C402DE">
                              <w:rPr>
                                <w:rFonts w:ascii="Century Gothic" w:hAnsi="Century Gothic"/>
                                <w:color w:val="4F6228" w:themeColor="accent3" w:themeShade="80"/>
                                <w:sz w:val="40"/>
                                <w:szCs w:val="44"/>
                              </w:rPr>
                              <w:t>Thank you for considering Homebrook Woods. This form enables the school to gather the information required to assess whether Homebrook Woods can safely and effectively meet a child's needs. Please complete all relevant sections and please do not hesitate to contact Homebrook Woods if you require assistance:</w:t>
                            </w:r>
                          </w:p>
                          <w:p w:rsidRPr="00C402DE" w:rsidR="00712AC5" w:rsidP="00936C25" w:rsidRDefault="00712AC5" w14:paraId="4922BB48" w14:textId="7777777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color w:val="4F6228" w:themeColor="accent3" w:themeShade="80"/>
                                <w:sz w:val="40"/>
                                <w:szCs w:val="44"/>
                              </w:rPr>
                            </w:pPr>
                            <w:hyperlink w:history="1" r:id="rId9">
                              <w:r w:rsidRPr="00C402DE">
                                <w:rPr>
                                  <w:rStyle w:val="Hyperlink"/>
                                  <w:rFonts w:ascii="Century Gothic" w:hAnsi="Century Gothic"/>
                                  <w:color w:val="4F6228" w:themeColor="accent3" w:themeShade="80"/>
                                  <w:sz w:val="40"/>
                                  <w:szCs w:val="44"/>
                                </w:rPr>
                                <w:t>admissions@homebrookwoods.co.uk</w:t>
                              </w:r>
                            </w:hyperlink>
                            <w:r w:rsidRPr="00C402DE">
                              <w:rPr>
                                <w:rFonts w:ascii="Century Gothic" w:hAnsi="Century Gothic"/>
                                <w:color w:val="4F6228" w:themeColor="accent3" w:themeShade="80"/>
                                <w:sz w:val="40"/>
                                <w:szCs w:val="44"/>
                              </w:rPr>
                              <w:t xml:space="preserve">             </w:t>
                            </w:r>
                            <w:r w:rsidRPr="00C402DE">
                              <w:rPr>
                                <w:rFonts w:ascii="Century Gothic" w:hAnsi="Century Gothic"/>
                                <w:b/>
                                <w:bCs/>
                                <w:color w:val="4F6228" w:themeColor="accent3" w:themeShade="80"/>
                                <w:sz w:val="40"/>
                                <w:szCs w:val="44"/>
                              </w:rPr>
                              <w:t>07706 473040</w:t>
                            </w:r>
                          </w:p>
                          <w:p w:rsidR="00712AC5" w:rsidP="00BC6155" w:rsidRDefault="00712AC5" w14:paraId="5477A56D" w14:textId="7777777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Text Box 2" style="position:absolute;margin-left:0;margin-top:8.05pt;width:438.45pt;height:453.7pt;z-index:25166233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spid="_x0000_s1026" fillcolor="#eeece1 [3214]" strokecolor="#9bbb59 [3206]" strokeweight="2pt" arcsize="10923f" w14:anchorId="0E27FB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">
                <v:textbox>
                  <w:txbxContent>
                    <w:p w:rsidRPr="00C402DE" w:rsidR="00712AC5" w:rsidP="00936C25" w:rsidRDefault="00712AC5" w14:paraId="553C655C" w14:textId="77777777">
                      <w:pPr>
                        <w:pStyle w:val="Heading1"/>
                        <w:jc w:val="center"/>
                        <w:rPr>
                          <w:rFonts w:ascii="Century Gothic" w:hAnsi="Century Gothic"/>
                          <w:color w:val="76923C" w:themeColor="accent3" w:themeShade="BF"/>
                          <w:sz w:val="52"/>
                          <w:szCs w:val="52"/>
                        </w:rPr>
                      </w:pPr>
                      <w:r w:rsidRPr="00C402DE">
                        <w:rPr>
                          <w:rFonts w:ascii="Century Gothic" w:hAnsi="Century Gothic"/>
                          <w:color w:val="76923C" w:themeColor="accent3" w:themeShade="BF"/>
                          <w:sz w:val="52"/>
                          <w:szCs w:val="52"/>
                        </w:rPr>
                        <w:t>Purpose of this Referral</w:t>
                      </w:r>
                    </w:p>
                    <w:p w:rsidRPr="00C402DE" w:rsidR="00712AC5" w:rsidP="00936C25" w:rsidRDefault="00712AC5" w14:paraId="0909698B" w14:textId="63203BDF">
                      <w:pPr>
                        <w:jc w:val="center"/>
                        <w:rPr>
                          <w:rFonts w:ascii="Century Gothic" w:hAnsi="Century Gothic"/>
                          <w:color w:val="4F6228" w:themeColor="accent3" w:themeShade="80"/>
                          <w:sz w:val="40"/>
                          <w:szCs w:val="44"/>
                        </w:rPr>
                      </w:pPr>
                      <w:r w:rsidRPr="00C402DE">
                        <w:rPr>
                          <w:rFonts w:ascii="Century Gothic" w:hAnsi="Century Gothic"/>
                          <w:color w:val="4F6228" w:themeColor="accent3" w:themeShade="80"/>
                          <w:sz w:val="40"/>
                          <w:szCs w:val="44"/>
                        </w:rPr>
                        <w:t>Thank you for considering Homebrook Woods. This form enables the school to gather the information required to assess whether Homebrook Woods can safely and effectively meet a child's needs. Please complete all relevant sections and please do not hesitate to contact Homebrook Woods if you require assistance:</w:t>
                      </w:r>
                    </w:p>
                    <w:p w:rsidRPr="00C402DE" w:rsidR="00712AC5" w:rsidP="00936C25" w:rsidRDefault="00712AC5" w14:paraId="4922BB48" w14:textId="77777777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color w:val="4F6228" w:themeColor="accent3" w:themeShade="80"/>
                          <w:sz w:val="40"/>
                          <w:szCs w:val="44"/>
                        </w:rPr>
                      </w:pPr>
                      <w:hyperlink w:history="1" r:id="rId10">
                        <w:r w:rsidRPr="00C402DE">
                          <w:rPr>
                            <w:rStyle w:val="Hyperlink"/>
                            <w:rFonts w:ascii="Century Gothic" w:hAnsi="Century Gothic"/>
                            <w:color w:val="4F6228" w:themeColor="accent3" w:themeShade="80"/>
                            <w:sz w:val="40"/>
                            <w:szCs w:val="44"/>
                          </w:rPr>
                          <w:t>admissions@homebrookwoods.co.uk</w:t>
                        </w:r>
                      </w:hyperlink>
                      <w:r w:rsidRPr="00C402DE">
                        <w:rPr>
                          <w:rFonts w:ascii="Century Gothic" w:hAnsi="Century Gothic"/>
                          <w:color w:val="4F6228" w:themeColor="accent3" w:themeShade="80"/>
                          <w:sz w:val="40"/>
                          <w:szCs w:val="44"/>
                        </w:rPr>
                        <w:t xml:space="preserve">             </w:t>
                      </w:r>
                      <w:r w:rsidRPr="00C402DE">
                        <w:rPr>
                          <w:rFonts w:ascii="Century Gothic" w:hAnsi="Century Gothic"/>
                          <w:b/>
                          <w:bCs/>
                          <w:color w:val="4F6228" w:themeColor="accent3" w:themeShade="80"/>
                          <w:sz w:val="40"/>
                          <w:szCs w:val="44"/>
                        </w:rPr>
                        <w:t>07706 473040</w:t>
                      </w:r>
                    </w:p>
                    <w:p w:rsidR="00712AC5" w:rsidP="00BC6155" w:rsidRDefault="00712AC5" w14:paraId="5477A56D" w14:textId="77777777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566031" w:rsidP="00835B82" w:rsidRDefault="00566031" w14:paraId="210E6C12" w14:textId="0D0067D3">
      <w:pPr>
        <w:spacing w:before="100" w:beforeAutospacing="1" w:after="100" w:afterAutospacing="1" w:line="240" w:lineRule="auto"/>
        <w:outlineLvl w:val="2"/>
        <w:rPr>
          <w:rFonts w:ascii="Century Gothic" w:hAnsi="Century Gothic" w:eastAsia="Times New Roman" w:cs="Times New Roman"/>
          <w:b/>
          <w:bCs/>
          <w:color w:val="76923C" w:themeColor="accent3" w:themeShade="BF"/>
          <w:sz w:val="28"/>
          <w:szCs w:val="28"/>
          <w:u w:val="single"/>
          <w:lang w:val="en-GB" w:eastAsia="en-GB"/>
        </w:rPr>
      </w:pPr>
    </w:p>
    <w:p w:rsidR="00566031" w:rsidP="00835B82" w:rsidRDefault="00566031" w14:paraId="3BD6C1A9" w14:textId="08423733">
      <w:pPr>
        <w:spacing w:before="100" w:beforeAutospacing="1" w:after="100" w:afterAutospacing="1" w:line="240" w:lineRule="auto"/>
        <w:outlineLvl w:val="2"/>
        <w:rPr>
          <w:rFonts w:ascii="Century Gothic" w:hAnsi="Century Gothic" w:eastAsia="Times New Roman" w:cs="Times New Roman"/>
          <w:b/>
          <w:bCs/>
          <w:color w:val="76923C" w:themeColor="accent3" w:themeShade="BF"/>
          <w:sz w:val="28"/>
          <w:szCs w:val="28"/>
          <w:u w:val="single"/>
          <w:lang w:val="en-GB" w:eastAsia="en-GB"/>
        </w:rPr>
      </w:pPr>
    </w:p>
    <w:p w:rsidR="00BD0D9B" w:rsidP="00835B82" w:rsidRDefault="00BD0D9B" w14:paraId="4E4535C6" w14:textId="3BDF905B">
      <w:pPr>
        <w:spacing w:before="100" w:beforeAutospacing="1" w:after="100" w:afterAutospacing="1" w:line="240" w:lineRule="auto"/>
        <w:outlineLvl w:val="2"/>
        <w:rPr>
          <w:rFonts w:ascii="Century Gothic" w:hAnsi="Century Gothic" w:eastAsia="Times New Roman" w:cs="Times New Roman"/>
          <w:b/>
          <w:bCs/>
          <w:color w:val="76923C" w:themeColor="accent3" w:themeShade="BF"/>
          <w:sz w:val="28"/>
          <w:szCs w:val="28"/>
          <w:u w:val="single"/>
          <w:lang w:val="en-GB" w:eastAsia="en-GB"/>
        </w:rPr>
      </w:pPr>
    </w:p>
    <w:p w:rsidR="00595601" w:rsidP="00835B82" w:rsidRDefault="00595601" w14:paraId="08700B9F" w14:textId="36BBCD62">
      <w:pPr>
        <w:spacing w:before="100" w:beforeAutospacing="1" w:after="100" w:afterAutospacing="1" w:line="240" w:lineRule="auto"/>
        <w:outlineLvl w:val="2"/>
        <w:rPr>
          <w:rFonts w:ascii="Century Gothic" w:hAnsi="Century Gothic" w:eastAsia="Times New Roman" w:cs="Times New Roman"/>
          <w:b/>
          <w:bCs/>
          <w:color w:val="76923C" w:themeColor="accent3" w:themeShade="BF"/>
          <w:sz w:val="28"/>
          <w:szCs w:val="28"/>
          <w:u w:val="single"/>
          <w:lang w:val="en-GB" w:eastAsia="en-GB"/>
        </w:rPr>
      </w:pPr>
    </w:p>
    <w:p w:rsidRPr="008C0702" w:rsidR="007869BE" w:rsidP="00835B82" w:rsidRDefault="007869BE" w14:paraId="04F35813" w14:textId="7F81496F">
      <w:pPr>
        <w:spacing w:before="100" w:beforeAutospacing="1" w:after="100" w:afterAutospacing="1" w:line="240" w:lineRule="auto"/>
        <w:rPr>
          <w:rFonts w:ascii="Century Gothic" w:hAnsi="Century Gothic" w:eastAsia="Times New Roman" w:cs="Segoe UI Symbol"/>
          <w:b/>
          <w:bCs/>
          <w:sz w:val="20"/>
          <w:szCs w:val="20"/>
          <w:lang w:val="en-GB" w:eastAsia="en-GB"/>
        </w:rPr>
      </w:pPr>
    </w:p>
    <w:p w:rsidR="00BD0D9B" w:rsidP="007869BE" w:rsidRDefault="00BD0D9B" w14:paraId="6D503E54" w14:textId="264181D5">
      <w:pPr>
        <w:spacing w:before="100" w:beforeAutospacing="1" w:after="100" w:afterAutospacing="1" w:line="240" w:lineRule="auto"/>
        <w:outlineLvl w:val="2"/>
        <w:rPr>
          <w:rFonts w:ascii="Century Gothic" w:hAnsi="Century Gothic" w:eastAsia="Times New Roman" w:cs="Times New Roman"/>
          <w:b/>
          <w:bCs/>
          <w:color w:val="76923C" w:themeColor="accent3" w:themeShade="BF"/>
          <w:sz w:val="28"/>
          <w:szCs w:val="28"/>
          <w:lang w:val="en-GB" w:eastAsia="en-GB"/>
        </w:rPr>
      </w:pPr>
    </w:p>
    <w:p w:rsidR="00BD0D9B" w:rsidP="007869BE" w:rsidRDefault="00BD0D9B" w14:paraId="10AFF0ED" w14:textId="17692811">
      <w:pPr>
        <w:spacing w:before="100" w:beforeAutospacing="1" w:after="100" w:afterAutospacing="1" w:line="240" w:lineRule="auto"/>
        <w:outlineLvl w:val="2"/>
        <w:rPr>
          <w:rFonts w:ascii="Century Gothic" w:hAnsi="Century Gothic" w:eastAsia="Times New Roman" w:cs="Times New Roman"/>
          <w:b/>
          <w:bCs/>
          <w:color w:val="76923C" w:themeColor="accent3" w:themeShade="BF"/>
          <w:sz w:val="28"/>
          <w:szCs w:val="28"/>
          <w:lang w:val="en-GB" w:eastAsia="en-GB"/>
        </w:rPr>
      </w:pPr>
    </w:p>
    <w:p w:rsidR="00BD0D9B" w:rsidP="007869BE" w:rsidRDefault="00BD0D9B" w14:paraId="3249A265" w14:textId="18D86913">
      <w:pPr>
        <w:spacing w:before="100" w:beforeAutospacing="1" w:after="100" w:afterAutospacing="1" w:line="240" w:lineRule="auto"/>
        <w:outlineLvl w:val="2"/>
        <w:rPr>
          <w:rFonts w:ascii="Century Gothic" w:hAnsi="Century Gothic" w:eastAsia="Times New Roman" w:cs="Times New Roman"/>
          <w:b/>
          <w:bCs/>
          <w:color w:val="76923C" w:themeColor="accent3" w:themeShade="BF"/>
          <w:sz w:val="28"/>
          <w:szCs w:val="28"/>
          <w:lang w:val="en-GB" w:eastAsia="en-GB"/>
        </w:rPr>
      </w:pPr>
    </w:p>
    <w:p w:rsidR="00BD0D9B" w:rsidP="007869BE" w:rsidRDefault="00BD0D9B" w14:paraId="282DBE74" w14:textId="3BAABBA5">
      <w:pPr>
        <w:spacing w:before="100" w:beforeAutospacing="1" w:after="100" w:afterAutospacing="1" w:line="240" w:lineRule="auto"/>
        <w:outlineLvl w:val="2"/>
        <w:rPr>
          <w:rFonts w:ascii="Century Gothic" w:hAnsi="Century Gothic" w:eastAsia="Times New Roman" w:cs="Times New Roman"/>
          <w:b/>
          <w:bCs/>
          <w:color w:val="76923C" w:themeColor="accent3" w:themeShade="BF"/>
          <w:sz w:val="28"/>
          <w:szCs w:val="28"/>
          <w:lang w:val="en-GB" w:eastAsia="en-GB"/>
        </w:rPr>
      </w:pPr>
    </w:p>
    <w:p w:rsidR="00BD0D9B" w:rsidP="007869BE" w:rsidRDefault="00BD0D9B" w14:paraId="0231CD9D" w14:textId="20DCCF0E">
      <w:pPr>
        <w:spacing w:before="100" w:beforeAutospacing="1" w:after="100" w:afterAutospacing="1" w:line="240" w:lineRule="auto"/>
        <w:outlineLvl w:val="2"/>
        <w:rPr>
          <w:rFonts w:ascii="Century Gothic" w:hAnsi="Century Gothic" w:eastAsia="Times New Roman" w:cs="Times New Roman"/>
          <w:b/>
          <w:bCs/>
          <w:color w:val="76923C" w:themeColor="accent3" w:themeShade="BF"/>
          <w:sz w:val="28"/>
          <w:szCs w:val="28"/>
          <w:lang w:val="en-GB" w:eastAsia="en-GB"/>
        </w:rPr>
      </w:pPr>
    </w:p>
    <w:p w:rsidR="00BD0D9B" w:rsidP="007869BE" w:rsidRDefault="00BD0D9B" w14:paraId="4880B874" w14:textId="6A030ADF">
      <w:pPr>
        <w:spacing w:before="100" w:beforeAutospacing="1" w:after="100" w:afterAutospacing="1" w:line="240" w:lineRule="auto"/>
        <w:outlineLvl w:val="2"/>
        <w:rPr>
          <w:rFonts w:ascii="Century Gothic" w:hAnsi="Century Gothic" w:eastAsia="Times New Roman" w:cs="Times New Roman"/>
          <w:b/>
          <w:bCs/>
          <w:color w:val="76923C" w:themeColor="accent3" w:themeShade="BF"/>
          <w:sz w:val="28"/>
          <w:szCs w:val="28"/>
          <w:lang w:val="en-GB" w:eastAsia="en-GB"/>
        </w:rPr>
      </w:pPr>
    </w:p>
    <w:p w:rsidR="00BD0D9B" w:rsidP="007869BE" w:rsidRDefault="00BD0D9B" w14:paraId="2F53F04C" w14:textId="245ABFCB">
      <w:pPr>
        <w:spacing w:before="100" w:beforeAutospacing="1" w:after="100" w:afterAutospacing="1" w:line="240" w:lineRule="auto"/>
        <w:outlineLvl w:val="2"/>
        <w:rPr>
          <w:rFonts w:ascii="Century Gothic" w:hAnsi="Century Gothic" w:eastAsia="Times New Roman" w:cs="Times New Roman"/>
          <w:b/>
          <w:bCs/>
          <w:color w:val="76923C" w:themeColor="accent3" w:themeShade="BF"/>
          <w:sz w:val="28"/>
          <w:szCs w:val="28"/>
          <w:lang w:val="en-GB" w:eastAsia="en-GB"/>
        </w:rPr>
      </w:pPr>
    </w:p>
    <w:p w:rsidR="00BD0D9B" w:rsidP="007869BE" w:rsidRDefault="00BD0D9B" w14:paraId="39713039" w14:textId="183F1A1E">
      <w:pPr>
        <w:spacing w:before="100" w:beforeAutospacing="1" w:after="100" w:afterAutospacing="1" w:line="240" w:lineRule="auto"/>
        <w:outlineLvl w:val="2"/>
        <w:rPr>
          <w:rFonts w:ascii="Century Gothic" w:hAnsi="Century Gothic" w:eastAsia="Times New Roman" w:cs="Times New Roman"/>
          <w:b/>
          <w:bCs/>
          <w:color w:val="76923C" w:themeColor="accent3" w:themeShade="BF"/>
          <w:sz w:val="28"/>
          <w:szCs w:val="28"/>
          <w:lang w:val="en-GB" w:eastAsia="en-GB"/>
        </w:rPr>
      </w:pPr>
    </w:p>
    <w:p w:rsidR="00C402DE" w:rsidP="007869BE" w:rsidRDefault="00C402DE" w14:paraId="741B8EEB" w14:textId="77777777">
      <w:pPr>
        <w:spacing w:before="100" w:beforeAutospacing="1" w:after="100" w:afterAutospacing="1" w:line="240" w:lineRule="auto"/>
        <w:outlineLvl w:val="2"/>
        <w:rPr>
          <w:rFonts w:ascii="Century Gothic" w:hAnsi="Century Gothic" w:eastAsia="Times New Roman" w:cs="Times New Roman"/>
          <w:b/>
          <w:bCs/>
          <w:color w:val="76923C" w:themeColor="accent3" w:themeShade="BF"/>
          <w:sz w:val="28"/>
          <w:szCs w:val="28"/>
          <w:lang w:val="en-GB" w:eastAsia="en-GB"/>
        </w:rPr>
      </w:pPr>
    </w:p>
    <w:p w:rsidR="00C402DE" w:rsidP="007869BE" w:rsidRDefault="00C402DE" w14:paraId="33AEAAC6" w14:textId="77777777">
      <w:pPr>
        <w:spacing w:before="100" w:beforeAutospacing="1" w:after="100" w:afterAutospacing="1" w:line="240" w:lineRule="auto"/>
        <w:outlineLvl w:val="2"/>
        <w:rPr>
          <w:rFonts w:ascii="Century Gothic" w:hAnsi="Century Gothic" w:eastAsia="Times New Roman" w:cs="Times New Roman"/>
          <w:b/>
          <w:bCs/>
          <w:color w:val="76923C" w:themeColor="accent3" w:themeShade="BF"/>
          <w:sz w:val="28"/>
          <w:szCs w:val="28"/>
          <w:lang w:val="en-GB" w:eastAsia="en-GB"/>
        </w:rPr>
      </w:pPr>
    </w:p>
    <w:p w:rsidR="00C402DE" w:rsidP="007869BE" w:rsidRDefault="00C402DE" w14:paraId="25D52FB1" w14:textId="77777777">
      <w:pPr>
        <w:spacing w:before="100" w:beforeAutospacing="1" w:after="100" w:afterAutospacing="1" w:line="240" w:lineRule="auto"/>
        <w:outlineLvl w:val="2"/>
        <w:rPr>
          <w:rFonts w:ascii="Century Gothic" w:hAnsi="Century Gothic" w:eastAsia="Times New Roman" w:cs="Times New Roman"/>
          <w:b/>
          <w:bCs/>
          <w:color w:val="76923C" w:themeColor="accent3" w:themeShade="BF"/>
          <w:sz w:val="28"/>
          <w:szCs w:val="28"/>
          <w:lang w:val="en-GB" w:eastAsia="en-GB"/>
        </w:rPr>
      </w:pPr>
    </w:p>
    <w:p w:rsidR="00C402DE" w:rsidP="007869BE" w:rsidRDefault="00C402DE" w14:paraId="74E0F55B" w14:textId="77777777">
      <w:pPr>
        <w:spacing w:before="100" w:beforeAutospacing="1" w:after="100" w:afterAutospacing="1" w:line="240" w:lineRule="auto"/>
        <w:outlineLvl w:val="2"/>
        <w:rPr>
          <w:rFonts w:ascii="Century Gothic" w:hAnsi="Century Gothic" w:eastAsia="Times New Roman" w:cs="Times New Roman"/>
          <w:b/>
          <w:bCs/>
          <w:color w:val="76923C" w:themeColor="accent3" w:themeShade="BF"/>
          <w:sz w:val="28"/>
          <w:szCs w:val="28"/>
          <w:lang w:val="en-GB" w:eastAsia="en-GB"/>
        </w:rPr>
      </w:pPr>
    </w:p>
    <w:p w:rsidR="00C402DE" w:rsidP="007869BE" w:rsidRDefault="00C402DE" w14:paraId="0D7FE431" w14:textId="77777777">
      <w:pPr>
        <w:spacing w:before="100" w:beforeAutospacing="1" w:after="100" w:afterAutospacing="1" w:line="240" w:lineRule="auto"/>
        <w:outlineLvl w:val="2"/>
        <w:rPr>
          <w:rFonts w:ascii="Century Gothic" w:hAnsi="Century Gothic" w:eastAsia="Times New Roman" w:cs="Times New Roman"/>
          <w:b/>
          <w:bCs/>
          <w:color w:val="76923C" w:themeColor="accent3" w:themeShade="BF"/>
          <w:sz w:val="28"/>
          <w:szCs w:val="28"/>
          <w:lang w:val="en-GB" w:eastAsia="en-GB"/>
        </w:rPr>
      </w:pPr>
    </w:p>
    <w:p w:rsidR="00C402DE" w:rsidP="007869BE" w:rsidRDefault="00C402DE" w14:paraId="082F2DBE" w14:textId="77777777">
      <w:pPr>
        <w:spacing w:before="100" w:beforeAutospacing="1" w:after="100" w:afterAutospacing="1" w:line="240" w:lineRule="auto"/>
        <w:outlineLvl w:val="2"/>
        <w:rPr>
          <w:rFonts w:ascii="Century Gothic" w:hAnsi="Century Gothic" w:eastAsia="Times New Roman" w:cs="Times New Roman"/>
          <w:b/>
          <w:bCs/>
          <w:color w:val="76923C" w:themeColor="accent3" w:themeShade="BF"/>
          <w:sz w:val="28"/>
          <w:szCs w:val="28"/>
          <w:lang w:val="en-GB" w:eastAsia="en-GB"/>
        </w:rPr>
      </w:pPr>
    </w:p>
    <w:p w:rsidR="00C402DE" w:rsidP="007869BE" w:rsidRDefault="00C402DE" w14:paraId="68E91C4B" w14:textId="5C8A9290">
      <w:pPr>
        <w:spacing w:before="100" w:beforeAutospacing="1" w:after="100" w:afterAutospacing="1" w:line="240" w:lineRule="auto"/>
        <w:outlineLvl w:val="2"/>
        <w:rPr>
          <w:rFonts w:ascii="Century Gothic" w:hAnsi="Century Gothic" w:eastAsia="Times New Roman" w:cs="Times New Roman"/>
          <w:b/>
          <w:bCs/>
          <w:color w:val="76923C" w:themeColor="accent3" w:themeShade="BF"/>
          <w:sz w:val="28"/>
          <w:szCs w:val="28"/>
          <w:lang w:val="en-GB" w:eastAsia="en-GB"/>
        </w:rPr>
      </w:pPr>
      <w:r w:rsidRPr="00392AC4">
        <w:rPr>
          <w:rFonts w:ascii="Century Gothic" w:hAnsi="Century Gothic"/>
          <w:b/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0E676CD4" wp14:editId="1AC1B492">
                <wp:simplePos x="0" y="0"/>
                <wp:positionH relativeFrom="margin">
                  <wp:align>center</wp:align>
                </wp:positionH>
                <wp:positionV relativeFrom="paragraph">
                  <wp:posOffset>253384</wp:posOffset>
                </wp:positionV>
                <wp:extent cx="5318125" cy="1404620"/>
                <wp:effectExtent l="0" t="0" r="15875" b="2476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18125" cy="1404620"/>
                        </a:xfrm>
                        <a:prstGeom prst="roundRect">
                          <a:avLst/>
                        </a:prstGeom>
                        <a:solidFill>
                          <a:schemeClr val="bg2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36C25" w:rsidP="00936C25" w:rsidRDefault="00C402DE" w14:paraId="6AD2D799" w14:textId="77777777">
                            <w:pPr>
                              <w:jc w:val="center"/>
                              <w:rPr>
                                <w:rFonts w:ascii="Century Gothic" w:hAnsi="Century Gothic"/>
                                <w:color w:val="4F6228" w:themeColor="accent3" w:themeShade="80"/>
                                <w:sz w:val="44"/>
                                <w:szCs w:val="48"/>
                              </w:rPr>
                            </w:pPr>
                            <w:r w:rsidRPr="00C402DE">
                              <w:rPr>
                                <w:rFonts w:ascii="Century Gothic" w:hAnsi="Century Gothic"/>
                                <w:b/>
                                <w:bCs/>
                                <w:color w:val="76923C" w:themeColor="accent3" w:themeShade="BF"/>
                                <w:sz w:val="56"/>
                                <w:szCs w:val="72"/>
                              </w:rPr>
                              <w:t>Before You Begin</w:t>
                            </w:r>
                            <w:r w:rsidRPr="00C402DE">
                              <w:rPr>
                                <w:rFonts w:ascii="Century Gothic" w:hAnsi="Century Gothic"/>
                                <w:sz w:val="44"/>
                                <w:szCs w:val="48"/>
                              </w:rPr>
                              <w:br/>
                            </w:r>
                            <w:r w:rsidRPr="00C402DE">
                              <w:rPr>
                                <w:rFonts w:ascii="Century Gothic" w:hAnsi="Century Gothic"/>
                                <w:color w:val="4F6228" w:themeColor="accent3" w:themeShade="80"/>
                                <w:sz w:val="44"/>
                                <w:szCs w:val="48"/>
                              </w:rPr>
                              <w:t xml:space="preserve">This referral form should be completed by the referring Local Authority, SEND Case Officer, SENDCO or other professional. Estimated completion time: </w:t>
                            </w:r>
                          </w:p>
                          <w:p w:rsidRPr="00C402DE" w:rsidR="00C402DE" w:rsidP="00936C25" w:rsidRDefault="00C402DE" w14:paraId="1DEB1F49" w14:textId="2396CA12">
                            <w:pPr>
                              <w:jc w:val="center"/>
                              <w:rPr>
                                <w:rFonts w:ascii="Century Gothic" w:hAnsi="Century Gothic"/>
                                <w:sz w:val="44"/>
                                <w:szCs w:val="48"/>
                              </w:rPr>
                            </w:pPr>
                            <w:r w:rsidRPr="00C402DE">
                              <w:rPr>
                                <w:rFonts w:ascii="Century Gothic" w:hAnsi="Century Gothic"/>
                                <w:color w:val="4F6228" w:themeColor="accent3" w:themeShade="80"/>
                                <w:sz w:val="44"/>
                                <w:szCs w:val="48"/>
                              </w:rPr>
                              <w:t>30–45 minutes.</w:t>
                            </w:r>
                            <w:r w:rsidRPr="00C402DE">
                              <w:rPr>
                                <w:rFonts w:ascii="Century Gothic" w:hAnsi="Century Gothic"/>
                                <w:color w:val="4F6228" w:themeColor="accent3" w:themeShade="80"/>
                                <w:sz w:val="44"/>
                                <w:szCs w:val="48"/>
                              </w:rPr>
                              <w:br/>
                            </w:r>
                            <w:r w:rsidRPr="00C402DE">
                              <w:rPr>
                                <w:rFonts w:ascii="Century Gothic" w:hAnsi="Century Gothic"/>
                                <w:color w:val="4F6228" w:themeColor="accent3" w:themeShade="80"/>
                                <w:sz w:val="44"/>
                                <w:szCs w:val="48"/>
                              </w:rPr>
                              <w:br/>
                              <w:t>Please complete all relevant sections electronically. Supporting documentation should be provided where available and may be submitted by secure email or an approved secure file-sharing system. Additional information may be requested during the admissions assessment process if required.</w:t>
                            </w:r>
                          </w:p>
                          <w:p w:rsidR="00C402DE" w:rsidP="00C402DE" w:rsidRDefault="00C402DE" w14:paraId="601C0604" w14:textId="77777777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roundrect id="_x0000_s1027" style="position:absolute;margin-left:0;margin-top:19.95pt;width:418.75pt;height:110.6pt;z-index:251670528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fillcolor="#eeece1 [3214]" strokecolor="#9bbb59 [3206]" strokeweight="2pt" arcsize="10923f" w14:anchorId="0E676CD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">
                <v:textbox style="mso-fit-shape-to-text:t">
                  <w:txbxContent>
                    <w:p w:rsidR="00936C25" w:rsidP="00936C25" w:rsidRDefault="00C402DE" w14:paraId="6AD2D799" w14:textId="77777777">
                      <w:pPr>
                        <w:jc w:val="center"/>
                        <w:rPr>
                          <w:rFonts w:ascii="Century Gothic" w:hAnsi="Century Gothic"/>
                          <w:color w:val="4F6228" w:themeColor="accent3" w:themeShade="80"/>
                          <w:sz w:val="44"/>
                          <w:szCs w:val="48"/>
                        </w:rPr>
                      </w:pPr>
                      <w:r w:rsidRPr="00C402DE">
                        <w:rPr>
                          <w:rFonts w:ascii="Century Gothic" w:hAnsi="Century Gothic"/>
                          <w:b/>
                          <w:bCs/>
                          <w:color w:val="76923C" w:themeColor="accent3" w:themeShade="BF"/>
                          <w:sz w:val="56"/>
                          <w:szCs w:val="72"/>
                        </w:rPr>
                        <w:t>Before You Begin</w:t>
                      </w:r>
                      <w:r w:rsidRPr="00C402DE">
                        <w:rPr>
                          <w:rFonts w:ascii="Century Gothic" w:hAnsi="Century Gothic"/>
                          <w:sz w:val="44"/>
                          <w:szCs w:val="48"/>
                        </w:rPr>
                        <w:br/>
                      </w:r>
                      <w:r w:rsidRPr="00C402DE">
                        <w:rPr>
                          <w:rFonts w:ascii="Century Gothic" w:hAnsi="Century Gothic"/>
                          <w:color w:val="4F6228" w:themeColor="accent3" w:themeShade="80"/>
                          <w:sz w:val="44"/>
                          <w:szCs w:val="48"/>
                        </w:rPr>
                        <w:t xml:space="preserve">This referral form should be completed by the referring Local Authority, SEND Case Officer, SENDCO or other professional. Estimated completion time: </w:t>
                      </w:r>
                    </w:p>
                    <w:p w:rsidRPr="00C402DE" w:rsidR="00C402DE" w:rsidP="00936C25" w:rsidRDefault="00C402DE" w14:paraId="1DEB1F49" w14:textId="2396CA12">
                      <w:pPr>
                        <w:jc w:val="center"/>
                        <w:rPr>
                          <w:rFonts w:ascii="Century Gothic" w:hAnsi="Century Gothic"/>
                          <w:sz w:val="44"/>
                          <w:szCs w:val="48"/>
                        </w:rPr>
                      </w:pPr>
                      <w:r w:rsidRPr="00C402DE">
                        <w:rPr>
                          <w:rFonts w:ascii="Century Gothic" w:hAnsi="Century Gothic"/>
                          <w:color w:val="4F6228" w:themeColor="accent3" w:themeShade="80"/>
                          <w:sz w:val="44"/>
                          <w:szCs w:val="48"/>
                        </w:rPr>
                        <w:t>30–45 minutes.</w:t>
                      </w:r>
                      <w:r w:rsidRPr="00C402DE">
                        <w:rPr>
                          <w:rFonts w:ascii="Century Gothic" w:hAnsi="Century Gothic"/>
                          <w:color w:val="4F6228" w:themeColor="accent3" w:themeShade="80"/>
                          <w:sz w:val="44"/>
                          <w:szCs w:val="48"/>
                        </w:rPr>
                        <w:br/>
                      </w:r>
                      <w:r w:rsidRPr="00C402DE">
                        <w:rPr>
                          <w:rFonts w:ascii="Century Gothic" w:hAnsi="Century Gothic"/>
                          <w:color w:val="4F6228" w:themeColor="accent3" w:themeShade="80"/>
                          <w:sz w:val="44"/>
                          <w:szCs w:val="48"/>
                        </w:rPr>
                        <w:br/>
                        <w:t>Please complete all relevant sections electronically. Supporting documentation should be provided where available and may be submitted by secure email or an approved secure file-sharing system. Additional information may be requested during the admissions assessment process if required.</w:t>
                      </w:r>
                    </w:p>
                    <w:p w:rsidR="00C402DE" w:rsidP="00C402DE" w:rsidRDefault="00C402DE" w14:paraId="601C0604" w14:textId="77777777"/>
                  </w:txbxContent>
                </v:textbox>
                <w10:wrap anchorx="margin"/>
              </v:roundrect>
            </w:pict>
          </mc:Fallback>
        </mc:AlternateContent>
      </w:r>
    </w:p>
    <w:p w:rsidR="00C402DE" w:rsidP="007869BE" w:rsidRDefault="00C402DE" w14:paraId="643AE5A9" w14:textId="77777777">
      <w:pPr>
        <w:spacing w:before="100" w:beforeAutospacing="1" w:after="100" w:afterAutospacing="1" w:line="240" w:lineRule="auto"/>
        <w:outlineLvl w:val="2"/>
        <w:rPr>
          <w:rFonts w:ascii="Century Gothic" w:hAnsi="Century Gothic" w:eastAsia="Times New Roman" w:cs="Times New Roman"/>
          <w:b/>
          <w:bCs/>
          <w:color w:val="76923C" w:themeColor="accent3" w:themeShade="BF"/>
          <w:sz w:val="28"/>
          <w:szCs w:val="28"/>
          <w:lang w:val="en-GB" w:eastAsia="en-GB"/>
        </w:rPr>
      </w:pPr>
    </w:p>
    <w:p w:rsidR="00C402DE" w:rsidP="007869BE" w:rsidRDefault="00C402DE" w14:paraId="2DF9128D" w14:textId="0F44D75A">
      <w:pPr>
        <w:spacing w:before="100" w:beforeAutospacing="1" w:after="100" w:afterAutospacing="1" w:line="240" w:lineRule="auto"/>
        <w:outlineLvl w:val="2"/>
        <w:rPr>
          <w:rFonts w:ascii="Century Gothic" w:hAnsi="Century Gothic" w:eastAsia="Times New Roman" w:cs="Times New Roman"/>
          <w:b/>
          <w:bCs/>
          <w:color w:val="76923C" w:themeColor="accent3" w:themeShade="BF"/>
          <w:sz w:val="28"/>
          <w:szCs w:val="28"/>
          <w:lang w:val="en-GB" w:eastAsia="en-GB"/>
        </w:rPr>
      </w:pPr>
    </w:p>
    <w:p w:rsidR="00C402DE" w:rsidP="007869BE" w:rsidRDefault="00C402DE" w14:paraId="6A6B8984" w14:textId="77777777">
      <w:pPr>
        <w:spacing w:before="100" w:beforeAutospacing="1" w:after="100" w:afterAutospacing="1" w:line="240" w:lineRule="auto"/>
        <w:outlineLvl w:val="2"/>
        <w:rPr>
          <w:rFonts w:ascii="Century Gothic" w:hAnsi="Century Gothic" w:eastAsia="Times New Roman" w:cs="Times New Roman"/>
          <w:b/>
          <w:bCs/>
          <w:color w:val="76923C" w:themeColor="accent3" w:themeShade="BF"/>
          <w:sz w:val="28"/>
          <w:szCs w:val="28"/>
          <w:lang w:val="en-GB" w:eastAsia="en-GB"/>
        </w:rPr>
      </w:pPr>
    </w:p>
    <w:p w:rsidR="00C402DE" w:rsidP="007869BE" w:rsidRDefault="00C402DE" w14:paraId="7C5ED34A" w14:textId="4ED1AA99">
      <w:pPr>
        <w:spacing w:before="100" w:beforeAutospacing="1" w:after="100" w:afterAutospacing="1" w:line="240" w:lineRule="auto"/>
        <w:outlineLvl w:val="2"/>
        <w:rPr>
          <w:rFonts w:ascii="Century Gothic" w:hAnsi="Century Gothic" w:eastAsia="Times New Roman" w:cs="Times New Roman"/>
          <w:b/>
          <w:bCs/>
          <w:color w:val="76923C" w:themeColor="accent3" w:themeShade="BF"/>
          <w:sz w:val="28"/>
          <w:szCs w:val="28"/>
          <w:lang w:val="en-GB" w:eastAsia="en-GB"/>
        </w:rPr>
      </w:pPr>
    </w:p>
    <w:p w:rsidR="00C402DE" w:rsidP="007869BE" w:rsidRDefault="00C402DE" w14:paraId="17D1CDA5" w14:textId="77777777">
      <w:pPr>
        <w:spacing w:before="100" w:beforeAutospacing="1" w:after="100" w:afterAutospacing="1" w:line="240" w:lineRule="auto"/>
        <w:outlineLvl w:val="2"/>
        <w:rPr>
          <w:rFonts w:ascii="Century Gothic" w:hAnsi="Century Gothic" w:eastAsia="Times New Roman" w:cs="Times New Roman"/>
          <w:b/>
          <w:bCs/>
          <w:color w:val="76923C" w:themeColor="accent3" w:themeShade="BF"/>
          <w:sz w:val="28"/>
          <w:szCs w:val="28"/>
          <w:lang w:val="en-GB" w:eastAsia="en-GB"/>
        </w:rPr>
      </w:pPr>
    </w:p>
    <w:p w:rsidR="00C402DE" w:rsidP="007869BE" w:rsidRDefault="00C402DE" w14:paraId="10D10A3A" w14:textId="77777777">
      <w:pPr>
        <w:spacing w:before="100" w:beforeAutospacing="1" w:after="100" w:afterAutospacing="1" w:line="240" w:lineRule="auto"/>
        <w:outlineLvl w:val="2"/>
        <w:rPr>
          <w:rFonts w:ascii="Century Gothic" w:hAnsi="Century Gothic" w:eastAsia="Times New Roman" w:cs="Times New Roman"/>
          <w:b/>
          <w:bCs/>
          <w:color w:val="76923C" w:themeColor="accent3" w:themeShade="BF"/>
          <w:sz w:val="28"/>
          <w:szCs w:val="28"/>
          <w:lang w:val="en-GB" w:eastAsia="en-GB"/>
        </w:rPr>
      </w:pPr>
    </w:p>
    <w:p w:rsidR="00C402DE" w:rsidP="007869BE" w:rsidRDefault="00C402DE" w14:paraId="1F78410E" w14:textId="77777777">
      <w:pPr>
        <w:spacing w:before="100" w:beforeAutospacing="1" w:after="100" w:afterAutospacing="1" w:line="240" w:lineRule="auto"/>
        <w:outlineLvl w:val="2"/>
        <w:rPr>
          <w:rFonts w:ascii="Century Gothic" w:hAnsi="Century Gothic" w:eastAsia="Times New Roman" w:cs="Times New Roman"/>
          <w:b/>
          <w:bCs/>
          <w:color w:val="76923C" w:themeColor="accent3" w:themeShade="BF"/>
          <w:sz w:val="28"/>
          <w:szCs w:val="28"/>
          <w:lang w:val="en-GB" w:eastAsia="en-GB"/>
        </w:rPr>
      </w:pPr>
    </w:p>
    <w:p w:rsidR="00C402DE" w:rsidP="007869BE" w:rsidRDefault="00C402DE" w14:paraId="22F27448" w14:textId="77777777">
      <w:pPr>
        <w:spacing w:before="100" w:beforeAutospacing="1" w:after="100" w:afterAutospacing="1" w:line="240" w:lineRule="auto"/>
        <w:outlineLvl w:val="2"/>
        <w:rPr>
          <w:rFonts w:ascii="Century Gothic" w:hAnsi="Century Gothic" w:eastAsia="Times New Roman" w:cs="Times New Roman"/>
          <w:b/>
          <w:bCs/>
          <w:color w:val="76923C" w:themeColor="accent3" w:themeShade="BF"/>
          <w:sz w:val="28"/>
          <w:szCs w:val="28"/>
          <w:lang w:val="en-GB" w:eastAsia="en-GB"/>
        </w:rPr>
      </w:pPr>
    </w:p>
    <w:p w:rsidR="00C402DE" w:rsidP="007869BE" w:rsidRDefault="00C402DE" w14:paraId="6E64512E" w14:textId="77777777">
      <w:pPr>
        <w:spacing w:before="100" w:beforeAutospacing="1" w:after="100" w:afterAutospacing="1" w:line="240" w:lineRule="auto"/>
        <w:outlineLvl w:val="2"/>
        <w:rPr>
          <w:rFonts w:ascii="Century Gothic" w:hAnsi="Century Gothic" w:eastAsia="Times New Roman" w:cs="Times New Roman"/>
          <w:b/>
          <w:bCs/>
          <w:color w:val="76923C" w:themeColor="accent3" w:themeShade="BF"/>
          <w:sz w:val="28"/>
          <w:szCs w:val="28"/>
          <w:lang w:val="en-GB" w:eastAsia="en-GB"/>
        </w:rPr>
      </w:pPr>
    </w:p>
    <w:p w:rsidR="00C402DE" w:rsidP="007869BE" w:rsidRDefault="00C402DE" w14:paraId="0FAFFCE5" w14:textId="77777777">
      <w:pPr>
        <w:spacing w:before="100" w:beforeAutospacing="1" w:after="100" w:afterAutospacing="1" w:line="240" w:lineRule="auto"/>
        <w:outlineLvl w:val="2"/>
        <w:rPr>
          <w:rFonts w:ascii="Century Gothic" w:hAnsi="Century Gothic" w:eastAsia="Times New Roman" w:cs="Times New Roman"/>
          <w:b/>
          <w:bCs/>
          <w:color w:val="76923C" w:themeColor="accent3" w:themeShade="BF"/>
          <w:sz w:val="28"/>
          <w:szCs w:val="28"/>
          <w:lang w:val="en-GB" w:eastAsia="en-GB"/>
        </w:rPr>
      </w:pPr>
    </w:p>
    <w:p w:rsidR="00C402DE" w:rsidP="007869BE" w:rsidRDefault="00C402DE" w14:paraId="3933D479" w14:textId="77777777">
      <w:pPr>
        <w:spacing w:before="100" w:beforeAutospacing="1" w:after="100" w:afterAutospacing="1" w:line="240" w:lineRule="auto"/>
        <w:outlineLvl w:val="2"/>
        <w:rPr>
          <w:rFonts w:ascii="Century Gothic" w:hAnsi="Century Gothic" w:eastAsia="Times New Roman" w:cs="Times New Roman"/>
          <w:b/>
          <w:bCs/>
          <w:color w:val="76923C" w:themeColor="accent3" w:themeShade="BF"/>
          <w:sz w:val="28"/>
          <w:szCs w:val="28"/>
          <w:lang w:val="en-GB" w:eastAsia="en-GB"/>
        </w:rPr>
      </w:pPr>
    </w:p>
    <w:p w:rsidR="00C402DE" w:rsidP="007869BE" w:rsidRDefault="00C402DE" w14:paraId="6776CBB2" w14:textId="77777777">
      <w:pPr>
        <w:spacing w:before="100" w:beforeAutospacing="1" w:after="100" w:afterAutospacing="1" w:line="240" w:lineRule="auto"/>
        <w:outlineLvl w:val="2"/>
        <w:rPr>
          <w:rFonts w:ascii="Century Gothic" w:hAnsi="Century Gothic" w:eastAsia="Times New Roman" w:cs="Times New Roman"/>
          <w:b/>
          <w:bCs/>
          <w:color w:val="76923C" w:themeColor="accent3" w:themeShade="BF"/>
          <w:sz w:val="28"/>
          <w:szCs w:val="28"/>
          <w:lang w:val="en-GB" w:eastAsia="en-GB"/>
        </w:rPr>
      </w:pPr>
    </w:p>
    <w:p w:rsidR="00C402DE" w:rsidP="007869BE" w:rsidRDefault="00C402DE" w14:paraId="3BEBB2E1" w14:textId="77777777">
      <w:pPr>
        <w:spacing w:before="100" w:beforeAutospacing="1" w:after="100" w:afterAutospacing="1" w:line="240" w:lineRule="auto"/>
        <w:outlineLvl w:val="2"/>
        <w:rPr>
          <w:rFonts w:ascii="Century Gothic" w:hAnsi="Century Gothic" w:eastAsia="Times New Roman" w:cs="Times New Roman"/>
          <w:b/>
          <w:bCs/>
          <w:color w:val="76923C" w:themeColor="accent3" w:themeShade="BF"/>
          <w:sz w:val="28"/>
          <w:szCs w:val="28"/>
          <w:lang w:val="en-GB" w:eastAsia="en-GB"/>
        </w:rPr>
      </w:pPr>
    </w:p>
    <w:p w:rsidR="00C402DE" w:rsidP="007869BE" w:rsidRDefault="00C402DE" w14:paraId="41BEA66B" w14:textId="77777777">
      <w:pPr>
        <w:spacing w:before="100" w:beforeAutospacing="1" w:after="100" w:afterAutospacing="1" w:line="240" w:lineRule="auto"/>
        <w:outlineLvl w:val="2"/>
        <w:rPr>
          <w:rFonts w:ascii="Century Gothic" w:hAnsi="Century Gothic" w:eastAsia="Times New Roman" w:cs="Times New Roman"/>
          <w:b/>
          <w:bCs/>
          <w:color w:val="76923C" w:themeColor="accent3" w:themeShade="BF"/>
          <w:sz w:val="28"/>
          <w:szCs w:val="28"/>
          <w:lang w:val="en-GB" w:eastAsia="en-GB"/>
        </w:rPr>
      </w:pPr>
    </w:p>
    <w:p w:rsidR="00C402DE" w:rsidP="007869BE" w:rsidRDefault="00C402DE" w14:paraId="7953720F" w14:textId="77777777">
      <w:pPr>
        <w:spacing w:before="100" w:beforeAutospacing="1" w:after="100" w:afterAutospacing="1" w:line="240" w:lineRule="auto"/>
        <w:outlineLvl w:val="2"/>
        <w:rPr>
          <w:rFonts w:ascii="Century Gothic" w:hAnsi="Century Gothic" w:eastAsia="Times New Roman" w:cs="Times New Roman"/>
          <w:b/>
          <w:bCs/>
          <w:color w:val="76923C" w:themeColor="accent3" w:themeShade="BF"/>
          <w:sz w:val="28"/>
          <w:szCs w:val="28"/>
          <w:lang w:val="en-GB" w:eastAsia="en-GB"/>
        </w:rPr>
      </w:pPr>
    </w:p>
    <w:p w:rsidR="00BD0D9B" w:rsidP="007869BE" w:rsidRDefault="00BD0D9B" w14:paraId="173F055B" w14:textId="049AD9CA">
      <w:pPr>
        <w:spacing w:before="100" w:beforeAutospacing="1" w:after="100" w:afterAutospacing="1" w:line="240" w:lineRule="auto"/>
        <w:outlineLvl w:val="2"/>
        <w:rPr>
          <w:rFonts w:ascii="Century Gothic" w:hAnsi="Century Gothic" w:eastAsia="Times New Roman" w:cs="Times New Roman"/>
          <w:b/>
          <w:bCs/>
          <w:color w:val="76923C" w:themeColor="accent3" w:themeShade="BF"/>
          <w:sz w:val="28"/>
          <w:szCs w:val="28"/>
          <w:lang w:val="en-GB" w:eastAsia="en-GB"/>
        </w:rPr>
      </w:pPr>
    </w:p>
    <w:p w:rsidR="00BD0D9B" w:rsidP="007869BE" w:rsidRDefault="00BD0D9B" w14:paraId="604351B0" w14:textId="7AEA1E88">
      <w:pPr>
        <w:spacing w:before="100" w:beforeAutospacing="1" w:after="100" w:afterAutospacing="1" w:line="240" w:lineRule="auto"/>
        <w:outlineLvl w:val="2"/>
        <w:rPr>
          <w:rFonts w:ascii="Century Gothic" w:hAnsi="Century Gothic" w:eastAsia="Times New Roman" w:cs="Times New Roman"/>
          <w:b/>
          <w:bCs/>
          <w:color w:val="76923C" w:themeColor="accent3" w:themeShade="BF"/>
          <w:sz w:val="28"/>
          <w:szCs w:val="28"/>
          <w:lang w:val="en-GB" w:eastAsia="en-GB"/>
        </w:rPr>
      </w:pPr>
    </w:p>
    <w:p w:rsidR="00BD0D9B" w:rsidP="007869BE" w:rsidRDefault="00BD0D9B" w14:paraId="03E676AE" w14:textId="27C6379A">
      <w:pPr>
        <w:spacing w:before="100" w:beforeAutospacing="1" w:after="100" w:afterAutospacing="1" w:line="240" w:lineRule="auto"/>
        <w:outlineLvl w:val="2"/>
        <w:rPr>
          <w:rFonts w:ascii="Century Gothic" w:hAnsi="Century Gothic" w:eastAsia="Times New Roman" w:cs="Times New Roman"/>
          <w:b/>
          <w:bCs/>
          <w:color w:val="76923C" w:themeColor="accent3" w:themeShade="BF"/>
          <w:sz w:val="28"/>
          <w:szCs w:val="28"/>
          <w:lang w:val="en-GB" w:eastAsia="en-GB"/>
        </w:rPr>
      </w:pPr>
    </w:p>
    <w:p w:rsidR="00BD0D9B" w:rsidP="007869BE" w:rsidRDefault="00BD0D9B" w14:paraId="7A8C1044" w14:textId="77777777">
      <w:pPr>
        <w:spacing w:before="100" w:beforeAutospacing="1" w:after="100" w:afterAutospacing="1" w:line="240" w:lineRule="auto"/>
        <w:outlineLvl w:val="2"/>
        <w:rPr>
          <w:rFonts w:ascii="Century Gothic" w:hAnsi="Century Gothic" w:eastAsia="Times New Roman" w:cs="Times New Roman"/>
          <w:b/>
          <w:bCs/>
          <w:color w:val="76923C" w:themeColor="accent3" w:themeShade="BF"/>
          <w:sz w:val="28"/>
          <w:szCs w:val="28"/>
          <w:lang w:val="en-GB" w:eastAsia="en-GB"/>
        </w:rPr>
      </w:pPr>
    </w:p>
    <w:p w:rsidR="00C402DE" w:rsidP="007869BE" w:rsidRDefault="00C402DE" w14:paraId="7798DEC6" w14:textId="77777777">
      <w:pPr>
        <w:spacing w:before="100" w:beforeAutospacing="1" w:after="100" w:afterAutospacing="1" w:line="240" w:lineRule="auto"/>
        <w:outlineLvl w:val="2"/>
        <w:rPr>
          <w:rFonts w:ascii="Century Gothic" w:hAnsi="Century Gothic" w:eastAsia="Times New Roman" w:cs="Times New Roman"/>
          <w:b/>
          <w:bCs/>
          <w:color w:val="76923C" w:themeColor="accent3" w:themeShade="BF"/>
          <w:sz w:val="28"/>
          <w:szCs w:val="28"/>
          <w:lang w:val="en-GB" w:eastAsia="en-GB"/>
        </w:rPr>
      </w:pPr>
    </w:p>
    <w:p w:rsidR="00DA0368" w:rsidP="007869BE" w:rsidRDefault="00DA0368" w14:paraId="2E7B2A9F" w14:textId="77777777">
      <w:pPr>
        <w:spacing w:before="100" w:beforeAutospacing="1" w:after="100" w:afterAutospacing="1" w:line="240" w:lineRule="auto"/>
        <w:outlineLvl w:val="2"/>
        <w:rPr>
          <w:rFonts w:ascii="Century Gothic" w:hAnsi="Century Gothic" w:eastAsia="Times New Roman" w:cs="Times New Roman"/>
          <w:b/>
          <w:bCs/>
          <w:color w:val="76923C" w:themeColor="accent3" w:themeShade="BF"/>
          <w:sz w:val="28"/>
          <w:szCs w:val="28"/>
          <w:lang w:val="en-GB" w:eastAsia="en-GB"/>
        </w:rPr>
      </w:pPr>
    </w:p>
    <w:p w:rsidR="00C402DE" w:rsidP="007869BE" w:rsidRDefault="008E75D1" w14:paraId="11D3CA75" w14:textId="2623FCB7">
      <w:pPr>
        <w:spacing w:before="100" w:beforeAutospacing="1" w:after="100" w:afterAutospacing="1" w:line="240" w:lineRule="auto"/>
        <w:outlineLvl w:val="2"/>
        <w:rPr>
          <w:rFonts w:ascii="Century Gothic" w:hAnsi="Century Gothic" w:eastAsia="Times New Roman" w:cs="Times New Roman"/>
          <w:b/>
          <w:bCs/>
          <w:color w:val="76923C" w:themeColor="accent3" w:themeShade="BF"/>
          <w:sz w:val="28"/>
          <w:szCs w:val="28"/>
          <w:lang w:val="en-GB" w:eastAsia="en-GB"/>
        </w:rPr>
      </w:pPr>
      <w:r w:rsidRPr="00392AC4">
        <w:rPr>
          <w:rFonts w:ascii="Century Gothic" w:hAnsi="Century Gothic"/>
          <w:b/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68F77C2C" wp14:editId="4DA2BBD7">
                <wp:simplePos x="0" y="0"/>
                <wp:positionH relativeFrom="margin">
                  <wp:align>right</wp:align>
                </wp:positionH>
                <wp:positionV relativeFrom="paragraph">
                  <wp:posOffset>146458</wp:posOffset>
                </wp:positionV>
                <wp:extent cx="5318125" cy="7709338"/>
                <wp:effectExtent l="0" t="0" r="15875" b="25400"/>
                <wp:wrapNone/>
                <wp:docPr id="15304628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18125" cy="7709338"/>
                        </a:xfrm>
                        <a:prstGeom prst="roundRect">
                          <a:avLst/>
                        </a:prstGeom>
                        <a:solidFill>
                          <a:schemeClr val="bg2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Pr="00ED0BF3" w:rsidR="00C402DE" w:rsidP="00722158" w:rsidRDefault="00C402DE" w14:paraId="17F0FC22" w14:textId="64F42CE8">
                            <w:pPr>
                              <w:spacing w:before="100" w:beforeAutospacing="1" w:after="100" w:afterAutospacing="1" w:line="240" w:lineRule="auto"/>
                              <w:jc w:val="center"/>
                              <w:outlineLvl w:val="2"/>
                              <w:rPr>
                                <w:rFonts w:ascii="Century Gothic" w:hAnsi="Century Gothic" w:eastAsia="Times New Roman" w:cs="Times New Roman"/>
                                <w:b/>
                                <w:bCs/>
                                <w:color w:val="76923C" w:themeColor="accent3" w:themeShade="BF"/>
                                <w:sz w:val="48"/>
                                <w:szCs w:val="48"/>
                                <w:lang w:val="en-GB" w:eastAsia="en-GB"/>
                              </w:rPr>
                            </w:pPr>
                            <w:r w:rsidRPr="00ED0BF3">
                              <w:rPr>
                                <w:rFonts w:ascii="Century Gothic" w:hAnsi="Century Gothic" w:eastAsia="Times New Roman" w:cs="Times New Roman"/>
                                <w:b/>
                                <w:bCs/>
                                <w:color w:val="76923C" w:themeColor="accent3" w:themeShade="BF"/>
                                <w:sz w:val="48"/>
                                <w:szCs w:val="48"/>
                                <w:lang w:val="en-GB" w:eastAsia="en-GB"/>
                              </w:rPr>
                              <w:t>Guidance for Completing th</w:t>
                            </w:r>
                            <w:r w:rsidR="00ED0BF3">
                              <w:rPr>
                                <w:rFonts w:ascii="Century Gothic" w:hAnsi="Century Gothic" w:eastAsia="Times New Roman" w:cs="Times New Roman"/>
                                <w:b/>
                                <w:bCs/>
                                <w:color w:val="76923C" w:themeColor="accent3" w:themeShade="BF"/>
                                <w:sz w:val="48"/>
                                <w:szCs w:val="48"/>
                                <w:lang w:val="en-GB" w:eastAsia="en-GB"/>
                              </w:rPr>
                              <w:t>e</w:t>
                            </w:r>
                            <w:r w:rsidRPr="00ED0BF3">
                              <w:rPr>
                                <w:rFonts w:ascii="Century Gothic" w:hAnsi="Century Gothic" w:eastAsia="Times New Roman" w:cs="Times New Roman"/>
                                <w:b/>
                                <w:bCs/>
                                <w:color w:val="76923C" w:themeColor="accent3" w:themeShade="BF"/>
                                <w:sz w:val="48"/>
                                <w:szCs w:val="48"/>
                                <w:lang w:val="en-GB" w:eastAsia="en-GB"/>
                              </w:rPr>
                              <w:t xml:space="preserve"> Form</w:t>
                            </w:r>
                          </w:p>
                          <w:p w:rsidRPr="00C402DE" w:rsidR="00C402DE" w:rsidP="00722158" w:rsidRDefault="00C402DE" w14:paraId="13055DF9" w14:textId="77777777">
                            <w:pPr>
                              <w:spacing w:before="100" w:beforeAutospacing="1" w:after="100" w:afterAutospacing="1" w:line="240" w:lineRule="auto"/>
                              <w:jc w:val="center"/>
                              <w:rPr>
                                <w:rFonts w:ascii="Century Gothic" w:hAnsi="Century Gothic" w:eastAsia="Times New Roman" w:cs="Times New Roman"/>
                                <w:color w:val="4F6228" w:themeColor="accent3" w:themeShade="80"/>
                                <w:sz w:val="36"/>
                                <w:szCs w:val="36"/>
                                <w:lang w:val="en-GB" w:eastAsia="en-GB"/>
                              </w:rPr>
                            </w:pPr>
                            <w:r w:rsidRPr="00C402DE">
                              <w:rPr>
                                <w:rFonts w:ascii="Century Gothic" w:hAnsi="Century Gothic" w:eastAsia="Times New Roman" w:cs="Times New Roman"/>
                                <w:b/>
                                <w:bCs/>
                                <w:color w:val="4F6228" w:themeColor="accent3" w:themeShade="80"/>
                                <w:sz w:val="36"/>
                                <w:szCs w:val="36"/>
                                <w:lang w:val="en-GB" w:eastAsia="en-GB"/>
                              </w:rPr>
                              <w:t>Please complete this referral form electronically.</w:t>
                            </w:r>
                          </w:p>
                          <w:p w:rsidRPr="00C402DE" w:rsidR="00C402DE" w:rsidP="00C402DE" w:rsidRDefault="00C402DE" w14:paraId="4FF2E715" w14:textId="77777777">
                            <w:pPr>
                              <w:numPr>
                                <w:ilvl w:val="0"/>
                                <w:numId w:val="10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Century Gothic" w:hAnsi="Century Gothic" w:eastAsia="Times New Roman" w:cs="Times New Roman"/>
                                <w:color w:val="4F6228" w:themeColor="accent3" w:themeShade="80"/>
                                <w:sz w:val="36"/>
                                <w:szCs w:val="36"/>
                                <w:lang w:val="en-GB" w:eastAsia="en-GB"/>
                              </w:rPr>
                            </w:pPr>
                            <w:r w:rsidRPr="00C402DE">
                              <w:rPr>
                                <w:rFonts w:ascii="Century Gothic" w:hAnsi="Century Gothic" w:eastAsia="Times New Roman" w:cs="Times New Roman"/>
                                <w:color w:val="4F6228" w:themeColor="accent3" w:themeShade="80"/>
                                <w:sz w:val="36"/>
                                <w:szCs w:val="36"/>
                                <w:lang w:val="en-GB" w:eastAsia="en-GB"/>
                              </w:rPr>
                              <w:t xml:space="preserve">Type your responses directly into the table cells provided. The cells will expand automatically as you type. </w:t>
                            </w:r>
                          </w:p>
                          <w:p w:rsidRPr="00C402DE" w:rsidR="00C402DE" w:rsidP="00C402DE" w:rsidRDefault="00C402DE" w14:paraId="3497F15D" w14:textId="77777777">
                            <w:pPr>
                              <w:numPr>
                                <w:ilvl w:val="0"/>
                                <w:numId w:val="10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Century Gothic" w:hAnsi="Century Gothic" w:eastAsia="Times New Roman" w:cs="Times New Roman"/>
                                <w:color w:val="4F6228" w:themeColor="accent3" w:themeShade="80"/>
                                <w:sz w:val="36"/>
                                <w:szCs w:val="36"/>
                                <w:lang w:val="en-GB" w:eastAsia="en-GB"/>
                              </w:rPr>
                            </w:pPr>
                            <w:r w:rsidRPr="00C402DE">
                              <w:rPr>
                                <w:rFonts w:ascii="Century Gothic" w:hAnsi="Century Gothic" w:eastAsia="Times New Roman" w:cs="Times New Roman"/>
                                <w:color w:val="4F6228" w:themeColor="accent3" w:themeShade="80"/>
                                <w:sz w:val="36"/>
                                <w:szCs w:val="36"/>
                                <w:lang w:eastAsia="en-GB"/>
                              </w:rPr>
                              <w:t xml:space="preserve">Where options are provided, please </w:t>
                            </w:r>
                            <w:r w:rsidRPr="00C402DE">
                              <w:rPr>
                                <w:rFonts w:ascii="Century Gothic" w:hAnsi="Century Gothic" w:eastAsia="Times New Roman" w:cs="Times New Roman"/>
                                <w:b/>
                                <w:bCs/>
                                <w:color w:val="4F6228" w:themeColor="accent3" w:themeShade="80"/>
                                <w:sz w:val="36"/>
                                <w:szCs w:val="36"/>
                                <w:lang w:eastAsia="en-GB"/>
                              </w:rPr>
                              <w:t>highlight the appropriate box or response</w:t>
                            </w:r>
                            <w:r w:rsidRPr="00C402DE">
                              <w:rPr>
                                <w:rFonts w:ascii="Century Gothic" w:hAnsi="Century Gothic" w:eastAsia="Times New Roman" w:cs="Times New Roman"/>
                                <w:color w:val="4F6228" w:themeColor="accent3" w:themeShade="80"/>
                                <w:sz w:val="36"/>
                                <w:szCs w:val="36"/>
                                <w:lang w:eastAsia="en-GB"/>
                              </w:rPr>
                              <w:t xml:space="preserve"> e.g. </w:t>
                            </w:r>
                            <w:r w:rsidRPr="00C402DE">
                              <w:rPr>
                                <w:rFonts w:ascii="Segoe UI Symbol" w:hAnsi="Segoe UI Symbol" w:cs="Segoe UI Symbol"/>
                                <w:color w:val="4F6228" w:themeColor="accent3" w:themeShade="80"/>
                                <w:sz w:val="36"/>
                                <w:szCs w:val="40"/>
                                <w:highlight w:val="yellow"/>
                              </w:rPr>
                              <w:t>☐</w:t>
                            </w:r>
                          </w:p>
                          <w:p w:rsidRPr="00C402DE" w:rsidR="00C402DE" w:rsidP="00C402DE" w:rsidRDefault="00C402DE" w14:paraId="4413435E" w14:textId="77777777">
                            <w:pPr>
                              <w:numPr>
                                <w:ilvl w:val="0"/>
                                <w:numId w:val="10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Century Gothic" w:hAnsi="Century Gothic" w:eastAsia="Times New Roman" w:cs="Times New Roman"/>
                                <w:color w:val="4F6228" w:themeColor="accent3" w:themeShade="80"/>
                                <w:sz w:val="36"/>
                                <w:szCs w:val="36"/>
                                <w:lang w:val="en-GB" w:eastAsia="en-GB"/>
                              </w:rPr>
                            </w:pPr>
                            <w:r w:rsidRPr="00C402DE">
                              <w:rPr>
                                <w:rFonts w:ascii="Century Gothic" w:hAnsi="Century Gothic" w:eastAsia="Times New Roman" w:cs="Times New Roman"/>
                                <w:color w:val="4F6228" w:themeColor="accent3" w:themeShade="80"/>
                                <w:sz w:val="36"/>
                                <w:szCs w:val="36"/>
                                <w:lang w:eastAsia="en-GB"/>
                              </w:rPr>
                              <w:t>Type directly into the response tables, which will expand automatically as you type.</w:t>
                            </w:r>
                          </w:p>
                          <w:p w:rsidRPr="00C402DE" w:rsidR="00C402DE" w:rsidP="00C402DE" w:rsidRDefault="00C402DE" w14:paraId="320C4B09" w14:textId="77777777">
                            <w:pPr>
                              <w:numPr>
                                <w:ilvl w:val="0"/>
                                <w:numId w:val="10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Century Gothic" w:hAnsi="Century Gothic" w:eastAsia="Times New Roman" w:cs="Times New Roman"/>
                                <w:color w:val="4F6228" w:themeColor="accent3" w:themeShade="80"/>
                                <w:sz w:val="36"/>
                                <w:szCs w:val="36"/>
                                <w:lang w:val="en-GB" w:eastAsia="en-GB"/>
                              </w:rPr>
                            </w:pPr>
                            <w:r w:rsidRPr="00C402DE">
                              <w:rPr>
                                <w:rFonts w:ascii="Century Gothic" w:hAnsi="Century Gothic" w:eastAsia="Times New Roman" w:cs="Times New Roman"/>
                                <w:color w:val="4F6228" w:themeColor="accent3" w:themeShade="80"/>
                                <w:sz w:val="36"/>
                                <w:szCs w:val="36"/>
                                <w:lang w:val="en-GB" w:eastAsia="en-GB"/>
                              </w:rPr>
                              <w:t xml:space="preserve">If a question is not applicable, please enter </w:t>
                            </w:r>
                            <w:r w:rsidRPr="00C402DE">
                              <w:rPr>
                                <w:rFonts w:ascii="Century Gothic" w:hAnsi="Century Gothic" w:eastAsia="Times New Roman" w:cs="Times New Roman"/>
                                <w:b/>
                                <w:bCs/>
                                <w:color w:val="4F6228" w:themeColor="accent3" w:themeShade="80"/>
                                <w:sz w:val="36"/>
                                <w:szCs w:val="36"/>
                                <w:lang w:val="en-GB" w:eastAsia="en-GB"/>
                              </w:rPr>
                              <w:t>N/A</w:t>
                            </w:r>
                            <w:r w:rsidRPr="00C402DE">
                              <w:rPr>
                                <w:rFonts w:ascii="Century Gothic" w:hAnsi="Century Gothic" w:eastAsia="Times New Roman" w:cs="Times New Roman"/>
                                <w:color w:val="4F6228" w:themeColor="accent3" w:themeShade="80"/>
                                <w:sz w:val="36"/>
                                <w:szCs w:val="36"/>
                                <w:lang w:val="en-GB" w:eastAsia="en-GB"/>
                              </w:rPr>
                              <w:t xml:space="preserve">. </w:t>
                            </w:r>
                          </w:p>
                          <w:p w:rsidRPr="00C402DE" w:rsidR="00C402DE" w:rsidP="00C402DE" w:rsidRDefault="00C402DE" w14:paraId="1CA7629A" w14:textId="77777777">
                            <w:pPr>
                              <w:numPr>
                                <w:ilvl w:val="0"/>
                                <w:numId w:val="10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Century Gothic" w:hAnsi="Century Gothic" w:eastAsia="Times New Roman" w:cs="Times New Roman"/>
                                <w:color w:val="4F6228" w:themeColor="accent3" w:themeShade="80"/>
                                <w:sz w:val="36"/>
                                <w:szCs w:val="36"/>
                                <w:lang w:val="en-GB" w:eastAsia="en-GB"/>
                              </w:rPr>
                            </w:pPr>
                            <w:r w:rsidRPr="00C402DE">
                              <w:rPr>
                                <w:rFonts w:ascii="Century Gothic" w:hAnsi="Century Gothic" w:eastAsia="Times New Roman" w:cs="Times New Roman"/>
                                <w:color w:val="4F6228" w:themeColor="accent3" w:themeShade="80"/>
                                <w:sz w:val="36"/>
                                <w:szCs w:val="36"/>
                                <w:lang w:val="en-GB" w:eastAsia="en-GB"/>
                              </w:rPr>
                              <w:t xml:space="preserve">Please provide as much relevant information as possible to support the admissions assessment process. </w:t>
                            </w:r>
                          </w:p>
                          <w:p w:rsidRPr="00C402DE" w:rsidR="00C402DE" w:rsidP="00C402DE" w:rsidRDefault="00C402DE" w14:paraId="5C7E689D" w14:textId="77777777">
                            <w:pPr>
                              <w:numPr>
                                <w:ilvl w:val="0"/>
                                <w:numId w:val="10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Century Gothic" w:hAnsi="Century Gothic" w:eastAsia="Times New Roman" w:cs="Times New Roman"/>
                                <w:color w:val="4F6228" w:themeColor="accent3" w:themeShade="80"/>
                                <w:sz w:val="36"/>
                                <w:szCs w:val="36"/>
                                <w:lang w:val="en-GB" w:eastAsia="en-GB"/>
                              </w:rPr>
                            </w:pPr>
                            <w:r w:rsidRPr="00C402DE">
                              <w:rPr>
                                <w:rFonts w:ascii="Century Gothic" w:hAnsi="Century Gothic" w:eastAsiaTheme="majorEastAsia" w:cstheme="majorBidi"/>
                                <w:color w:val="4F6228" w:themeColor="accent3" w:themeShade="80"/>
                                <w:sz w:val="36"/>
                                <w:szCs w:val="36"/>
                                <w:lang w:val="en-GB"/>
                              </w:rPr>
                              <w:t>Please provide documentation where available.</w:t>
                            </w:r>
                            <w:r w:rsidRPr="00C402DE">
                              <w:rPr>
                                <w:rFonts w:ascii="Century Gothic" w:hAnsi="Century Gothic"/>
                                <w:color w:val="4F6228" w:themeColor="accent3" w:themeShade="80"/>
                                <w:sz w:val="36"/>
                                <w:szCs w:val="36"/>
                                <w:lang w:val="en-GB"/>
                              </w:rPr>
                              <w:t xml:space="preserve"> </w:t>
                            </w:r>
                            <w:r w:rsidRPr="00C402DE">
                              <w:rPr>
                                <w:rFonts w:ascii="Century Gothic" w:hAnsi="Century Gothic" w:eastAsiaTheme="majorEastAsia" w:cstheme="majorBidi"/>
                                <w:color w:val="4F6228" w:themeColor="accent3" w:themeShade="80"/>
                                <w:sz w:val="36"/>
                                <w:szCs w:val="36"/>
                                <w:lang w:val="en-GB"/>
                              </w:rPr>
                              <w:t>Additional reports or information may be requested as part of the admissions assessment process.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28" style="position:absolute;margin-left:367.55pt;margin-top:11.55pt;width:418.75pt;height:607.05pt;z-index:25166848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fillcolor="#eeece1 [3214]" strokecolor="#9bbb59 [3206]" strokeweight="2pt" arcsize="10923f" w14:anchorId="68F77C2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">
                <v:textbox>
                  <w:txbxContent>
                    <w:p w:rsidRPr="00ED0BF3" w:rsidR="00C402DE" w:rsidP="00722158" w:rsidRDefault="00C402DE" w14:paraId="17F0FC22" w14:textId="64F42CE8">
                      <w:pPr>
                        <w:spacing w:before="100" w:beforeAutospacing="1" w:after="100" w:afterAutospacing="1" w:line="240" w:lineRule="auto"/>
                        <w:jc w:val="center"/>
                        <w:outlineLvl w:val="2"/>
                        <w:rPr>
                          <w:rFonts w:ascii="Century Gothic" w:hAnsi="Century Gothic" w:eastAsia="Times New Roman" w:cs="Times New Roman"/>
                          <w:b/>
                          <w:bCs/>
                          <w:color w:val="76923C" w:themeColor="accent3" w:themeShade="BF"/>
                          <w:sz w:val="48"/>
                          <w:szCs w:val="48"/>
                          <w:lang w:val="en-GB" w:eastAsia="en-GB"/>
                        </w:rPr>
                      </w:pPr>
                      <w:r w:rsidRPr="00ED0BF3">
                        <w:rPr>
                          <w:rFonts w:ascii="Century Gothic" w:hAnsi="Century Gothic" w:eastAsia="Times New Roman" w:cs="Times New Roman"/>
                          <w:b/>
                          <w:bCs/>
                          <w:color w:val="76923C" w:themeColor="accent3" w:themeShade="BF"/>
                          <w:sz w:val="48"/>
                          <w:szCs w:val="48"/>
                          <w:lang w:val="en-GB" w:eastAsia="en-GB"/>
                        </w:rPr>
                        <w:t>Guidance for Completing th</w:t>
                      </w:r>
                      <w:r w:rsidR="00ED0BF3">
                        <w:rPr>
                          <w:rFonts w:ascii="Century Gothic" w:hAnsi="Century Gothic" w:eastAsia="Times New Roman" w:cs="Times New Roman"/>
                          <w:b/>
                          <w:bCs/>
                          <w:color w:val="76923C" w:themeColor="accent3" w:themeShade="BF"/>
                          <w:sz w:val="48"/>
                          <w:szCs w:val="48"/>
                          <w:lang w:val="en-GB" w:eastAsia="en-GB"/>
                        </w:rPr>
                        <w:t>e</w:t>
                      </w:r>
                      <w:r w:rsidRPr="00ED0BF3">
                        <w:rPr>
                          <w:rFonts w:ascii="Century Gothic" w:hAnsi="Century Gothic" w:eastAsia="Times New Roman" w:cs="Times New Roman"/>
                          <w:b/>
                          <w:bCs/>
                          <w:color w:val="76923C" w:themeColor="accent3" w:themeShade="BF"/>
                          <w:sz w:val="48"/>
                          <w:szCs w:val="48"/>
                          <w:lang w:val="en-GB" w:eastAsia="en-GB"/>
                        </w:rPr>
                        <w:t xml:space="preserve"> Form</w:t>
                      </w:r>
                    </w:p>
                    <w:p w:rsidRPr="00C402DE" w:rsidR="00C402DE" w:rsidP="00722158" w:rsidRDefault="00C402DE" w14:paraId="13055DF9" w14:textId="77777777">
                      <w:pPr>
                        <w:spacing w:before="100" w:beforeAutospacing="1" w:after="100" w:afterAutospacing="1" w:line="240" w:lineRule="auto"/>
                        <w:jc w:val="center"/>
                        <w:rPr>
                          <w:rFonts w:ascii="Century Gothic" w:hAnsi="Century Gothic" w:eastAsia="Times New Roman" w:cs="Times New Roman"/>
                          <w:color w:val="4F6228" w:themeColor="accent3" w:themeShade="80"/>
                          <w:sz w:val="36"/>
                          <w:szCs w:val="36"/>
                          <w:lang w:val="en-GB" w:eastAsia="en-GB"/>
                        </w:rPr>
                      </w:pPr>
                      <w:r w:rsidRPr="00C402DE">
                        <w:rPr>
                          <w:rFonts w:ascii="Century Gothic" w:hAnsi="Century Gothic" w:eastAsia="Times New Roman" w:cs="Times New Roman"/>
                          <w:b/>
                          <w:bCs/>
                          <w:color w:val="4F6228" w:themeColor="accent3" w:themeShade="80"/>
                          <w:sz w:val="36"/>
                          <w:szCs w:val="36"/>
                          <w:lang w:val="en-GB" w:eastAsia="en-GB"/>
                        </w:rPr>
                        <w:t>Please complete this referral form electronically.</w:t>
                      </w:r>
                    </w:p>
                    <w:p w:rsidRPr="00C402DE" w:rsidR="00C402DE" w:rsidP="00C402DE" w:rsidRDefault="00C402DE" w14:paraId="4FF2E715" w14:textId="77777777">
                      <w:pPr>
                        <w:numPr>
                          <w:ilvl w:val="0"/>
                          <w:numId w:val="10"/>
                        </w:numPr>
                        <w:spacing w:before="100" w:beforeAutospacing="1" w:after="100" w:afterAutospacing="1" w:line="240" w:lineRule="auto"/>
                        <w:rPr>
                          <w:rFonts w:ascii="Century Gothic" w:hAnsi="Century Gothic" w:eastAsia="Times New Roman" w:cs="Times New Roman"/>
                          <w:color w:val="4F6228" w:themeColor="accent3" w:themeShade="80"/>
                          <w:sz w:val="36"/>
                          <w:szCs w:val="36"/>
                          <w:lang w:val="en-GB" w:eastAsia="en-GB"/>
                        </w:rPr>
                      </w:pPr>
                      <w:r w:rsidRPr="00C402DE">
                        <w:rPr>
                          <w:rFonts w:ascii="Century Gothic" w:hAnsi="Century Gothic" w:eastAsia="Times New Roman" w:cs="Times New Roman"/>
                          <w:color w:val="4F6228" w:themeColor="accent3" w:themeShade="80"/>
                          <w:sz w:val="36"/>
                          <w:szCs w:val="36"/>
                          <w:lang w:val="en-GB" w:eastAsia="en-GB"/>
                        </w:rPr>
                        <w:t xml:space="preserve">Type your responses directly into the table cells provided. The cells will expand automatically as you type. </w:t>
                      </w:r>
                    </w:p>
                    <w:p w:rsidRPr="00C402DE" w:rsidR="00C402DE" w:rsidP="00C402DE" w:rsidRDefault="00C402DE" w14:paraId="3497F15D" w14:textId="77777777">
                      <w:pPr>
                        <w:numPr>
                          <w:ilvl w:val="0"/>
                          <w:numId w:val="10"/>
                        </w:numPr>
                        <w:spacing w:before="100" w:beforeAutospacing="1" w:after="100" w:afterAutospacing="1" w:line="240" w:lineRule="auto"/>
                        <w:rPr>
                          <w:rFonts w:ascii="Century Gothic" w:hAnsi="Century Gothic" w:eastAsia="Times New Roman" w:cs="Times New Roman"/>
                          <w:color w:val="4F6228" w:themeColor="accent3" w:themeShade="80"/>
                          <w:sz w:val="36"/>
                          <w:szCs w:val="36"/>
                          <w:lang w:val="en-GB" w:eastAsia="en-GB"/>
                        </w:rPr>
                      </w:pPr>
                      <w:r w:rsidRPr="00C402DE">
                        <w:rPr>
                          <w:rFonts w:ascii="Century Gothic" w:hAnsi="Century Gothic" w:eastAsia="Times New Roman" w:cs="Times New Roman"/>
                          <w:color w:val="4F6228" w:themeColor="accent3" w:themeShade="80"/>
                          <w:sz w:val="36"/>
                          <w:szCs w:val="36"/>
                          <w:lang w:eastAsia="en-GB"/>
                        </w:rPr>
                        <w:t xml:space="preserve">Where options are provided, please </w:t>
                      </w:r>
                      <w:r w:rsidRPr="00C402DE">
                        <w:rPr>
                          <w:rFonts w:ascii="Century Gothic" w:hAnsi="Century Gothic" w:eastAsia="Times New Roman" w:cs="Times New Roman"/>
                          <w:b/>
                          <w:bCs/>
                          <w:color w:val="4F6228" w:themeColor="accent3" w:themeShade="80"/>
                          <w:sz w:val="36"/>
                          <w:szCs w:val="36"/>
                          <w:lang w:eastAsia="en-GB"/>
                        </w:rPr>
                        <w:t>highlight the appropriate box or response</w:t>
                      </w:r>
                      <w:r w:rsidRPr="00C402DE">
                        <w:rPr>
                          <w:rFonts w:ascii="Century Gothic" w:hAnsi="Century Gothic" w:eastAsia="Times New Roman" w:cs="Times New Roman"/>
                          <w:color w:val="4F6228" w:themeColor="accent3" w:themeShade="80"/>
                          <w:sz w:val="36"/>
                          <w:szCs w:val="36"/>
                          <w:lang w:eastAsia="en-GB"/>
                        </w:rPr>
                        <w:t xml:space="preserve"> e.g. </w:t>
                      </w:r>
                      <w:r w:rsidRPr="00C402DE">
                        <w:rPr>
                          <w:rFonts w:ascii="Segoe UI Symbol" w:hAnsi="Segoe UI Symbol" w:cs="Segoe UI Symbol"/>
                          <w:color w:val="4F6228" w:themeColor="accent3" w:themeShade="80"/>
                          <w:sz w:val="36"/>
                          <w:szCs w:val="40"/>
                          <w:highlight w:val="yellow"/>
                        </w:rPr>
                        <w:t>☐</w:t>
                      </w:r>
                    </w:p>
                    <w:p w:rsidRPr="00C402DE" w:rsidR="00C402DE" w:rsidP="00C402DE" w:rsidRDefault="00C402DE" w14:paraId="4413435E" w14:textId="77777777">
                      <w:pPr>
                        <w:numPr>
                          <w:ilvl w:val="0"/>
                          <w:numId w:val="10"/>
                        </w:numPr>
                        <w:spacing w:before="100" w:beforeAutospacing="1" w:after="100" w:afterAutospacing="1" w:line="240" w:lineRule="auto"/>
                        <w:rPr>
                          <w:rFonts w:ascii="Century Gothic" w:hAnsi="Century Gothic" w:eastAsia="Times New Roman" w:cs="Times New Roman"/>
                          <w:color w:val="4F6228" w:themeColor="accent3" w:themeShade="80"/>
                          <w:sz w:val="36"/>
                          <w:szCs w:val="36"/>
                          <w:lang w:val="en-GB" w:eastAsia="en-GB"/>
                        </w:rPr>
                      </w:pPr>
                      <w:r w:rsidRPr="00C402DE">
                        <w:rPr>
                          <w:rFonts w:ascii="Century Gothic" w:hAnsi="Century Gothic" w:eastAsia="Times New Roman" w:cs="Times New Roman"/>
                          <w:color w:val="4F6228" w:themeColor="accent3" w:themeShade="80"/>
                          <w:sz w:val="36"/>
                          <w:szCs w:val="36"/>
                          <w:lang w:eastAsia="en-GB"/>
                        </w:rPr>
                        <w:t>Type directly into the response tables, which will expand automatically as you type.</w:t>
                      </w:r>
                    </w:p>
                    <w:p w:rsidRPr="00C402DE" w:rsidR="00C402DE" w:rsidP="00C402DE" w:rsidRDefault="00C402DE" w14:paraId="320C4B09" w14:textId="77777777">
                      <w:pPr>
                        <w:numPr>
                          <w:ilvl w:val="0"/>
                          <w:numId w:val="10"/>
                        </w:numPr>
                        <w:spacing w:before="100" w:beforeAutospacing="1" w:after="100" w:afterAutospacing="1" w:line="240" w:lineRule="auto"/>
                        <w:rPr>
                          <w:rFonts w:ascii="Century Gothic" w:hAnsi="Century Gothic" w:eastAsia="Times New Roman" w:cs="Times New Roman"/>
                          <w:color w:val="4F6228" w:themeColor="accent3" w:themeShade="80"/>
                          <w:sz w:val="36"/>
                          <w:szCs w:val="36"/>
                          <w:lang w:val="en-GB" w:eastAsia="en-GB"/>
                        </w:rPr>
                      </w:pPr>
                      <w:r w:rsidRPr="00C402DE">
                        <w:rPr>
                          <w:rFonts w:ascii="Century Gothic" w:hAnsi="Century Gothic" w:eastAsia="Times New Roman" w:cs="Times New Roman"/>
                          <w:color w:val="4F6228" w:themeColor="accent3" w:themeShade="80"/>
                          <w:sz w:val="36"/>
                          <w:szCs w:val="36"/>
                          <w:lang w:val="en-GB" w:eastAsia="en-GB"/>
                        </w:rPr>
                        <w:t xml:space="preserve">If a question is not applicable, please enter </w:t>
                      </w:r>
                      <w:r w:rsidRPr="00C402DE">
                        <w:rPr>
                          <w:rFonts w:ascii="Century Gothic" w:hAnsi="Century Gothic" w:eastAsia="Times New Roman" w:cs="Times New Roman"/>
                          <w:b/>
                          <w:bCs/>
                          <w:color w:val="4F6228" w:themeColor="accent3" w:themeShade="80"/>
                          <w:sz w:val="36"/>
                          <w:szCs w:val="36"/>
                          <w:lang w:val="en-GB" w:eastAsia="en-GB"/>
                        </w:rPr>
                        <w:t>N/A</w:t>
                      </w:r>
                      <w:r w:rsidRPr="00C402DE">
                        <w:rPr>
                          <w:rFonts w:ascii="Century Gothic" w:hAnsi="Century Gothic" w:eastAsia="Times New Roman" w:cs="Times New Roman"/>
                          <w:color w:val="4F6228" w:themeColor="accent3" w:themeShade="80"/>
                          <w:sz w:val="36"/>
                          <w:szCs w:val="36"/>
                          <w:lang w:val="en-GB" w:eastAsia="en-GB"/>
                        </w:rPr>
                        <w:t xml:space="preserve">. </w:t>
                      </w:r>
                    </w:p>
                    <w:p w:rsidRPr="00C402DE" w:rsidR="00C402DE" w:rsidP="00C402DE" w:rsidRDefault="00C402DE" w14:paraId="1CA7629A" w14:textId="77777777">
                      <w:pPr>
                        <w:numPr>
                          <w:ilvl w:val="0"/>
                          <w:numId w:val="10"/>
                        </w:numPr>
                        <w:spacing w:before="100" w:beforeAutospacing="1" w:after="100" w:afterAutospacing="1" w:line="240" w:lineRule="auto"/>
                        <w:rPr>
                          <w:rFonts w:ascii="Century Gothic" w:hAnsi="Century Gothic" w:eastAsia="Times New Roman" w:cs="Times New Roman"/>
                          <w:color w:val="4F6228" w:themeColor="accent3" w:themeShade="80"/>
                          <w:sz w:val="36"/>
                          <w:szCs w:val="36"/>
                          <w:lang w:val="en-GB" w:eastAsia="en-GB"/>
                        </w:rPr>
                      </w:pPr>
                      <w:r w:rsidRPr="00C402DE">
                        <w:rPr>
                          <w:rFonts w:ascii="Century Gothic" w:hAnsi="Century Gothic" w:eastAsia="Times New Roman" w:cs="Times New Roman"/>
                          <w:color w:val="4F6228" w:themeColor="accent3" w:themeShade="80"/>
                          <w:sz w:val="36"/>
                          <w:szCs w:val="36"/>
                          <w:lang w:val="en-GB" w:eastAsia="en-GB"/>
                        </w:rPr>
                        <w:t xml:space="preserve">Please provide as much relevant information as possible to support the admissions assessment process. </w:t>
                      </w:r>
                    </w:p>
                    <w:p w:rsidRPr="00C402DE" w:rsidR="00C402DE" w:rsidP="00C402DE" w:rsidRDefault="00C402DE" w14:paraId="5C7E689D" w14:textId="77777777">
                      <w:pPr>
                        <w:numPr>
                          <w:ilvl w:val="0"/>
                          <w:numId w:val="10"/>
                        </w:numPr>
                        <w:spacing w:before="100" w:beforeAutospacing="1" w:after="100" w:afterAutospacing="1" w:line="240" w:lineRule="auto"/>
                        <w:rPr>
                          <w:rFonts w:ascii="Century Gothic" w:hAnsi="Century Gothic" w:eastAsia="Times New Roman" w:cs="Times New Roman"/>
                          <w:color w:val="4F6228" w:themeColor="accent3" w:themeShade="80"/>
                          <w:sz w:val="36"/>
                          <w:szCs w:val="36"/>
                          <w:lang w:val="en-GB" w:eastAsia="en-GB"/>
                        </w:rPr>
                      </w:pPr>
                      <w:r w:rsidRPr="00C402DE">
                        <w:rPr>
                          <w:rFonts w:ascii="Century Gothic" w:hAnsi="Century Gothic" w:eastAsiaTheme="majorEastAsia" w:cstheme="majorBidi"/>
                          <w:color w:val="4F6228" w:themeColor="accent3" w:themeShade="80"/>
                          <w:sz w:val="36"/>
                          <w:szCs w:val="36"/>
                          <w:lang w:val="en-GB"/>
                        </w:rPr>
                        <w:t>Please provide documentation where available.</w:t>
                      </w:r>
                      <w:r w:rsidRPr="00C402DE">
                        <w:rPr>
                          <w:rFonts w:ascii="Century Gothic" w:hAnsi="Century Gothic"/>
                          <w:color w:val="4F6228" w:themeColor="accent3" w:themeShade="80"/>
                          <w:sz w:val="36"/>
                          <w:szCs w:val="36"/>
                          <w:lang w:val="en-GB"/>
                        </w:rPr>
                        <w:t xml:space="preserve"> </w:t>
                      </w:r>
                      <w:r w:rsidRPr="00C402DE">
                        <w:rPr>
                          <w:rFonts w:ascii="Century Gothic" w:hAnsi="Century Gothic" w:eastAsiaTheme="majorEastAsia" w:cstheme="majorBidi"/>
                          <w:color w:val="4F6228" w:themeColor="accent3" w:themeShade="80"/>
                          <w:sz w:val="36"/>
                          <w:szCs w:val="36"/>
                          <w:lang w:val="en-GB"/>
                        </w:rPr>
                        <w:t>Additional reports or information may be requested as part of the admissions assessment process.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C402DE" w:rsidP="007869BE" w:rsidRDefault="00C402DE" w14:paraId="01FFA782" w14:textId="7DAB0D23">
      <w:pPr>
        <w:spacing w:before="100" w:beforeAutospacing="1" w:after="100" w:afterAutospacing="1" w:line="240" w:lineRule="auto"/>
        <w:outlineLvl w:val="2"/>
        <w:rPr>
          <w:rFonts w:ascii="Century Gothic" w:hAnsi="Century Gothic" w:eastAsia="Times New Roman" w:cs="Times New Roman"/>
          <w:b/>
          <w:bCs/>
          <w:color w:val="76923C" w:themeColor="accent3" w:themeShade="BF"/>
          <w:sz w:val="28"/>
          <w:szCs w:val="28"/>
          <w:lang w:val="en-GB" w:eastAsia="en-GB"/>
        </w:rPr>
      </w:pPr>
    </w:p>
    <w:p w:rsidR="00C402DE" w:rsidP="007869BE" w:rsidRDefault="00C402DE" w14:paraId="259D80F9" w14:textId="77777777">
      <w:pPr>
        <w:spacing w:before="100" w:beforeAutospacing="1" w:after="100" w:afterAutospacing="1" w:line="240" w:lineRule="auto"/>
        <w:outlineLvl w:val="2"/>
        <w:rPr>
          <w:rFonts w:ascii="Century Gothic" w:hAnsi="Century Gothic" w:eastAsia="Times New Roman" w:cs="Times New Roman"/>
          <w:b/>
          <w:bCs/>
          <w:color w:val="76923C" w:themeColor="accent3" w:themeShade="BF"/>
          <w:sz w:val="28"/>
          <w:szCs w:val="28"/>
          <w:lang w:val="en-GB" w:eastAsia="en-GB"/>
        </w:rPr>
      </w:pPr>
    </w:p>
    <w:p w:rsidR="00C402DE" w:rsidP="007869BE" w:rsidRDefault="00C402DE" w14:paraId="3AEB62FE" w14:textId="1DD30D46">
      <w:pPr>
        <w:spacing w:before="100" w:beforeAutospacing="1" w:after="100" w:afterAutospacing="1" w:line="240" w:lineRule="auto"/>
        <w:outlineLvl w:val="2"/>
        <w:rPr>
          <w:rFonts w:ascii="Century Gothic" w:hAnsi="Century Gothic" w:eastAsia="Times New Roman" w:cs="Times New Roman"/>
          <w:b/>
          <w:bCs/>
          <w:color w:val="76923C" w:themeColor="accent3" w:themeShade="BF"/>
          <w:sz w:val="28"/>
          <w:szCs w:val="28"/>
          <w:lang w:val="en-GB" w:eastAsia="en-GB"/>
        </w:rPr>
      </w:pPr>
    </w:p>
    <w:p w:rsidR="00C402DE" w:rsidP="007869BE" w:rsidRDefault="00C402DE" w14:paraId="352B0A8D" w14:textId="77777777">
      <w:pPr>
        <w:spacing w:before="100" w:beforeAutospacing="1" w:after="100" w:afterAutospacing="1" w:line="240" w:lineRule="auto"/>
        <w:outlineLvl w:val="2"/>
        <w:rPr>
          <w:rFonts w:ascii="Century Gothic" w:hAnsi="Century Gothic" w:eastAsia="Times New Roman" w:cs="Times New Roman"/>
          <w:b/>
          <w:bCs/>
          <w:color w:val="76923C" w:themeColor="accent3" w:themeShade="BF"/>
          <w:sz w:val="28"/>
          <w:szCs w:val="28"/>
          <w:lang w:val="en-GB" w:eastAsia="en-GB"/>
        </w:rPr>
      </w:pPr>
    </w:p>
    <w:p w:rsidR="00C402DE" w:rsidP="007869BE" w:rsidRDefault="00C402DE" w14:paraId="7AE7D6BA" w14:textId="77777777">
      <w:pPr>
        <w:spacing w:before="100" w:beforeAutospacing="1" w:after="100" w:afterAutospacing="1" w:line="240" w:lineRule="auto"/>
        <w:outlineLvl w:val="2"/>
        <w:rPr>
          <w:rFonts w:ascii="Century Gothic" w:hAnsi="Century Gothic" w:eastAsia="Times New Roman" w:cs="Times New Roman"/>
          <w:b/>
          <w:bCs/>
          <w:color w:val="76923C" w:themeColor="accent3" w:themeShade="BF"/>
          <w:sz w:val="28"/>
          <w:szCs w:val="28"/>
          <w:lang w:val="en-GB" w:eastAsia="en-GB"/>
        </w:rPr>
      </w:pPr>
    </w:p>
    <w:p w:rsidR="00C402DE" w:rsidP="007869BE" w:rsidRDefault="00C402DE" w14:paraId="5A0EEA1C" w14:textId="45293BFB">
      <w:pPr>
        <w:spacing w:before="100" w:beforeAutospacing="1" w:after="100" w:afterAutospacing="1" w:line="240" w:lineRule="auto"/>
        <w:outlineLvl w:val="2"/>
        <w:rPr>
          <w:rFonts w:ascii="Century Gothic" w:hAnsi="Century Gothic" w:eastAsia="Times New Roman" w:cs="Times New Roman"/>
          <w:b/>
          <w:bCs/>
          <w:color w:val="76923C" w:themeColor="accent3" w:themeShade="BF"/>
          <w:sz w:val="28"/>
          <w:szCs w:val="28"/>
          <w:lang w:val="en-GB" w:eastAsia="en-GB"/>
        </w:rPr>
      </w:pPr>
    </w:p>
    <w:p w:rsidR="00C402DE" w:rsidP="007869BE" w:rsidRDefault="00C402DE" w14:paraId="49F692CD" w14:textId="77777777">
      <w:pPr>
        <w:spacing w:before="100" w:beforeAutospacing="1" w:after="100" w:afterAutospacing="1" w:line="240" w:lineRule="auto"/>
        <w:outlineLvl w:val="2"/>
        <w:rPr>
          <w:rFonts w:ascii="Century Gothic" w:hAnsi="Century Gothic" w:eastAsia="Times New Roman" w:cs="Times New Roman"/>
          <w:b/>
          <w:bCs/>
          <w:color w:val="76923C" w:themeColor="accent3" w:themeShade="BF"/>
          <w:sz w:val="28"/>
          <w:szCs w:val="28"/>
          <w:lang w:val="en-GB" w:eastAsia="en-GB"/>
        </w:rPr>
      </w:pPr>
    </w:p>
    <w:p w:rsidR="00C402DE" w:rsidP="007869BE" w:rsidRDefault="00C402DE" w14:paraId="7ACDA84F" w14:textId="27010808">
      <w:pPr>
        <w:spacing w:before="100" w:beforeAutospacing="1" w:after="100" w:afterAutospacing="1" w:line="240" w:lineRule="auto"/>
        <w:outlineLvl w:val="2"/>
        <w:rPr>
          <w:rFonts w:ascii="Century Gothic" w:hAnsi="Century Gothic" w:eastAsia="Times New Roman" w:cs="Times New Roman"/>
          <w:b/>
          <w:bCs/>
          <w:color w:val="76923C" w:themeColor="accent3" w:themeShade="BF"/>
          <w:sz w:val="28"/>
          <w:szCs w:val="28"/>
          <w:lang w:val="en-GB" w:eastAsia="en-GB"/>
        </w:rPr>
      </w:pPr>
    </w:p>
    <w:p w:rsidR="00C402DE" w:rsidP="007869BE" w:rsidRDefault="00C402DE" w14:paraId="3D03E3DF" w14:textId="77777777">
      <w:pPr>
        <w:spacing w:before="100" w:beforeAutospacing="1" w:after="100" w:afterAutospacing="1" w:line="240" w:lineRule="auto"/>
        <w:outlineLvl w:val="2"/>
        <w:rPr>
          <w:rFonts w:ascii="Century Gothic" w:hAnsi="Century Gothic" w:eastAsia="Times New Roman" w:cs="Times New Roman"/>
          <w:b/>
          <w:bCs/>
          <w:color w:val="76923C" w:themeColor="accent3" w:themeShade="BF"/>
          <w:sz w:val="28"/>
          <w:szCs w:val="28"/>
          <w:lang w:val="en-GB" w:eastAsia="en-GB"/>
        </w:rPr>
      </w:pPr>
    </w:p>
    <w:p w:rsidR="00C402DE" w:rsidP="007869BE" w:rsidRDefault="00C402DE" w14:paraId="7E47F9E3" w14:textId="77777777">
      <w:pPr>
        <w:spacing w:before="100" w:beforeAutospacing="1" w:after="100" w:afterAutospacing="1" w:line="240" w:lineRule="auto"/>
        <w:outlineLvl w:val="2"/>
        <w:rPr>
          <w:rFonts w:ascii="Century Gothic" w:hAnsi="Century Gothic" w:eastAsia="Times New Roman" w:cs="Times New Roman"/>
          <w:b/>
          <w:bCs/>
          <w:color w:val="76923C" w:themeColor="accent3" w:themeShade="BF"/>
          <w:sz w:val="28"/>
          <w:szCs w:val="28"/>
          <w:lang w:val="en-GB" w:eastAsia="en-GB"/>
        </w:rPr>
      </w:pPr>
    </w:p>
    <w:p w:rsidR="00C402DE" w:rsidP="007869BE" w:rsidRDefault="00C402DE" w14:paraId="067DC30C" w14:textId="77777777">
      <w:pPr>
        <w:spacing w:before="100" w:beforeAutospacing="1" w:after="100" w:afterAutospacing="1" w:line="240" w:lineRule="auto"/>
        <w:outlineLvl w:val="2"/>
        <w:rPr>
          <w:rFonts w:ascii="Century Gothic" w:hAnsi="Century Gothic" w:eastAsia="Times New Roman" w:cs="Times New Roman"/>
          <w:b/>
          <w:bCs/>
          <w:color w:val="76923C" w:themeColor="accent3" w:themeShade="BF"/>
          <w:sz w:val="28"/>
          <w:szCs w:val="28"/>
          <w:lang w:val="en-GB" w:eastAsia="en-GB"/>
        </w:rPr>
      </w:pPr>
    </w:p>
    <w:p w:rsidR="00C402DE" w:rsidP="007869BE" w:rsidRDefault="00C402DE" w14:paraId="044549D3" w14:textId="77777777">
      <w:pPr>
        <w:spacing w:before="100" w:beforeAutospacing="1" w:after="100" w:afterAutospacing="1" w:line="240" w:lineRule="auto"/>
        <w:outlineLvl w:val="2"/>
        <w:rPr>
          <w:rFonts w:ascii="Century Gothic" w:hAnsi="Century Gothic" w:eastAsia="Times New Roman" w:cs="Times New Roman"/>
          <w:b/>
          <w:bCs/>
          <w:color w:val="76923C" w:themeColor="accent3" w:themeShade="BF"/>
          <w:sz w:val="28"/>
          <w:szCs w:val="28"/>
          <w:lang w:val="en-GB" w:eastAsia="en-GB"/>
        </w:rPr>
      </w:pPr>
    </w:p>
    <w:p w:rsidR="00C402DE" w:rsidP="007869BE" w:rsidRDefault="00C402DE" w14:paraId="0677C09B" w14:textId="77777777">
      <w:pPr>
        <w:spacing w:before="100" w:beforeAutospacing="1" w:after="100" w:afterAutospacing="1" w:line="240" w:lineRule="auto"/>
        <w:outlineLvl w:val="2"/>
        <w:rPr>
          <w:rFonts w:ascii="Century Gothic" w:hAnsi="Century Gothic" w:eastAsia="Times New Roman" w:cs="Times New Roman"/>
          <w:b/>
          <w:bCs/>
          <w:color w:val="76923C" w:themeColor="accent3" w:themeShade="BF"/>
          <w:sz w:val="28"/>
          <w:szCs w:val="28"/>
          <w:lang w:val="en-GB" w:eastAsia="en-GB"/>
        </w:rPr>
      </w:pPr>
    </w:p>
    <w:p w:rsidR="00C402DE" w:rsidP="007869BE" w:rsidRDefault="00C402DE" w14:paraId="06E16414" w14:textId="77777777">
      <w:pPr>
        <w:spacing w:before="100" w:beforeAutospacing="1" w:after="100" w:afterAutospacing="1" w:line="240" w:lineRule="auto"/>
        <w:outlineLvl w:val="2"/>
        <w:rPr>
          <w:rFonts w:ascii="Century Gothic" w:hAnsi="Century Gothic" w:eastAsia="Times New Roman" w:cs="Times New Roman"/>
          <w:b/>
          <w:bCs/>
          <w:color w:val="76923C" w:themeColor="accent3" w:themeShade="BF"/>
          <w:sz w:val="28"/>
          <w:szCs w:val="28"/>
          <w:lang w:val="en-GB" w:eastAsia="en-GB"/>
        </w:rPr>
      </w:pPr>
    </w:p>
    <w:p w:rsidR="00C402DE" w:rsidP="007869BE" w:rsidRDefault="00C402DE" w14:paraId="2D84BF2A" w14:textId="77777777">
      <w:pPr>
        <w:spacing w:before="100" w:beforeAutospacing="1" w:after="100" w:afterAutospacing="1" w:line="240" w:lineRule="auto"/>
        <w:outlineLvl w:val="2"/>
        <w:rPr>
          <w:rFonts w:ascii="Century Gothic" w:hAnsi="Century Gothic" w:eastAsia="Times New Roman" w:cs="Times New Roman"/>
          <w:b/>
          <w:bCs/>
          <w:color w:val="76923C" w:themeColor="accent3" w:themeShade="BF"/>
          <w:sz w:val="28"/>
          <w:szCs w:val="28"/>
          <w:lang w:val="en-GB" w:eastAsia="en-GB"/>
        </w:rPr>
      </w:pPr>
    </w:p>
    <w:p w:rsidR="00C402DE" w:rsidP="007869BE" w:rsidRDefault="00C402DE" w14:paraId="0411232D" w14:textId="77777777">
      <w:pPr>
        <w:spacing w:before="100" w:beforeAutospacing="1" w:after="100" w:afterAutospacing="1" w:line="240" w:lineRule="auto"/>
        <w:outlineLvl w:val="2"/>
        <w:rPr>
          <w:rFonts w:ascii="Century Gothic" w:hAnsi="Century Gothic" w:eastAsia="Times New Roman" w:cs="Times New Roman"/>
          <w:b/>
          <w:bCs/>
          <w:color w:val="76923C" w:themeColor="accent3" w:themeShade="BF"/>
          <w:sz w:val="28"/>
          <w:szCs w:val="28"/>
          <w:lang w:val="en-GB" w:eastAsia="en-GB"/>
        </w:rPr>
      </w:pPr>
    </w:p>
    <w:p w:rsidR="00C402DE" w:rsidP="007869BE" w:rsidRDefault="00C402DE" w14:paraId="4A95A995" w14:textId="77777777">
      <w:pPr>
        <w:spacing w:before="100" w:beforeAutospacing="1" w:after="100" w:afterAutospacing="1" w:line="240" w:lineRule="auto"/>
        <w:outlineLvl w:val="2"/>
        <w:rPr>
          <w:rFonts w:ascii="Century Gothic" w:hAnsi="Century Gothic" w:eastAsia="Times New Roman" w:cs="Times New Roman"/>
          <w:b/>
          <w:bCs/>
          <w:color w:val="76923C" w:themeColor="accent3" w:themeShade="BF"/>
          <w:sz w:val="28"/>
          <w:szCs w:val="28"/>
          <w:lang w:val="en-GB" w:eastAsia="en-GB"/>
        </w:rPr>
      </w:pPr>
    </w:p>
    <w:p w:rsidR="00BD0D9B" w:rsidP="007869BE" w:rsidRDefault="00BD0D9B" w14:paraId="2BA29F70" w14:textId="77777777">
      <w:pPr>
        <w:spacing w:before="100" w:beforeAutospacing="1" w:after="100" w:afterAutospacing="1" w:line="240" w:lineRule="auto"/>
        <w:outlineLvl w:val="2"/>
        <w:rPr>
          <w:rFonts w:ascii="Century Gothic" w:hAnsi="Century Gothic" w:eastAsia="Times New Roman" w:cs="Times New Roman"/>
          <w:b/>
          <w:bCs/>
          <w:color w:val="76923C" w:themeColor="accent3" w:themeShade="BF"/>
          <w:sz w:val="28"/>
          <w:szCs w:val="28"/>
          <w:lang w:val="en-GB" w:eastAsia="en-GB"/>
        </w:rPr>
      </w:pPr>
    </w:p>
    <w:p w:rsidR="00BD0D9B" w:rsidP="007869BE" w:rsidRDefault="00BD0D9B" w14:paraId="4BD7F6AD" w14:textId="77777777">
      <w:pPr>
        <w:spacing w:before="100" w:beforeAutospacing="1" w:after="100" w:afterAutospacing="1" w:line="240" w:lineRule="auto"/>
        <w:outlineLvl w:val="2"/>
        <w:rPr>
          <w:rFonts w:ascii="Century Gothic" w:hAnsi="Century Gothic" w:eastAsia="Times New Roman" w:cs="Times New Roman"/>
          <w:b/>
          <w:bCs/>
          <w:color w:val="76923C" w:themeColor="accent3" w:themeShade="BF"/>
          <w:sz w:val="28"/>
          <w:szCs w:val="28"/>
          <w:lang w:val="en-GB" w:eastAsia="en-GB"/>
        </w:rPr>
      </w:pPr>
    </w:p>
    <w:p w:rsidR="00BD0D9B" w:rsidP="007869BE" w:rsidRDefault="00BD0D9B" w14:paraId="3F34381A" w14:textId="77777777">
      <w:pPr>
        <w:spacing w:before="100" w:beforeAutospacing="1" w:after="100" w:afterAutospacing="1" w:line="240" w:lineRule="auto"/>
        <w:outlineLvl w:val="2"/>
        <w:rPr>
          <w:rFonts w:ascii="Century Gothic" w:hAnsi="Century Gothic" w:eastAsia="Times New Roman" w:cs="Times New Roman"/>
          <w:b/>
          <w:bCs/>
          <w:color w:val="76923C" w:themeColor="accent3" w:themeShade="BF"/>
          <w:sz w:val="28"/>
          <w:szCs w:val="28"/>
          <w:lang w:val="en-GB" w:eastAsia="en-GB"/>
        </w:rPr>
      </w:pPr>
    </w:p>
    <w:p w:rsidR="00BD0D9B" w:rsidP="007869BE" w:rsidRDefault="00BD0D9B" w14:paraId="63E1A60A" w14:textId="73C5FDF4">
      <w:pPr>
        <w:spacing w:before="100" w:beforeAutospacing="1" w:after="100" w:afterAutospacing="1" w:line="240" w:lineRule="auto"/>
        <w:outlineLvl w:val="2"/>
        <w:rPr>
          <w:rFonts w:ascii="Century Gothic" w:hAnsi="Century Gothic" w:eastAsia="Times New Roman" w:cs="Times New Roman"/>
          <w:b/>
          <w:bCs/>
          <w:color w:val="76923C" w:themeColor="accent3" w:themeShade="BF"/>
          <w:sz w:val="28"/>
          <w:szCs w:val="28"/>
          <w:lang w:val="en-GB" w:eastAsia="en-GB"/>
        </w:rPr>
      </w:pPr>
    </w:p>
    <w:p w:rsidR="00BD0D9B" w:rsidP="007869BE" w:rsidRDefault="00BD0D9B" w14:paraId="72A2CC51" w14:textId="5F780B6A">
      <w:pPr>
        <w:spacing w:before="100" w:beforeAutospacing="1" w:after="100" w:afterAutospacing="1" w:line="240" w:lineRule="auto"/>
        <w:outlineLvl w:val="2"/>
        <w:rPr>
          <w:rFonts w:ascii="Century Gothic" w:hAnsi="Century Gothic" w:eastAsia="Times New Roman" w:cs="Times New Roman"/>
          <w:b/>
          <w:bCs/>
          <w:color w:val="76923C" w:themeColor="accent3" w:themeShade="BF"/>
          <w:sz w:val="28"/>
          <w:szCs w:val="28"/>
          <w:lang w:val="en-GB" w:eastAsia="en-GB"/>
        </w:rPr>
      </w:pPr>
    </w:p>
    <w:p w:rsidR="00741CA2" w:rsidP="007869BE" w:rsidRDefault="00610261" w14:paraId="74368D51" w14:textId="0DAC653E">
      <w:pPr>
        <w:spacing w:before="100" w:beforeAutospacing="1" w:after="100" w:afterAutospacing="1" w:line="240" w:lineRule="auto"/>
        <w:outlineLvl w:val="2"/>
        <w:rPr>
          <w:rFonts w:ascii="Century Gothic" w:hAnsi="Century Gothic" w:eastAsia="Times New Roman" w:cs="Times New Roman"/>
          <w:b/>
          <w:bCs/>
          <w:color w:val="76923C" w:themeColor="accent3" w:themeShade="BF"/>
          <w:sz w:val="28"/>
          <w:szCs w:val="28"/>
          <w:lang w:val="en-GB" w:eastAsia="en-GB"/>
        </w:rPr>
      </w:pPr>
      <w:r w:rsidRPr="00392AC4">
        <w:rPr>
          <w:rFonts w:ascii="Century Gothic" w:hAnsi="Century Gothic"/>
          <w:b/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033A62D7" wp14:editId="29B4A8B5">
                <wp:simplePos x="0" y="0"/>
                <wp:positionH relativeFrom="margin">
                  <wp:align>center</wp:align>
                </wp:positionH>
                <wp:positionV relativeFrom="paragraph">
                  <wp:posOffset>123825</wp:posOffset>
                </wp:positionV>
                <wp:extent cx="5318125" cy="8008620"/>
                <wp:effectExtent l="0" t="0" r="15875" b="11430"/>
                <wp:wrapNone/>
                <wp:docPr id="120284614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18125" cy="8008620"/>
                        </a:xfrm>
                        <a:prstGeom prst="roundRect">
                          <a:avLst/>
                        </a:prstGeom>
                        <a:solidFill>
                          <a:schemeClr val="bg2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Pr="00C402DE" w:rsidR="0001406C" w:rsidP="00722158" w:rsidRDefault="0001406C" w14:paraId="22CAA81F" w14:textId="77777777">
                            <w:pPr>
                              <w:spacing w:before="100" w:beforeAutospacing="1" w:after="100" w:afterAutospacing="1" w:line="240" w:lineRule="auto"/>
                              <w:jc w:val="center"/>
                              <w:outlineLvl w:val="2"/>
                              <w:rPr>
                                <w:rFonts w:ascii="Century Gothic" w:hAnsi="Century Gothic" w:eastAsia="Times New Roman" w:cs="Times New Roman"/>
                                <w:b/>
                                <w:bCs/>
                                <w:color w:val="76923C" w:themeColor="accent3" w:themeShade="BF"/>
                                <w:sz w:val="44"/>
                                <w:szCs w:val="44"/>
                                <w:lang w:val="en-GB" w:eastAsia="en-GB"/>
                              </w:rPr>
                            </w:pPr>
                            <w:r w:rsidRPr="00C402DE">
                              <w:rPr>
                                <w:rFonts w:ascii="Century Gothic" w:hAnsi="Century Gothic" w:eastAsia="Times New Roman" w:cs="Times New Roman"/>
                                <w:b/>
                                <w:bCs/>
                                <w:color w:val="76923C" w:themeColor="accent3" w:themeShade="BF"/>
                                <w:sz w:val="44"/>
                                <w:szCs w:val="44"/>
                                <w:lang w:val="en-GB" w:eastAsia="en-GB"/>
                              </w:rPr>
                              <w:t>Submitting Your Referral</w:t>
                            </w:r>
                          </w:p>
                          <w:p w:rsidRPr="00C402DE" w:rsidR="0001406C" w:rsidP="00722158" w:rsidRDefault="0001406C" w14:paraId="53A06F93" w14:textId="77777777">
                            <w:pPr>
                              <w:spacing w:before="100" w:beforeAutospacing="1" w:after="100" w:afterAutospacing="1" w:line="240" w:lineRule="auto"/>
                              <w:jc w:val="center"/>
                              <w:rPr>
                                <w:rFonts w:ascii="Century Gothic" w:hAnsi="Century Gothic" w:eastAsia="Times New Roman" w:cs="Times New Roman"/>
                                <w:color w:val="4F6228" w:themeColor="accent3" w:themeShade="80"/>
                                <w:sz w:val="40"/>
                                <w:szCs w:val="40"/>
                                <w:lang w:val="en-GB" w:eastAsia="en-GB"/>
                              </w:rPr>
                            </w:pPr>
                            <w:r w:rsidRPr="00C402DE">
                              <w:rPr>
                                <w:rFonts w:ascii="Century Gothic" w:hAnsi="Century Gothic" w:eastAsia="Times New Roman" w:cs="Times New Roman"/>
                                <w:color w:val="4F6228" w:themeColor="accent3" w:themeShade="80"/>
                                <w:sz w:val="40"/>
                                <w:szCs w:val="40"/>
                                <w:lang w:val="en-GB" w:eastAsia="en-GB"/>
                              </w:rPr>
                              <w:t>Please submit the completed referral form together with the child's EHCP (where applicable) and any relevant supporting documentation to:</w:t>
                            </w:r>
                          </w:p>
                          <w:p w:rsidRPr="00C402DE" w:rsidR="0001406C" w:rsidP="00722158" w:rsidRDefault="0001406C" w14:paraId="4CE52ABA" w14:textId="77777777">
                            <w:pPr>
                              <w:spacing w:before="100" w:beforeAutospacing="1" w:after="100" w:afterAutospacing="1" w:line="240" w:lineRule="auto"/>
                              <w:jc w:val="center"/>
                              <w:rPr>
                                <w:rFonts w:ascii="Century Gothic" w:hAnsi="Century Gothic" w:eastAsia="Times New Roman" w:cs="Times New Roman"/>
                                <w:color w:val="4F6228" w:themeColor="accent3" w:themeShade="80"/>
                                <w:sz w:val="40"/>
                                <w:szCs w:val="40"/>
                                <w:lang w:val="en-GB" w:eastAsia="en-GB"/>
                              </w:rPr>
                            </w:pPr>
                            <w:r w:rsidRPr="00C402DE">
                              <w:rPr>
                                <w:rFonts w:ascii="Century Gothic" w:hAnsi="Century Gothic" w:eastAsia="Times New Roman" w:cs="Times New Roman"/>
                                <w:b/>
                                <w:bCs/>
                                <w:color w:val="4F6228" w:themeColor="accent3" w:themeShade="80"/>
                                <w:sz w:val="40"/>
                                <w:szCs w:val="40"/>
                                <w:lang w:val="en-GB" w:eastAsia="en-GB"/>
                              </w:rPr>
                              <w:t>Admissions</w:t>
                            </w:r>
                            <w:r w:rsidRPr="00C402DE">
                              <w:rPr>
                                <w:rFonts w:ascii="Century Gothic" w:hAnsi="Century Gothic" w:eastAsia="Times New Roman" w:cs="Times New Roman"/>
                                <w:color w:val="4F6228" w:themeColor="accent3" w:themeShade="80"/>
                                <w:sz w:val="40"/>
                                <w:szCs w:val="40"/>
                                <w:lang w:val="en-GB" w:eastAsia="en-GB"/>
                              </w:rPr>
                              <w:br/>
                              <w:t>Homebrook Woods</w:t>
                            </w:r>
                          </w:p>
                          <w:p w:rsidRPr="00C402DE" w:rsidR="0001406C" w:rsidP="00722158" w:rsidRDefault="0001406C" w14:paraId="0EA4F09F" w14:textId="77777777">
                            <w:pPr>
                              <w:spacing w:before="100" w:beforeAutospacing="1" w:after="100" w:afterAutospacing="1" w:line="240" w:lineRule="auto"/>
                              <w:jc w:val="center"/>
                              <w:rPr>
                                <w:rFonts w:ascii="Century Gothic" w:hAnsi="Century Gothic" w:eastAsia="Times New Roman" w:cs="Times New Roman"/>
                                <w:color w:val="4F6228" w:themeColor="accent3" w:themeShade="80"/>
                                <w:sz w:val="40"/>
                                <w:szCs w:val="40"/>
                                <w:lang w:val="en-GB" w:eastAsia="en-GB"/>
                              </w:rPr>
                            </w:pPr>
                            <w:r w:rsidRPr="00C402DE">
                              <w:rPr>
                                <w:rFonts w:ascii="Century Gothic" w:hAnsi="Century Gothic" w:eastAsia="Times New Roman" w:cs="Times New Roman"/>
                                <w:b/>
                                <w:bCs/>
                                <w:color w:val="4F6228" w:themeColor="accent3" w:themeShade="80"/>
                                <w:sz w:val="40"/>
                                <w:szCs w:val="40"/>
                                <w:lang w:val="en-GB" w:eastAsia="en-GB"/>
                              </w:rPr>
                              <w:t>admissions@homebrookwoods.co.uk</w:t>
                            </w:r>
                          </w:p>
                          <w:p w:rsidRPr="00C402DE" w:rsidR="0001406C" w:rsidP="00722158" w:rsidRDefault="0001406C" w14:paraId="68AFCF70" w14:textId="77777777">
                            <w:pPr>
                              <w:spacing w:before="100" w:beforeAutospacing="1" w:after="100" w:afterAutospacing="1" w:line="240" w:lineRule="auto"/>
                              <w:jc w:val="center"/>
                              <w:rPr>
                                <w:rFonts w:ascii="Century Gothic" w:hAnsi="Century Gothic" w:eastAsia="Times New Roman" w:cs="Times New Roman"/>
                                <w:color w:val="4F6228" w:themeColor="accent3" w:themeShade="80"/>
                                <w:sz w:val="40"/>
                                <w:szCs w:val="40"/>
                                <w:lang w:val="en-GB" w:eastAsia="en-GB"/>
                              </w:rPr>
                            </w:pPr>
                            <w:r w:rsidRPr="00C402DE">
                              <w:rPr>
                                <w:rFonts w:ascii="Century Gothic" w:hAnsi="Century Gothic" w:eastAsia="Times New Roman" w:cs="Times New Roman"/>
                                <w:color w:val="4F6228" w:themeColor="accent3" w:themeShade="80"/>
                                <w:sz w:val="40"/>
                                <w:szCs w:val="40"/>
                                <w:lang w:val="en-GB" w:eastAsia="en-GB"/>
                              </w:rPr>
                              <w:t>Supporting documents may be submitted by secure email or an approved secure file-sharing system.</w:t>
                            </w:r>
                          </w:p>
                          <w:p w:rsidRPr="00C402DE" w:rsidR="0001406C" w:rsidP="00722158" w:rsidRDefault="0001406C" w14:paraId="3BB5E70F" w14:textId="77777777">
                            <w:pPr>
                              <w:spacing w:before="100" w:beforeAutospacing="1" w:after="100" w:afterAutospacing="1" w:line="240" w:lineRule="auto"/>
                              <w:jc w:val="center"/>
                              <w:rPr>
                                <w:rFonts w:ascii="Century Gothic" w:hAnsi="Century Gothic" w:eastAsia="Times New Roman" w:cs="Times New Roman"/>
                                <w:color w:val="4F6228" w:themeColor="accent3" w:themeShade="80"/>
                                <w:sz w:val="40"/>
                                <w:szCs w:val="40"/>
                                <w:lang w:val="en-GB" w:eastAsia="en-GB"/>
                              </w:rPr>
                            </w:pPr>
                            <w:r w:rsidRPr="00C402DE">
                              <w:rPr>
                                <w:rFonts w:ascii="Century Gothic" w:hAnsi="Century Gothic" w:eastAsia="Times New Roman" w:cs="Times New Roman"/>
                                <w:color w:val="4F6228" w:themeColor="accent3" w:themeShade="80"/>
                                <w:sz w:val="40"/>
                                <w:szCs w:val="40"/>
                                <w:lang w:val="en-GB" w:eastAsia="en-GB"/>
                              </w:rPr>
                              <w:t>If documents are password protected, please provide the password separately by email or telephone.</w:t>
                            </w:r>
                          </w:p>
                          <w:p w:rsidRPr="00C402DE" w:rsidR="0001406C" w:rsidP="00722158" w:rsidRDefault="0001406C" w14:paraId="4C6E0F74" w14:textId="77777777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 w:eastAsia="Times New Roman" w:cs="Times New Roman"/>
                                <w:color w:val="4F6228" w:themeColor="accent3" w:themeShade="80"/>
                                <w:sz w:val="40"/>
                                <w:szCs w:val="40"/>
                                <w:lang w:val="en-GB" w:eastAsia="en-GB"/>
                              </w:rPr>
                            </w:pPr>
                            <w:r w:rsidRPr="00C402DE">
                              <w:rPr>
                                <w:rFonts w:ascii="Century Gothic" w:hAnsi="Century Gothic" w:eastAsia="Times New Roman" w:cs="Times New Roman"/>
                                <w:color w:val="4F6228" w:themeColor="accent3" w:themeShade="80"/>
                                <w:sz w:val="40"/>
                                <w:szCs w:val="40"/>
                                <w:lang w:val="en-GB" w:eastAsia="en-GB"/>
                              </w:rPr>
                              <w:t>Additional information or documentation may be requested during the admissions assessment process.</w:t>
                            </w:r>
                          </w:p>
                          <w:p w:rsidRPr="00595601" w:rsidR="00C036E3" w:rsidP="0001406C" w:rsidRDefault="00C036E3" w14:paraId="0E801E43" w14:textId="43C3507A">
                            <w:pPr>
                              <w:spacing w:before="100" w:beforeAutospacing="1" w:after="100" w:afterAutospacing="1" w:line="240" w:lineRule="auto"/>
                              <w:ind w:left="720"/>
                              <w:rPr>
                                <w:rFonts w:ascii="Century Gothic" w:hAnsi="Century Gothic" w:eastAsia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29" style="position:absolute;margin-left:0;margin-top:9.75pt;width:418.75pt;height:630.6pt;z-index:25166643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fillcolor="#eeece1 [3214]" strokecolor="#9bbb59 [3206]" strokeweight="2pt" arcsize="10923f" w14:anchorId="033A62D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">
                <v:textbox>
                  <w:txbxContent>
                    <w:p w:rsidRPr="00C402DE" w:rsidR="0001406C" w:rsidP="00722158" w:rsidRDefault="0001406C" w14:paraId="22CAA81F" w14:textId="77777777">
                      <w:pPr>
                        <w:spacing w:before="100" w:beforeAutospacing="1" w:after="100" w:afterAutospacing="1" w:line="240" w:lineRule="auto"/>
                        <w:jc w:val="center"/>
                        <w:outlineLvl w:val="2"/>
                        <w:rPr>
                          <w:rFonts w:ascii="Century Gothic" w:hAnsi="Century Gothic" w:eastAsia="Times New Roman" w:cs="Times New Roman"/>
                          <w:b/>
                          <w:bCs/>
                          <w:color w:val="76923C" w:themeColor="accent3" w:themeShade="BF"/>
                          <w:sz w:val="44"/>
                          <w:szCs w:val="44"/>
                          <w:lang w:val="en-GB" w:eastAsia="en-GB"/>
                        </w:rPr>
                      </w:pPr>
                      <w:r w:rsidRPr="00C402DE">
                        <w:rPr>
                          <w:rFonts w:ascii="Century Gothic" w:hAnsi="Century Gothic" w:eastAsia="Times New Roman" w:cs="Times New Roman"/>
                          <w:b/>
                          <w:bCs/>
                          <w:color w:val="76923C" w:themeColor="accent3" w:themeShade="BF"/>
                          <w:sz w:val="44"/>
                          <w:szCs w:val="44"/>
                          <w:lang w:val="en-GB" w:eastAsia="en-GB"/>
                        </w:rPr>
                        <w:t>Submitting Your Referral</w:t>
                      </w:r>
                    </w:p>
                    <w:p w:rsidRPr="00C402DE" w:rsidR="0001406C" w:rsidP="00722158" w:rsidRDefault="0001406C" w14:paraId="53A06F93" w14:textId="77777777">
                      <w:pPr>
                        <w:spacing w:before="100" w:beforeAutospacing="1" w:after="100" w:afterAutospacing="1" w:line="240" w:lineRule="auto"/>
                        <w:jc w:val="center"/>
                        <w:rPr>
                          <w:rFonts w:ascii="Century Gothic" w:hAnsi="Century Gothic" w:eastAsia="Times New Roman" w:cs="Times New Roman"/>
                          <w:color w:val="4F6228" w:themeColor="accent3" w:themeShade="80"/>
                          <w:sz w:val="40"/>
                          <w:szCs w:val="40"/>
                          <w:lang w:val="en-GB" w:eastAsia="en-GB"/>
                        </w:rPr>
                      </w:pPr>
                      <w:r w:rsidRPr="00C402DE">
                        <w:rPr>
                          <w:rFonts w:ascii="Century Gothic" w:hAnsi="Century Gothic" w:eastAsia="Times New Roman" w:cs="Times New Roman"/>
                          <w:color w:val="4F6228" w:themeColor="accent3" w:themeShade="80"/>
                          <w:sz w:val="40"/>
                          <w:szCs w:val="40"/>
                          <w:lang w:val="en-GB" w:eastAsia="en-GB"/>
                        </w:rPr>
                        <w:t>Please submit the completed referral form together with the child's EHCP (where applicable) and any relevant supporting documentation to:</w:t>
                      </w:r>
                    </w:p>
                    <w:p w:rsidRPr="00C402DE" w:rsidR="0001406C" w:rsidP="00722158" w:rsidRDefault="0001406C" w14:paraId="4CE52ABA" w14:textId="77777777">
                      <w:pPr>
                        <w:spacing w:before="100" w:beforeAutospacing="1" w:after="100" w:afterAutospacing="1" w:line="240" w:lineRule="auto"/>
                        <w:jc w:val="center"/>
                        <w:rPr>
                          <w:rFonts w:ascii="Century Gothic" w:hAnsi="Century Gothic" w:eastAsia="Times New Roman" w:cs="Times New Roman"/>
                          <w:color w:val="4F6228" w:themeColor="accent3" w:themeShade="80"/>
                          <w:sz w:val="40"/>
                          <w:szCs w:val="40"/>
                          <w:lang w:val="en-GB" w:eastAsia="en-GB"/>
                        </w:rPr>
                      </w:pPr>
                      <w:r w:rsidRPr="00C402DE">
                        <w:rPr>
                          <w:rFonts w:ascii="Century Gothic" w:hAnsi="Century Gothic" w:eastAsia="Times New Roman" w:cs="Times New Roman"/>
                          <w:b/>
                          <w:bCs/>
                          <w:color w:val="4F6228" w:themeColor="accent3" w:themeShade="80"/>
                          <w:sz w:val="40"/>
                          <w:szCs w:val="40"/>
                          <w:lang w:val="en-GB" w:eastAsia="en-GB"/>
                        </w:rPr>
                        <w:t>Admissions</w:t>
                      </w:r>
                      <w:r w:rsidRPr="00C402DE">
                        <w:rPr>
                          <w:rFonts w:ascii="Century Gothic" w:hAnsi="Century Gothic" w:eastAsia="Times New Roman" w:cs="Times New Roman"/>
                          <w:color w:val="4F6228" w:themeColor="accent3" w:themeShade="80"/>
                          <w:sz w:val="40"/>
                          <w:szCs w:val="40"/>
                          <w:lang w:val="en-GB" w:eastAsia="en-GB"/>
                        </w:rPr>
                        <w:br/>
                        <w:t>Homebrook Woods</w:t>
                      </w:r>
                    </w:p>
                    <w:p w:rsidRPr="00C402DE" w:rsidR="0001406C" w:rsidP="00722158" w:rsidRDefault="0001406C" w14:paraId="0EA4F09F" w14:textId="77777777">
                      <w:pPr>
                        <w:spacing w:before="100" w:beforeAutospacing="1" w:after="100" w:afterAutospacing="1" w:line="240" w:lineRule="auto"/>
                        <w:jc w:val="center"/>
                        <w:rPr>
                          <w:rFonts w:ascii="Century Gothic" w:hAnsi="Century Gothic" w:eastAsia="Times New Roman" w:cs="Times New Roman"/>
                          <w:color w:val="4F6228" w:themeColor="accent3" w:themeShade="80"/>
                          <w:sz w:val="40"/>
                          <w:szCs w:val="40"/>
                          <w:lang w:val="en-GB" w:eastAsia="en-GB"/>
                        </w:rPr>
                      </w:pPr>
                      <w:r w:rsidRPr="00C402DE">
                        <w:rPr>
                          <w:rFonts w:ascii="Century Gothic" w:hAnsi="Century Gothic" w:eastAsia="Times New Roman" w:cs="Times New Roman"/>
                          <w:b/>
                          <w:bCs/>
                          <w:color w:val="4F6228" w:themeColor="accent3" w:themeShade="80"/>
                          <w:sz w:val="40"/>
                          <w:szCs w:val="40"/>
                          <w:lang w:val="en-GB" w:eastAsia="en-GB"/>
                        </w:rPr>
                        <w:t>admissions@homebrookwoods.co.uk</w:t>
                      </w:r>
                    </w:p>
                    <w:p w:rsidRPr="00C402DE" w:rsidR="0001406C" w:rsidP="00722158" w:rsidRDefault="0001406C" w14:paraId="68AFCF70" w14:textId="77777777">
                      <w:pPr>
                        <w:spacing w:before="100" w:beforeAutospacing="1" w:after="100" w:afterAutospacing="1" w:line="240" w:lineRule="auto"/>
                        <w:jc w:val="center"/>
                        <w:rPr>
                          <w:rFonts w:ascii="Century Gothic" w:hAnsi="Century Gothic" w:eastAsia="Times New Roman" w:cs="Times New Roman"/>
                          <w:color w:val="4F6228" w:themeColor="accent3" w:themeShade="80"/>
                          <w:sz w:val="40"/>
                          <w:szCs w:val="40"/>
                          <w:lang w:val="en-GB" w:eastAsia="en-GB"/>
                        </w:rPr>
                      </w:pPr>
                      <w:r w:rsidRPr="00C402DE">
                        <w:rPr>
                          <w:rFonts w:ascii="Century Gothic" w:hAnsi="Century Gothic" w:eastAsia="Times New Roman" w:cs="Times New Roman"/>
                          <w:color w:val="4F6228" w:themeColor="accent3" w:themeShade="80"/>
                          <w:sz w:val="40"/>
                          <w:szCs w:val="40"/>
                          <w:lang w:val="en-GB" w:eastAsia="en-GB"/>
                        </w:rPr>
                        <w:t>Supporting documents may be submitted by secure email or an approved secure file-sharing system.</w:t>
                      </w:r>
                    </w:p>
                    <w:p w:rsidRPr="00C402DE" w:rsidR="0001406C" w:rsidP="00722158" w:rsidRDefault="0001406C" w14:paraId="3BB5E70F" w14:textId="77777777">
                      <w:pPr>
                        <w:spacing w:before="100" w:beforeAutospacing="1" w:after="100" w:afterAutospacing="1" w:line="240" w:lineRule="auto"/>
                        <w:jc w:val="center"/>
                        <w:rPr>
                          <w:rFonts w:ascii="Century Gothic" w:hAnsi="Century Gothic" w:eastAsia="Times New Roman" w:cs="Times New Roman"/>
                          <w:color w:val="4F6228" w:themeColor="accent3" w:themeShade="80"/>
                          <w:sz w:val="40"/>
                          <w:szCs w:val="40"/>
                          <w:lang w:val="en-GB" w:eastAsia="en-GB"/>
                        </w:rPr>
                      </w:pPr>
                      <w:r w:rsidRPr="00C402DE">
                        <w:rPr>
                          <w:rFonts w:ascii="Century Gothic" w:hAnsi="Century Gothic" w:eastAsia="Times New Roman" w:cs="Times New Roman"/>
                          <w:color w:val="4F6228" w:themeColor="accent3" w:themeShade="80"/>
                          <w:sz w:val="40"/>
                          <w:szCs w:val="40"/>
                          <w:lang w:val="en-GB" w:eastAsia="en-GB"/>
                        </w:rPr>
                        <w:t>If documents are password protected, please provide the password separately by email or telephone.</w:t>
                      </w:r>
                    </w:p>
                    <w:p w:rsidRPr="00C402DE" w:rsidR="0001406C" w:rsidP="00722158" w:rsidRDefault="0001406C" w14:paraId="4C6E0F74" w14:textId="77777777">
                      <w:pPr>
                        <w:spacing w:after="0" w:line="240" w:lineRule="auto"/>
                        <w:jc w:val="center"/>
                        <w:rPr>
                          <w:rFonts w:ascii="Century Gothic" w:hAnsi="Century Gothic" w:eastAsia="Times New Roman" w:cs="Times New Roman"/>
                          <w:color w:val="4F6228" w:themeColor="accent3" w:themeShade="80"/>
                          <w:sz w:val="40"/>
                          <w:szCs w:val="40"/>
                          <w:lang w:val="en-GB" w:eastAsia="en-GB"/>
                        </w:rPr>
                      </w:pPr>
                      <w:r w:rsidRPr="00C402DE">
                        <w:rPr>
                          <w:rFonts w:ascii="Century Gothic" w:hAnsi="Century Gothic" w:eastAsia="Times New Roman" w:cs="Times New Roman"/>
                          <w:color w:val="4F6228" w:themeColor="accent3" w:themeShade="80"/>
                          <w:sz w:val="40"/>
                          <w:szCs w:val="40"/>
                          <w:lang w:val="en-GB" w:eastAsia="en-GB"/>
                        </w:rPr>
                        <w:t>Additional information or documentation may be requested during the admissions assessment process.</w:t>
                      </w:r>
                    </w:p>
                    <w:p w:rsidRPr="00595601" w:rsidR="00C036E3" w:rsidP="0001406C" w:rsidRDefault="00C036E3" w14:paraId="0E801E43" w14:textId="43C3507A">
                      <w:pPr>
                        <w:spacing w:before="100" w:beforeAutospacing="1" w:after="100" w:afterAutospacing="1" w:line="240" w:lineRule="auto"/>
                        <w:ind w:left="720"/>
                        <w:rPr>
                          <w:rFonts w:ascii="Century Gothic" w:hAnsi="Century Gothic" w:eastAsia="Times New Roman" w:cs="Times New Roman"/>
                          <w:sz w:val="20"/>
                          <w:szCs w:val="20"/>
                          <w:lang w:val="en-GB" w:eastAsia="en-GB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C036E3" w:rsidP="007869BE" w:rsidRDefault="00C036E3" w14:paraId="45BDFF93" w14:textId="624D6014">
      <w:pPr>
        <w:spacing w:before="100" w:beforeAutospacing="1" w:after="100" w:afterAutospacing="1" w:line="240" w:lineRule="auto"/>
        <w:outlineLvl w:val="2"/>
        <w:rPr>
          <w:rFonts w:ascii="Century Gothic" w:hAnsi="Century Gothic" w:eastAsia="Times New Roman" w:cs="Times New Roman"/>
          <w:b/>
          <w:bCs/>
          <w:color w:val="76923C" w:themeColor="accent3" w:themeShade="BF"/>
          <w:sz w:val="28"/>
          <w:szCs w:val="28"/>
          <w:lang w:val="en-GB" w:eastAsia="en-GB"/>
        </w:rPr>
      </w:pPr>
    </w:p>
    <w:p w:rsidRPr="008C0702" w:rsidR="00C362FB" w:rsidP="009457DE" w:rsidRDefault="00C362FB" w14:paraId="2F829D9F" w14:textId="44C4CA17">
      <w:pPr>
        <w:pStyle w:val="Heading1"/>
        <w:spacing w:before="0"/>
        <w:rPr>
          <w:rFonts w:ascii="Century Gothic" w:hAnsi="Century Gothic"/>
          <w:color w:val="5F7A61"/>
        </w:rPr>
      </w:pPr>
    </w:p>
    <w:p w:rsidR="00AE10ED" w:rsidP="009457DE" w:rsidRDefault="00AE10ED" w14:paraId="7DFD2DAA" w14:textId="5647D2FD">
      <w:pPr>
        <w:pStyle w:val="Heading1"/>
        <w:spacing w:before="0"/>
        <w:rPr>
          <w:rFonts w:ascii="Century Gothic" w:hAnsi="Century Gothic"/>
          <w:color w:val="5F7A61"/>
        </w:rPr>
      </w:pPr>
    </w:p>
    <w:p w:rsidR="00AE10ED" w:rsidP="009457DE" w:rsidRDefault="00AE10ED" w14:paraId="18D7E576" w14:textId="77777777">
      <w:pPr>
        <w:pStyle w:val="Heading1"/>
        <w:spacing w:before="0"/>
        <w:rPr>
          <w:rFonts w:ascii="Century Gothic" w:hAnsi="Century Gothic"/>
          <w:color w:val="5F7A61"/>
        </w:rPr>
      </w:pPr>
    </w:p>
    <w:p w:rsidR="00AE10ED" w:rsidP="009457DE" w:rsidRDefault="00AE10ED" w14:paraId="375D72FD" w14:textId="0AF1BF46">
      <w:pPr>
        <w:pStyle w:val="Heading1"/>
        <w:spacing w:before="0"/>
        <w:rPr>
          <w:rFonts w:ascii="Century Gothic" w:hAnsi="Century Gothic"/>
          <w:color w:val="5F7A61"/>
        </w:rPr>
      </w:pPr>
    </w:p>
    <w:p w:rsidR="000801DF" w:rsidP="009457DE" w:rsidRDefault="000801DF" w14:paraId="259DDB79" w14:textId="6FBC6E50">
      <w:pPr>
        <w:pStyle w:val="Heading1"/>
        <w:spacing w:before="0"/>
        <w:rPr>
          <w:rFonts w:ascii="Century Gothic" w:hAnsi="Century Gothic"/>
          <w:color w:val="5F7A61"/>
        </w:rPr>
      </w:pPr>
    </w:p>
    <w:p w:rsidR="00741CA2" w:rsidP="00741CA2" w:rsidRDefault="00741CA2" w14:paraId="3A66BBF4" w14:textId="281CA8DD"/>
    <w:p w:rsidR="00741CA2" w:rsidP="00741CA2" w:rsidRDefault="00741CA2" w14:paraId="0AE82574" w14:textId="440C47E7"/>
    <w:p w:rsidR="00741CA2" w:rsidP="00741CA2" w:rsidRDefault="00741CA2" w14:paraId="797B9BF1" w14:textId="77777777"/>
    <w:p w:rsidR="00741CA2" w:rsidP="00741CA2" w:rsidRDefault="00741CA2" w14:paraId="0B024585" w14:textId="77777777"/>
    <w:p w:rsidR="00741CA2" w:rsidP="00741CA2" w:rsidRDefault="00741CA2" w14:paraId="1DD262D2" w14:textId="77777777"/>
    <w:p w:rsidR="00741CA2" w:rsidP="00741CA2" w:rsidRDefault="00741CA2" w14:paraId="6684DAD1" w14:textId="77777777"/>
    <w:p w:rsidR="00741CA2" w:rsidP="00741CA2" w:rsidRDefault="00741CA2" w14:paraId="44FDD5AA" w14:textId="77777777"/>
    <w:p w:rsidR="00741CA2" w:rsidP="00741CA2" w:rsidRDefault="00741CA2" w14:paraId="246AE934" w14:textId="77777777"/>
    <w:p w:rsidR="00741CA2" w:rsidP="00741CA2" w:rsidRDefault="00741CA2" w14:paraId="5E8EE142" w14:textId="77777777"/>
    <w:p w:rsidR="00741CA2" w:rsidP="00741CA2" w:rsidRDefault="00741CA2" w14:paraId="70B37CF3" w14:textId="77777777"/>
    <w:p w:rsidR="00741CA2" w:rsidP="00741CA2" w:rsidRDefault="00741CA2" w14:paraId="54EB2291" w14:textId="77777777"/>
    <w:p w:rsidRPr="00741CA2" w:rsidR="00741CA2" w:rsidP="00741CA2" w:rsidRDefault="00741CA2" w14:paraId="2B07733D" w14:textId="77777777"/>
    <w:p w:rsidR="000801DF" w:rsidP="009457DE" w:rsidRDefault="000801DF" w14:paraId="05743B20" w14:textId="77777777">
      <w:pPr>
        <w:pStyle w:val="Heading1"/>
        <w:spacing w:before="0"/>
        <w:rPr>
          <w:rFonts w:ascii="Century Gothic" w:hAnsi="Century Gothic"/>
          <w:color w:val="5F7A61"/>
        </w:rPr>
      </w:pPr>
    </w:p>
    <w:p w:rsidR="00FA69E8" w:rsidP="004A79AB" w:rsidRDefault="00FA69E8" w14:paraId="5C3E7A93" w14:textId="77777777">
      <w:pPr>
        <w:pStyle w:val="Heading1"/>
        <w:keepNext w:val="0"/>
        <w:spacing w:before="0"/>
        <w:rPr>
          <w:rFonts w:ascii="Century Gothic" w:hAnsi="Century Gothic"/>
          <w:color w:val="5F7A61"/>
        </w:rPr>
      </w:pPr>
    </w:p>
    <w:p w:rsidR="0001406C" w:rsidP="0001406C" w:rsidRDefault="0001406C" w14:paraId="0F49C05D" w14:textId="77777777"/>
    <w:p w:rsidR="0001406C" w:rsidP="0001406C" w:rsidRDefault="0001406C" w14:paraId="19DD6730" w14:textId="77777777"/>
    <w:p w:rsidR="0001406C" w:rsidP="0001406C" w:rsidRDefault="0001406C" w14:paraId="066CA448" w14:textId="77777777"/>
    <w:p w:rsidR="0001406C" w:rsidP="0001406C" w:rsidRDefault="0001406C" w14:paraId="0B5748A1" w14:textId="77777777"/>
    <w:p w:rsidR="0001406C" w:rsidP="0001406C" w:rsidRDefault="0001406C" w14:paraId="01D59EE7" w14:textId="77777777"/>
    <w:p w:rsidR="0001406C" w:rsidP="0001406C" w:rsidRDefault="0001406C" w14:paraId="08BFFA3C" w14:textId="77777777"/>
    <w:p w:rsidR="00FA69E8" w:rsidP="004A79AB" w:rsidRDefault="00FA69E8" w14:paraId="3880F519" w14:textId="77777777">
      <w:pPr>
        <w:pStyle w:val="Heading1"/>
        <w:keepNext w:val="0"/>
        <w:spacing w:before="0"/>
        <w:rPr>
          <w:rFonts w:ascii="Century Gothic" w:hAnsi="Century Gothic"/>
          <w:color w:val="5F7A61"/>
        </w:rPr>
      </w:pPr>
    </w:p>
    <w:p w:rsidRPr="00057152" w:rsidR="00C362FB" w:rsidP="00057152" w:rsidRDefault="00C362FB" w14:paraId="29B7B399" w14:textId="280276EF">
      <w:pPr>
        <w:pStyle w:val="Heading1"/>
        <w:keepNext w:val="0"/>
        <w:shd w:val="clear" w:color="auto" w:fill="C2D69B" w:themeFill="accent3" w:themeFillTint="99"/>
        <w:spacing w:before="0"/>
        <w:rPr>
          <w:rFonts w:ascii="Century Gothic" w:hAnsi="Century Gothic"/>
          <w:color w:val="4F6228" w:themeColor="accent3" w:themeShade="80"/>
          <w:sz w:val="20"/>
          <w:szCs w:val="20"/>
        </w:rPr>
      </w:pPr>
      <w:r w:rsidRPr="00057152">
        <w:rPr>
          <w:rFonts w:ascii="Century Gothic" w:hAnsi="Century Gothic"/>
          <w:color w:val="4F6228" w:themeColor="accent3" w:themeShade="80"/>
          <w:sz w:val="20"/>
          <w:szCs w:val="20"/>
        </w:rPr>
        <w:lastRenderedPageBreak/>
        <w:t xml:space="preserve">SECTION 1 OF 8 </w:t>
      </w:r>
    </w:p>
    <w:p w:rsidRPr="00057152" w:rsidR="0098592E" w:rsidP="00057152" w:rsidRDefault="000A6820" w14:paraId="169535CE" w14:textId="7B27698C">
      <w:pPr>
        <w:pStyle w:val="Heading1"/>
        <w:shd w:val="clear" w:color="auto" w:fill="C2D69B" w:themeFill="accent3" w:themeFillTint="99"/>
        <w:spacing w:before="0"/>
        <w:rPr>
          <w:rFonts w:ascii="Century Gothic" w:hAnsi="Century Gothic"/>
          <w:color w:val="4F6228" w:themeColor="accent3" w:themeShade="80"/>
          <w:sz w:val="32"/>
          <w:szCs w:val="32"/>
        </w:rPr>
      </w:pPr>
      <w:r w:rsidRPr="00057152">
        <w:rPr>
          <w:rFonts w:ascii="Century Gothic" w:hAnsi="Century Gothic"/>
          <w:color w:val="4F6228" w:themeColor="accent3" w:themeShade="80"/>
          <w:sz w:val="32"/>
          <w:szCs w:val="32"/>
        </w:rPr>
        <w:t>Referral Details</w:t>
      </w:r>
    </w:p>
    <w:tbl>
      <w:tblPr>
        <w:tblStyle w:val="GridTable6ColourfulAccent3"/>
        <w:tblW w:w="0" w:type="auto"/>
        <w:tblLook w:val="04A0" w:firstRow="1" w:lastRow="0" w:firstColumn="1" w:lastColumn="0" w:noHBand="0" w:noVBand="1"/>
      </w:tblPr>
      <w:tblGrid>
        <w:gridCol w:w="4315"/>
        <w:gridCol w:w="4315"/>
      </w:tblGrid>
      <w:tr w:rsidRPr="008C0702" w:rsidR="00B0426B" w:rsidTr="00566031" w14:paraId="12F99532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15" w:type="dxa"/>
          </w:tcPr>
          <w:p w:rsidRPr="008C0702" w:rsidR="00B0426B" w:rsidP="00B0426B" w:rsidRDefault="00B0426B" w14:paraId="18C83F14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Date Referral Submitted</w:t>
            </w:r>
          </w:p>
        </w:tc>
        <w:tc>
          <w:tcPr>
            <w:tcW w:w="4315" w:type="dxa"/>
          </w:tcPr>
          <w:p w:rsidRPr="008C0702" w:rsidR="00B0426B" w:rsidP="00B0426B" w:rsidRDefault="00B0426B" w14:paraId="5528A2C7" w14:textId="7777777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B0426B" w:rsidTr="00566031" w14:paraId="62C86305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15" w:type="dxa"/>
          </w:tcPr>
          <w:p w:rsidRPr="008C0702" w:rsidR="00B0426B" w:rsidP="00B0426B" w:rsidRDefault="00B0426B" w14:paraId="0BDD5E08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Requested Start Date</w:t>
            </w:r>
          </w:p>
        </w:tc>
        <w:tc>
          <w:tcPr>
            <w:tcW w:w="4315" w:type="dxa"/>
          </w:tcPr>
          <w:p w:rsidRPr="008C0702" w:rsidR="00B0426B" w:rsidP="00B0426B" w:rsidRDefault="00B0426B" w14:paraId="466D1B98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B0426B" w:rsidTr="00566031" w14:paraId="2E21A09D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15" w:type="dxa"/>
          </w:tcPr>
          <w:p w:rsidRPr="008C0702" w:rsidR="00B0426B" w:rsidP="00B0426B" w:rsidRDefault="00B0426B" w14:paraId="3C8B97A0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Type of Referral</w:t>
            </w:r>
          </w:p>
        </w:tc>
        <w:tc>
          <w:tcPr>
            <w:tcW w:w="4315" w:type="dxa"/>
          </w:tcPr>
          <w:p w:rsidR="00E12A17" w:rsidP="00B0426B" w:rsidRDefault="00B0426B" w14:paraId="1F54A5DF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Local Authority Consultation   </w:t>
            </w:r>
          </w:p>
          <w:p w:rsidR="00E12A17" w:rsidP="00B0426B" w:rsidRDefault="00B0426B" w14:paraId="08837E97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School Referral  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Parent Enquiry   </w:t>
            </w:r>
          </w:p>
          <w:p w:rsidR="00E12A17" w:rsidP="00B0426B" w:rsidRDefault="00B0426B" w14:paraId="7B9F558E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Assessment Placement   </w:t>
            </w:r>
          </w:p>
          <w:p w:rsidR="003F1871" w:rsidP="00B0426B" w:rsidRDefault="00B0426B" w14:paraId="16288E58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Emergency Placement   </w:t>
            </w:r>
          </w:p>
          <w:p w:rsidR="00B0426B" w:rsidP="00B0426B" w:rsidRDefault="00B0426B" w14:paraId="02A72F5D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Other</w:t>
            </w:r>
            <w:r w:rsidR="003F1871">
              <w:rPr>
                <w:rFonts w:ascii="Century Gothic" w:hAnsi="Century Gothic"/>
              </w:rPr>
              <w:t xml:space="preserve"> </w:t>
            </w:r>
            <w:r w:rsidRPr="003F1871" w:rsidR="003F1871">
              <w:rPr>
                <w:rFonts w:ascii="Century Gothic" w:hAnsi="Century Gothic"/>
                <w:i/>
                <w:iCs/>
                <w:sz w:val="20"/>
                <w:szCs w:val="20"/>
              </w:rPr>
              <w:t>(please specify)</w:t>
            </w:r>
            <w:r w:rsidR="003F1871">
              <w:rPr>
                <w:rFonts w:ascii="Century Gothic" w:hAnsi="Century Gothic"/>
                <w:sz w:val="20"/>
                <w:szCs w:val="20"/>
              </w:rPr>
              <w:t>:</w:t>
            </w:r>
          </w:p>
          <w:p w:rsidRPr="003F1871" w:rsidR="003F1871" w:rsidP="00B0426B" w:rsidRDefault="003F1871" w14:paraId="5244A2AD" w14:textId="3D8CEA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Pr="008C0702" w:rsidR="00B0426B" w:rsidTr="00566031" w14:paraId="30228ED6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15" w:type="dxa"/>
          </w:tcPr>
          <w:p w:rsidRPr="008C0702" w:rsidR="00B0426B" w:rsidP="00B0426B" w:rsidRDefault="00B0426B" w14:paraId="5B1B71BD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Local Authority</w:t>
            </w:r>
          </w:p>
        </w:tc>
        <w:tc>
          <w:tcPr>
            <w:tcW w:w="4315" w:type="dxa"/>
          </w:tcPr>
          <w:p w:rsidRPr="008C0702" w:rsidR="00B0426B" w:rsidP="00B0426B" w:rsidRDefault="00B0426B" w14:paraId="46E73D2C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B0426B" w:rsidTr="00566031" w14:paraId="4005F947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15" w:type="dxa"/>
          </w:tcPr>
          <w:p w:rsidRPr="008C0702" w:rsidR="00B0426B" w:rsidP="00B0426B" w:rsidRDefault="00B0426B" w14:paraId="38CE7704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Referring Organisation</w:t>
            </w:r>
          </w:p>
        </w:tc>
        <w:tc>
          <w:tcPr>
            <w:tcW w:w="4315" w:type="dxa"/>
          </w:tcPr>
          <w:p w:rsidRPr="008C0702" w:rsidR="00B0426B" w:rsidP="00B0426B" w:rsidRDefault="00B0426B" w14:paraId="63B8B509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B0426B" w:rsidTr="00566031" w14:paraId="28053028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15" w:type="dxa"/>
          </w:tcPr>
          <w:p w:rsidRPr="008C0702" w:rsidR="00B0426B" w:rsidP="00B0426B" w:rsidRDefault="00B0426B" w14:paraId="7EF05887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Case Reference Number</w:t>
            </w:r>
          </w:p>
        </w:tc>
        <w:tc>
          <w:tcPr>
            <w:tcW w:w="4315" w:type="dxa"/>
          </w:tcPr>
          <w:p w:rsidRPr="008C0702" w:rsidR="00B0426B" w:rsidP="00B0426B" w:rsidRDefault="00B0426B" w14:paraId="65812F6C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</w:p>
        </w:tc>
      </w:tr>
    </w:tbl>
    <w:p w:rsidRPr="008C0702" w:rsidR="0098592E" w:rsidP="003E527C" w:rsidRDefault="00D34B24" w14:paraId="4A75797D" w14:textId="6E512A90">
      <w:pPr>
        <w:pStyle w:val="Heading1"/>
        <w:rPr>
          <w:rFonts w:ascii="Century Gothic" w:hAnsi="Century Gothic"/>
        </w:rPr>
      </w:pPr>
      <w:r>
        <w:rPr>
          <w:rFonts w:ascii="Century Gothic" w:hAnsi="Century Gothic"/>
          <w:color w:val="5F7A61"/>
        </w:rPr>
        <w:t>Referring Professional</w:t>
      </w:r>
    </w:p>
    <w:tbl>
      <w:tblPr>
        <w:tblStyle w:val="GridTable6ColourfulAccent3"/>
        <w:tblW w:w="0" w:type="auto"/>
        <w:tblLook w:val="04A0" w:firstRow="1" w:lastRow="0" w:firstColumn="1" w:lastColumn="0" w:noHBand="0" w:noVBand="1"/>
      </w:tblPr>
      <w:tblGrid>
        <w:gridCol w:w="4316"/>
        <w:gridCol w:w="4314"/>
      </w:tblGrid>
      <w:tr w:rsidRPr="008C0702" w:rsidR="0098592E" w:rsidTr="00457E11" w14:paraId="5DACF185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CD5D21" w:rsidR="0098592E" w:rsidRDefault="00D34B24" w14:paraId="17C29651" w14:textId="71A353BE">
            <w:pPr>
              <w:rPr>
                <w:rFonts w:ascii="Century Gothic" w:hAnsi="Century Gothic"/>
                <w:b w:val="0"/>
                <w:bCs w:val="0"/>
              </w:rPr>
            </w:pPr>
            <w:r>
              <w:rPr>
                <w:rFonts w:ascii="Century Gothic" w:hAnsi="Century Gothic"/>
                <w:b w:val="0"/>
                <w:bCs w:val="0"/>
              </w:rPr>
              <w:t>Name</w:t>
            </w:r>
          </w:p>
        </w:tc>
        <w:tc>
          <w:tcPr>
            <w:tcW w:w="4320" w:type="dxa"/>
          </w:tcPr>
          <w:p w:rsidRPr="008C0702" w:rsidR="0098592E" w:rsidRDefault="000A6820" w14:paraId="1F0D561A" w14:textId="7777777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98592E" w:rsidTr="00457E11" w14:paraId="79CD0630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CD5D21" w:rsidR="0098592E" w:rsidRDefault="000A6820" w14:paraId="4EBA5F7F" w14:textId="77777777">
            <w:pPr>
              <w:rPr>
                <w:rFonts w:ascii="Century Gothic" w:hAnsi="Century Gothic"/>
                <w:b w:val="0"/>
                <w:bCs w:val="0"/>
              </w:rPr>
            </w:pPr>
            <w:r w:rsidRPr="00CD5D21">
              <w:rPr>
                <w:rFonts w:ascii="Century Gothic" w:hAnsi="Century Gothic"/>
                <w:b w:val="0"/>
                <w:bCs w:val="0"/>
              </w:rPr>
              <w:t>Position</w:t>
            </w:r>
          </w:p>
        </w:tc>
        <w:tc>
          <w:tcPr>
            <w:tcW w:w="4320" w:type="dxa"/>
          </w:tcPr>
          <w:p w:rsidRPr="008C0702" w:rsidR="0098592E" w:rsidRDefault="000A6820" w14:paraId="5EEE5F5B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98592E" w:rsidTr="00457E11" w14:paraId="26BBFBDE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CD5D21" w:rsidR="0098592E" w:rsidRDefault="000A6820" w14:paraId="4973615D" w14:textId="77777777">
            <w:pPr>
              <w:rPr>
                <w:rFonts w:ascii="Century Gothic" w:hAnsi="Century Gothic"/>
                <w:b w:val="0"/>
                <w:bCs w:val="0"/>
              </w:rPr>
            </w:pPr>
            <w:r w:rsidRPr="00CD5D21">
              <w:rPr>
                <w:rFonts w:ascii="Century Gothic" w:hAnsi="Century Gothic"/>
                <w:b w:val="0"/>
                <w:bCs w:val="0"/>
              </w:rPr>
              <w:t>Organisation</w:t>
            </w:r>
          </w:p>
        </w:tc>
        <w:tc>
          <w:tcPr>
            <w:tcW w:w="4320" w:type="dxa"/>
          </w:tcPr>
          <w:p w:rsidRPr="008C0702" w:rsidR="0098592E" w:rsidRDefault="000A6820" w14:paraId="6A6B056C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98592E" w:rsidTr="00457E11" w14:paraId="4B51A16B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CD5D21" w:rsidR="0098592E" w:rsidRDefault="00D34B24" w14:paraId="14BA4240" w14:textId="7FBE900E">
            <w:pPr>
              <w:rPr>
                <w:rFonts w:ascii="Century Gothic" w:hAnsi="Century Gothic"/>
                <w:b w:val="0"/>
                <w:bCs w:val="0"/>
              </w:rPr>
            </w:pPr>
            <w:r>
              <w:rPr>
                <w:rFonts w:ascii="Century Gothic" w:hAnsi="Century Gothic"/>
                <w:b w:val="0"/>
                <w:bCs w:val="0"/>
              </w:rPr>
              <w:t>Telephone number</w:t>
            </w:r>
          </w:p>
        </w:tc>
        <w:tc>
          <w:tcPr>
            <w:tcW w:w="4320" w:type="dxa"/>
          </w:tcPr>
          <w:p w:rsidRPr="008C0702" w:rsidR="0098592E" w:rsidRDefault="000A6820" w14:paraId="488C597B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98592E" w:rsidTr="00457E11" w14:paraId="5AC849C3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CD5D21" w:rsidR="0098592E" w:rsidRDefault="00ED1D60" w14:paraId="15AA68A1" w14:textId="50C78E2F">
            <w:pPr>
              <w:rPr>
                <w:rFonts w:ascii="Century Gothic" w:hAnsi="Century Gothic"/>
                <w:b w:val="0"/>
                <w:bCs w:val="0"/>
              </w:rPr>
            </w:pPr>
            <w:r>
              <w:rPr>
                <w:rFonts w:ascii="Century Gothic" w:hAnsi="Century Gothic"/>
                <w:b w:val="0"/>
                <w:bCs w:val="0"/>
              </w:rPr>
              <w:t>Email Address</w:t>
            </w:r>
          </w:p>
        </w:tc>
        <w:tc>
          <w:tcPr>
            <w:tcW w:w="4320" w:type="dxa"/>
          </w:tcPr>
          <w:p w:rsidRPr="008C0702" w:rsidR="0098592E" w:rsidRDefault="000A6820" w14:paraId="457CAB66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</w:p>
        </w:tc>
      </w:tr>
    </w:tbl>
    <w:p w:rsidR="000A6820" w:rsidRDefault="000A6820" w14:paraId="50C29249" w14:textId="77777777">
      <w:pPr>
        <w:rPr>
          <w:rFonts w:ascii="Century Gothic" w:hAnsi="Century Gothic"/>
        </w:rPr>
      </w:pPr>
    </w:p>
    <w:p w:rsidR="00057152" w:rsidRDefault="00057152" w14:paraId="257D9B28" w14:textId="77777777">
      <w:pPr>
        <w:rPr>
          <w:rFonts w:ascii="Century Gothic" w:hAnsi="Century Gothic"/>
        </w:rPr>
      </w:pPr>
    </w:p>
    <w:p w:rsidR="00FB7374" w:rsidRDefault="00FB7374" w14:paraId="6CDE550B" w14:textId="77777777">
      <w:pPr>
        <w:rPr>
          <w:rFonts w:ascii="Century Gothic" w:hAnsi="Century Gothic"/>
        </w:rPr>
      </w:pPr>
    </w:p>
    <w:p w:rsidR="00FB7374" w:rsidRDefault="00FB7374" w14:paraId="26A45DF8" w14:textId="77777777">
      <w:pPr>
        <w:rPr>
          <w:rFonts w:ascii="Century Gothic" w:hAnsi="Century Gothic"/>
        </w:rPr>
      </w:pPr>
    </w:p>
    <w:p w:rsidR="00FB7374" w:rsidRDefault="00FB7374" w14:paraId="77818CAA" w14:textId="77777777">
      <w:pPr>
        <w:rPr>
          <w:rFonts w:ascii="Century Gothic" w:hAnsi="Century Gothic"/>
        </w:rPr>
      </w:pPr>
    </w:p>
    <w:p w:rsidR="00FB7374" w:rsidRDefault="00FB7374" w14:paraId="17661BE2" w14:textId="77777777">
      <w:pPr>
        <w:rPr>
          <w:rFonts w:ascii="Century Gothic" w:hAnsi="Century Gothic"/>
        </w:rPr>
      </w:pPr>
    </w:p>
    <w:p w:rsidR="00FB7374" w:rsidRDefault="00FB7374" w14:paraId="4D00E4AB" w14:textId="77777777">
      <w:pPr>
        <w:rPr>
          <w:rFonts w:ascii="Century Gothic" w:hAnsi="Century Gothic"/>
        </w:rPr>
      </w:pPr>
    </w:p>
    <w:p w:rsidR="00FB7374" w:rsidRDefault="00FB7374" w14:paraId="66BB9876" w14:textId="77777777">
      <w:pPr>
        <w:rPr>
          <w:rFonts w:ascii="Century Gothic" w:hAnsi="Century Gothic"/>
        </w:rPr>
      </w:pPr>
    </w:p>
    <w:p w:rsidR="00057152" w:rsidRDefault="00057152" w14:paraId="086B2EBA" w14:textId="77777777">
      <w:pPr>
        <w:rPr>
          <w:rFonts w:ascii="Century Gothic" w:hAnsi="Century Gothic"/>
        </w:rPr>
      </w:pPr>
    </w:p>
    <w:p w:rsidRPr="008C0702" w:rsidR="00057152" w:rsidRDefault="00057152" w14:paraId="10618483" w14:textId="77777777">
      <w:pPr>
        <w:rPr>
          <w:rFonts w:ascii="Century Gothic" w:hAnsi="Century Gothic"/>
        </w:rPr>
      </w:pPr>
    </w:p>
    <w:p w:rsidRPr="00057152" w:rsidR="00734F80" w:rsidP="00057152" w:rsidRDefault="00734F80" w14:paraId="5372C932" w14:textId="7D99CDE3">
      <w:pPr>
        <w:pStyle w:val="Heading1"/>
        <w:keepNext w:val="0"/>
        <w:shd w:val="clear" w:color="auto" w:fill="C2D69B" w:themeFill="accent3" w:themeFillTint="99"/>
        <w:rPr>
          <w:rFonts w:ascii="Century Gothic" w:hAnsi="Century Gothic"/>
          <w:color w:val="4F6228" w:themeColor="accent3" w:themeShade="80"/>
          <w:sz w:val="32"/>
          <w:szCs w:val="32"/>
        </w:rPr>
      </w:pPr>
      <w:r w:rsidRPr="00057152">
        <w:rPr>
          <w:rFonts w:ascii="Century Gothic" w:hAnsi="Century Gothic"/>
          <w:color w:val="4F6228" w:themeColor="accent3" w:themeShade="80"/>
          <w:sz w:val="20"/>
          <w:szCs w:val="20"/>
        </w:rPr>
        <w:lastRenderedPageBreak/>
        <w:t>SECTION 2</w:t>
      </w:r>
      <w:r w:rsidRPr="00057152" w:rsidR="00C362FB">
        <w:rPr>
          <w:rFonts w:ascii="Century Gothic" w:hAnsi="Century Gothic"/>
          <w:color w:val="4F6228" w:themeColor="accent3" w:themeShade="80"/>
          <w:sz w:val="20"/>
          <w:szCs w:val="20"/>
        </w:rPr>
        <w:t xml:space="preserve"> OF 8</w:t>
      </w:r>
      <w:r w:rsidRPr="00057152">
        <w:rPr>
          <w:rFonts w:ascii="Century Gothic" w:hAnsi="Century Gothic"/>
          <w:color w:val="4F6228" w:themeColor="accent3" w:themeShade="80"/>
        </w:rPr>
        <w:br/>
      </w:r>
      <w:r w:rsidRPr="00057152">
        <w:rPr>
          <w:rFonts w:ascii="Century Gothic" w:hAnsi="Century Gothic"/>
          <w:color w:val="4F6228" w:themeColor="accent3" w:themeShade="80"/>
          <w:sz w:val="32"/>
          <w:szCs w:val="32"/>
        </w:rPr>
        <w:t>Child &amp; Family Information</w:t>
      </w:r>
    </w:p>
    <w:p w:rsidRPr="008C0702" w:rsidR="00734F80" w:rsidP="00734F80" w:rsidRDefault="00734F80" w14:paraId="759D525C" w14:textId="77777777">
      <w:pPr>
        <w:rPr>
          <w:rFonts w:ascii="Century Gothic" w:hAnsi="Century Gothic"/>
        </w:rPr>
      </w:pPr>
      <w:r w:rsidRPr="008C0702">
        <w:rPr>
          <w:rFonts w:ascii="Century Gothic" w:hAnsi="Century Gothic"/>
        </w:rPr>
        <w:t>Please complete all sections as fully as possible. Expand table cells as required when typing.</w:t>
      </w:r>
    </w:p>
    <w:p w:rsidRPr="008C0702" w:rsidR="00734F80" w:rsidP="00734F80" w:rsidRDefault="00734F80" w14:paraId="2F6D9367" w14:textId="77777777">
      <w:pPr>
        <w:pStyle w:val="Heading2"/>
        <w:rPr>
          <w:rFonts w:ascii="Century Gothic" w:hAnsi="Century Gothic"/>
        </w:rPr>
      </w:pPr>
      <w:r w:rsidRPr="008C0702">
        <w:rPr>
          <w:rFonts w:ascii="Century Gothic" w:hAnsi="Century Gothic"/>
          <w:color w:val="5F7A61"/>
        </w:rPr>
        <w:t>Child's Personal Details</w:t>
      </w:r>
    </w:p>
    <w:tbl>
      <w:tblPr>
        <w:tblStyle w:val="GridTable4-Accent3"/>
        <w:tblW w:w="0" w:type="auto"/>
        <w:tblLook w:val="04A0" w:firstRow="1" w:lastRow="0" w:firstColumn="1" w:lastColumn="0" w:noHBand="0" w:noVBand="1"/>
      </w:tblPr>
      <w:tblGrid>
        <w:gridCol w:w="4315"/>
        <w:gridCol w:w="4315"/>
      </w:tblGrid>
      <w:tr w:rsidRPr="008C0702" w:rsidR="00734F80" w:rsidTr="008C1ACC" w14:paraId="01A12D1F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19BC9330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Information Required</w:t>
            </w:r>
          </w:p>
        </w:tc>
        <w:tc>
          <w:tcPr>
            <w:tcW w:w="4320" w:type="dxa"/>
          </w:tcPr>
          <w:p w:rsidRPr="008C0702" w:rsidR="00734F80" w:rsidP="00C75A5D" w:rsidRDefault="00734F80" w14:paraId="726757D3" w14:textId="7777777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Response</w:t>
            </w:r>
          </w:p>
        </w:tc>
      </w:tr>
      <w:tr w:rsidRPr="008C0702" w:rsidR="00734F80" w:rsidTr="008C1ACC" w14:paraId="04A0A7CE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1F4CAE4B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Child's Full Legal Name</w:t>
            </w:r>
          </w:p>
        </w:tc>
        <w:tc>
          <w:tcPr>
            <w:tcW w:w="4320" w:type="dxa"/>
          </w:tcPr>
          <w:p w:rsidRPr="008C0702" w:rsidR="00734F80" w:rsidP="00C75A5D" w:rsidRDefault="00734F80" w14:paraId="5BC73748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8C1ACC" w14:paraId="645E9359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22522F27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Preferred Name</w:t>
            </w:r>
          </w:p>
        </w:tc>
        <w:tc>
          <w:tcPr>
            <w:tcW w:w="4320" w:type="dxa"/>
          </w:tcPr>
          <w:p w:rsidRPr="008C0702" w:rsidR="00734F80" w:rsidP="00C75A5D" w:rsidRDefault="00734F80" w14:paraId="45E7B02D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8C1ACC" w14:paraId="116612C1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1B47B7D8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Date of Birth</w:t>
            </w:r>
          </w:p>
        </w:tc>
        <w:tc>
          <w:tcPr>
            <w:tcW w:w="4320" w:type="dxa"/>
          </w:tcPr>
          <w:p w:rsidRPr="008C0702" w:rsidR="00734F80" w:rsidP="00C75A5D" w:rsidRDefault="00734F80" w14:paraId="29648C46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8C1ACC" w14:paraId="6BB92BF2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13EA27DE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Current Age</w:t>
            </w:r>
          </w:p>
        </w:tc>
        <w:tc>
          <w:tcPr>
            <w:tcW w:w="4320" w:type="dxa"/>
          </w:tcPr>
          <w:p w:rsidRPr="008C0702" w:rsidR="00734F80" w:rsidP="00C75A5D" w:rsidRDefault="00734F80" w14:paraId="19083A81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8C1ACC" w14:paraId="5E2436D2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39D7CEE3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Gender</w:t>
            </w:r>
          </w:p>
        </w:tc>
        <w:tc>
          <w:tcPr>
            <w:tcW w:w="4320" w:type="dxa"/>
          </w:tcPr>
          <w:p w:rsidR="00255878" w:rsidP="00C75A5D" w:rsidRDefault="00734F80" w14:paraId="3769AEA2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Male  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Female  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</w:t>
            </w:r>
            <w:proofErr w:type="gramStart"/>
            <w:r w:rsidR="0004342A">
              <w:rPr>
                <w:rFonts w:ascii="Century Gothic" w:hAnsi="Century Gothic"/>
              </w:rPr>
              <w:t>N</w:t>
            </w:r>
            <w:r w:rsidRPr="008C0702">
              <w:rPr>
                <w:rFonts w:ascii="Century Gothic" w:hAnsi="Century Gothic"/>
              </w:rPr>
              <w:t>on-</w:t>
            </w:r>
            <w:r w:rsidR="008F4678">
              <w:rPr>
                <w:rFonts w:ascii="Century Gothic" w:hAnsi="Century Gothic"/>
              </w:rPr>
              <w:t>b</w:t>
            </w:r>
            <w:r w:rsidRPr="008C0702">
              <w:rPr>
                <w:rFonts w:ascii="Century Gothic" w:hAnsi="Century Gothic"/>
              </w:rPr>
              <w:t>inary</w:t>
            </w:r>
            <w:proofErr w:type="gramEnd"/>
            <w:r w:rsidRPr="008C0702">
              <w:rPr>
                <w:rFonts w:ascii="Century Gothic" w:hAnsi="Century Gothic"/>
              </w:rPr>
              <w:t xml:space="preserve">  </w:t>
            </w:r>
          </w:p>
          <w:p w:rsidRPr="008C0702" w:rsidR="00734F80" w:rsidP="00C75A5D" w:rsidRDefault="00734F80" w14:paraId="2728AA91" w14:textId="17A205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 xml:space="preserve">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Prefer to self-describe</w:t>
            </w:r>
            <w:r w:rsidR="000B5389">
              <w:rPr>
                <w:rFonts w:ascii="Century Gothic" w:hAnsi="Century Gothic"/>
              </w:rPr>
              <w:t xml:space="preserve"> </w:t>
            </w:r>
            <w:r w:rsidRPr="003F1871" w:rsidR="000B5389">
              <w:rPr>
                <w:rFonts w:ascii="Century Gothic" w:hAnsi="Century Gothic"/>
                <w:i/>
                <w:iCs/>
                <w:sz w:val="20"/>
                <w:szCs w:val="20"/>
              </w:rPr>
              <w:t>(please specify)</w:t>
            </w:r>
            <w:r w:rsidR="000B5389">
              <w:rPr>
                <w:rFonts w:ascii="Century Gothic" w:hAnsi="Century Gothic"/>
                <w:sz w:val="20"/>
                <w:szCs w:val="20"/>
              </w:rPr>
              <w:t>:</w:t>
            </w:r>
          </w:p>
        </w:tc>
      </w:tr>
      <w:tr w:rsidRPr="008C0702" w:rsidR="00734F80" w:rsidTr="008C1ACC" w14:paraId="1C2D8669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2E57EE55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Ethnicity (optional)</w:t>
            </w:r>
          </w:p>
        </w:tc>
        <w:tc>
          <w:tcPr>
            <w:tcW w:w="4320" w:type="dxa"/>
          </w:tcPr>
          <w:p w:rsidRPr="008C0702" w:rsidR="00734F80" w:rsidP="00C75A5D" w:rsidRDefault="00734F80" w14:paraId="7E5EF6C3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8C1ACC" w14:paraId="153BA3B2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198A2F75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First Language</w:t>
            </w:r>
          </w:p>
        </w:tc>
        <w:tc>
          <w:tcPr>
            <w:tcW w:w="4320" w:type="dxa"/>
          </w:tcPr>
          <w:p w:rsidRPr="008C0702" w:rsidR="00734F80" w:rsidP="00C75A5D" w:rsidRDefault="00734F80" w14:paraId="654B4FA7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8C1ACC" w14:paraId="401E58F0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2C0397F7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Other Languages Spoken</w:t>
            </w:r>
          </w:p>
        </w:tc>
        <w:tc>
          <w:tcPr>
            <w:tcW w:w="4320" w:type="dxa"/>
          </w:tcPr>
          <w:p w:rsidRPr="008C0702" w:rsidR="00734F80" w:rsidP="00C75A5D" w:rsidRDefault="00734F80" w14:paraId="20E9B054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8C1ACC" w14:paraId="3A8A314E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6746C188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NHS Number (if known)</w:t>
            </w:r>
          </w:p>
        </w:tc>
        <w:tc>
          <w:tcPr>
            <w:tcW w:w="4320" w:type="dxa"/>
          </w:tcPr>
          <w:p w:rsidRPr="008C0702" w:rsidR="00734F80" w:rsidP="00C75A5D" w:rsidRDefault="00734F80" w14:paraId="207B7026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8C1ACC" w14:paraId="175511D8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62924C75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Unique Pupil Number (UPN)</w:t>
            </w:r>
          </w:p>
        </w:tc>
        <w:tc>
          <w:tcPr>
            <w:tcW w:w="4320" w:type="dxa"/>
          </w:tcPr>
          <w:p w:rsidRPr="008C0702" w:rsidR="00734F80" w:rsidP="00C75A5D" w:rsidRDefault="00734F80" w14:paraId="218C1D84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8C1ACC" w14:paraId="5352560B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359A4A7C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Current Year Group</w:t>
            </w:r>
          </w:p>
        </w:tc>
        <w:tc>
          <w:tcPr>
            <w:tcW w:w="4320" w:type="dxa"/>
          </w:tcPr>
          <w:p w:rsidRPr="008C0702" w:rsidR="00734F80" w:rsidP="00C75A5D" w:rsidRDefault="00734F80" w14:paraId="7B2847AB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8C1ACC" w14:paraId="79A89C86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18BBC5A1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Current Educational Setting</w:t>
            </w:r>
          </w:p>
        </w:tc>
        <w:tc>
          <w:tcPr>
            <w:tcW w:w="4320" w:type="dxa"/>
          </w:tcPr>
          <w:p w:rsidRPr="008C0702" w:rsidR="00734F80" w:rsidP="00C75A5D" w:rsidRDefault="00734F80" w14:paraId="76997EF6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8C1ACC" w14:paraId="57DC5427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5489B5F1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Current Placement Type</w:t>
            </w:r>
          </w:p>
        </w:tc>
        <w:tc>
          <w:tcPr>
            <w:tcW w:w="4320" w:type="dxa"/>
          </w:tcPr>
          <w:p w:rsidR="00E12A17" w:rsidP="00C75A5D" w:rsidRDefault="00734F80" w14:paraId="4A072AA3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Mainstream  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Resource Base   </w:t>
            </w:r>
          </w:p>
          <w:p w:rsidR="00255878" w:rsidP="00C75A5D" w:rsidRDefault="00734F80" w14:paraId="5526C6B6" w14:textId="4DD39B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Specialist School   </w:t>
            </w:r>
          </w:p>
          <w:p w:rsidR="00E12A17" w:rsidP="00C75A5D" w:rsidRDefault="00734F80" w14:paraId="008D7524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Alternative Provision  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EOTAS   </w:t>
            </w:r>
          </w:p>
          <w:p w:rsidR="00734F80" w:rsidP="00C75A5D" w:rsidRDefault="00734F80" w14:paraId="7557A38C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Other</w:t>
            </w:r>
            <w:r w:rsidR="000B5389">
              <w:rPr>
                <w:rFonts w:ascii="Century Gothic" w:hAnsi="Century Gothic"/>
              </w:rPr>
              <w:t xml:space="preserve"> </w:t>
            </w:r>
            <w:r w:rsidRPr="003F1871" w:rsidR="000B5389">
              <w:rPr>
                <w:rFonts w:ascii="Century Gothic" w:hAnsi="Century Gothic"/>
                <w:i/>
                <w:iCs/>
                <w:sz w:val="20"/>
                <w:szCs w:val="20"/>
              </w:rPr>
              <w:t>(please specify)</w:t>
            </w:r>
            <w:r w:rsidR="000B5389">
              <w:rPr>
                <w:rFonts w:ascii="Century Gothic" w:hAnsi="Century Gothic"/>
                <w:sz w:val="20"/>
                <w:szCs w:val="20"/>
              </w:rPr>
              <w:t>:</w:t>
            </w:r>
          </w:p>
          <w:p w:rsidRPr="008C0702" w:rsidR="000B5389" w:rsidP="00C75A5D" w:rsidRDefault="000B5389" w14:paraId="4215C2BB" w14:textId="250B989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Pr="008C0702" w:rsidR="00734F80" w:rsidTr="008C1ACC" w14:paraId="02742D44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3A953C4D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Date Started Current Placement</w:t>
            </w:r>
          </w:p>
        </w:tc>
        <w:tc>
          <w:tcPr>
            <w:tcW w:w="4320" w:type="dxa"/>
          </w:tcPr>
          <w:p w:rsidRPr="008C0702" w:rsidR="00734F80" w:rsidP="00C75A5D" w:rsidRDefault="00734F80" w14:paraId="0A37318A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8C1ACC" w14:paraId="26127801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3DF92AAC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Home Local Authority</w:t>
            </w:r>
          </w:p>
        </w:tc>
        <w:tc>
          <w:tcPr>
            <w:tcW w:w="4320" w:type="dxa"/>
          </w:tcPr>
          <w:p w:rsidRPr="008C0702" w:rsidR="00734F80" w:rsidP="00C75A5D" w:rsidRDefault="00734F80" w14:paraId="1AE6DF55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8C1ACC" w14:paraId="232500F3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2D9273B7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Funding Local Authority (if different)</w:t>
            </w:r>
          </w:p>
        </w:tc>
        <w:tc>
          <w:tcPr>
            <w:tcW w:w="4320" w:type="dxa"/>
          </w:tcPr>
          <w:p w:rsidRPr="008C0702" w:rsidR="00734F80" w:rsidP="00C75A5D" w:rsidRDefault="00734F80" w14:paraId="666DF38B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</w:p>
        </w:tc>
      </w:tr>
    </w:tbl>
    <w:p w:rsidR="00734F80" w:rsidP="00734F80" w:rsidRDefault="00734F80" w14:paraId="5DA241DE" w14:textId="77777777">
      <w:pPr>
        <w:rPr>
          <w:rFonts w:ascii="Century Gothic" w:hAnsi="Century Gothic"/>
        </w:rPr>
      </w:pPr>
    </w:p>
    <w:p w:rsidR="00DA0368" w:rsidP="00734F80" w:rsidRDefault="00DA0368" w14:paraId="2C0E764A" w14:textId="77777777">
      <w:pPr>
        <w:rPr>
          <w:rFonts w:ascii="Century Gothic" w:hAnsi="Century Gothic"/>
        </w:rPr>
      </w:pPr>
    </w:p>
    <w:p w:rsidRPr="008C0702" w:rsidR="00DA0368" w:rsidP="00734F80" w:rsidRDefault="00DA0368" w14:paraId="0BD192E5" w14:textId="77777777">
      <w:pPr>
        <w:rPr>
          <w:rFonts w:ascii="Century Gothic" w:hAnsi="Century Gothic"/>
        </w:rPr>
      </w:pPr>
    </w:p>
    <w:p w:rsidRPr="008C0702" w:rsidR="00734F80" w:rsidP="00734F80" w:rsidRDefault="00734F80" w14:paraId="34C5C873" w14:textId="77777777">
      <w:pPr>
        <w:pStyle w:val="Heading2"/>
        <w:rPr>
          <w:rFonts w:ascii="Century Gothic" w:hAnsi="Century Gothic"/>
        </w:rPr>
      </w:pPr>
      <w:r w:rsidRPr="008C0702">
        <w:rPr>
          <w:rFonts w:ascii="Century Gothic" w:hAnsi="Century Gothic"/>
          <w:color w:val="5F7A61"/>
        </w:rPr>
        <w:t>Home Address</w:t>
      </w:r>
    </w:p>
    <w:tbl>
      <w:tblPr>
        <w:tblStyle w:val="GridTable4-Accent3"/>
        <w:tblW w:w="0" w:type="auto"/>
        <w:tblLook w:val="04A0" w:firstRow="1" w:lastRow="0" w:firstColumn="1" w:lastColumn="0" w:noHBand="0" w:noVBand="1"/>
      </w:tblPr>
      <w:tblGrid>
        <w:gridCol w:w="4315"/>
        <w:gridCol w:w="4315"/>
      </w:tblGrid>
      <w:tr w:rsidRPr="008C0702" w:rsidR="00734F80" w:rsidTr="00691D86" w14:paraId="771CC01E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22A7C5B6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Information Required</w:t>
            </w:r>
          </w:p>
        </w:tc>
        <w:tc>
          <w:tcPr>
            <w:tcW w:w="4320" w:type="dxa"/>
          </w:tcPr>
          <w:p w:rsidRPr="008C0702" w:rsidR="00734F80" w:rsidP="00C75A5D" w:rsidRDefault="00734F80" w14:paraId="19589A1B" w14:textId="7777777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Response</w:t>
            </w:r>
          </w:p>
        </w:tc>
      </w:tr>
      <w:tr w:rsidRPr="008C0702" w:rsidR="00734F80" w:rsidTr="00691D86" w14:paraId="2C6EC22D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25033596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lastRenderedPageBreak/>
              <w:t>Address</w:t>
            </w:r>
          </w:p>
        </w:tc>
        <w:tc>
          <w:tcPr>
            <w:tcW w:w="4320" w:type="dxa"/>
          </w:tcPr>
          <w:p w:rsidRPr="008C0702" w:rsidR="00734F80" w:rsidP="00C75A5D" w:rsidRDefault="00734F80" w14:paraId="072B8A8C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691D86" w14:paraId="16A546F6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301BFD5C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Postcode</w:t>
            </w:r>
          </w:p>
        </w:tc>
        <w:tc>
          <w:tcPr>
            <w:tcW w:w="4320" w:type="dxa"/>
          </w:tcPr>
          <w:p w:rsidRPr="008C0702" w:rsidR="00734F80" w:rsidP="00C75A5D" w:rsidRDefault="00734F80" w14:paraId="3CD37110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</w:p>
        </w:tc>
      </w:tr>
    </w:tbl>
    <w:p w:rsidRPr="008C0702" w:rsidR="00734F80" w:rsidP="00734F80" w:rsidRDefault="00734F80" w14:paraId="5D9FFE2B" w14:textId="77777777">
      <w:pPr>
        <w:rPr>
          <w:rFonts w:ascii="Century Gothic" w:hAnsi="Century Gothic"/>
        </w:rPr>
      </w:pPr>
    </w:p>
    <w:p w:rsidRPr="008C0702" w:rsidR="00734F80" w:rsidP="00734F80" w:rsidRDefault="00734F80" w14:paraId="5DE6974E" w14:textId="77777777">
      <w:pPr>
        <w:pStyle w:val="Heading2"/>
        <w:rPr>
          <w:rFonts w:ascii="Century Gothic" w:hAnsi="Century Gothic"/>
        </w:rPr>
      </w:pPr>
      <w:r w:rsidRPr="008C0702">
        <w:rPr>
          <w:rFonts w:ascii="Century Gothic" w:hAnsi="Century Gothic"/>
          <w:color w:val="5F7A61"/>
        </w:rPr>
        <w:t>Parent / Carer 1</w:t>
      </w:r>
    </w:p>
    <w:tbl>
      <w:tblPr>
        <w:tblStyle w:val="GridTable4-Accent3"/>
        <w:tblW w:w="0" w:type="auto"/>
        <w:tblLook w:val="04A0" w:firstRow="1" w:lastRow="0" w:firstColumn="1" w:lastColumn="0" w:noHBand="0" w:noVBand="1"/>
      </w:tblPr>
      <w:tblGrid>
        <w:gridCol w:w="4315"/>
        <w:gridCol w:w="4315"/>
      </w:tblGrid>
      <w:tr w:rsidRPr="008C0702" w:rsidR="00734F80" w:rsidTr="00ED0BF3" w14:paraId="3AD4B2CC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72476373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Information Required</w:t>
            </w:r>
          </w:p>
        </w:tc>
        <w:tc>
          <w:tcPr>
            <w:tcW w:w="4320" w:type="dxa"/>
          </w:tcPr>
          <w:p w:rsidRPr="008C0702" w:rsidR="00734F80" w:rsidP="00C75A5D" w:rsidRDefault="00734F80" w14:paraId="37BF23FF" w14:textId="7777777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Response</w:t>
            </w:r>
          </w:p>
        </w:tc>
      </w:tr>
      <w:tr w:rsidRPr="008C0702" w:rsidR="00734F80" w:rsidTr="00ED0BF3" w14:paraId="4B73F905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0CDC08B1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Name</w:t>
            </w:r>
          </w:p>
        </w:tc>
        <w:tc>
          <w:tcPr>
            <w:tcW w:w="4320" w:type="dxa"/>
          </w:tcPr>
          <w:p w:rsidRPr="008C0702" w:rsidR="00734F80" w:rsidP="00C75A5D" w:rsidRDefault="00734F80" w14:paraId="704613D6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ED0BF3" w14:paraId="74B07887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3B250D75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Relationship to Child</w:t>
            </w:r>
          </w:p>
        </w:tc>
        <w:tc>
          <w:tcPr>
            <w:tcW w:w="4320" w:type="dxa"/>
          </w:tcPr>
          <w:p w:rsidRPr="008C0702" w:rsidR="00734F80" w:rsidP="00C75A5D" w:rsidRDefault="00734F80" w14:paraId="178216C6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ED0BF3" w14:paraId="6D39B808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310CC1A3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Parental Responsibility</w:t>
            </w:r>
          </w:p>
        </w:tc>
        <w:tc>
          <w:tcPr>
            <w:tcW w:w="4320" w:type="dxa"/>
          </w:tcPr>
          <w:p w:rsidRPr="008C0702" w:rsidR="00734F80" w:rsidP="00C75A5D" w:rsidRDefault="00734F80" w14:paraId="516D67F3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Yes  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No</w:t>
            </w:r>
          </w:p>
        </w:tc>
      </w:tr>
      <w:tr w:rsidRPr="008C0702" w:rsidR="00734F80" w:rsidTr="00ED0BF3" w14:paraId="4F533F2F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5A55F42E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Telephone</w:t>
            </w:r>
          </w:p>
        </w:tc>
        <w:tc>
          <w:tcPr>
            <w:tcW w:w="4320" w:type="dxa"/>
          </w:tcPr>
          <w:p w:rsidRPr="008C0702" w:rsidR="00734F80" w:rsidP="00C75A5D" w:rsidRDefault="00734F80" w14:paraId="2E856A7E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ED0BF3" w14:paraId="5499ABEC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47ABDEFE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Email</w:t>
            </w:r>
          </w:p>
        </w:tc>
        <w:tc>
          <w:tcPr>
            <w:tcW w:w="4320" w:type="dxa"/>
          </w:tcPr>
          <w:p w:rsidRPr="008C0702" w:rsidR="00734F80" w:rsidP="00C75A5D" w:rsidRDefault="00734F80" w14:paraId="279685D9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ED0BF3" w14:paraId="44485FD2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266571A0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Preferred Contact Method</w:t>
            </w:r>
          </w:p>
        </w:tc>
        <w:tc>
          <w:tcPr>
            <w:tcW w:w="4320" w:type="dxa"/>
          </w:tcPr>
          <w:p w:rsidRPr="008C0702" w:rsidR="00734F80" w:rsidP="00C75A5D" w:rsidRDefault="00734F80" w14:paraId="1CC4C864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Telephone  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Email  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Letter</w:t>
            </w:r>
          </w:p>
        </w:tc>
      </w:tr>
    </w:tbl>
    <w:p w:rsidRPr="008C0702" w:rsidR="00734F80" w:rsidP="00734F80" w:rsidRDefault="00734F80" w14:paraId="2790DDAC" w14:textId="77777777">
      <w:pPr>
        <w:rPr>
          <w:rFonts w:ascii="Century Gothic" w:hAnsi="Century Gothic"/>
        </w:rPr>
      </w:pPr>
    </w:p>
    <w:p w:rsidRPr="008C0702" w:rsidR="00734F80" w:rsidP="00734F80" w:rsidRDefault="00734F80" w14:paraId="7B94D5EA" w14:textId="77777777">
      <w:pPr>
        <w:pStyle w:val="Heading2"/>
        <w:rPr>
          <w:rFonts w:ascii="Century Gothic" w:hAnsi="Century Gothic"/>
        </w:rPr>
      </w:pPr>
      <w:r w:rsidRPr="008C0702">
        <w:rPr>
          <w:rFonts w:ascii="Century Gothic" w:hAnsi="Century Gothic"/>
          <w:color w:val="5F7A61"/>
        </w:rPr>
        <w:t>Parent / Carer 2</w:t>
      </w:r>
    </w:p>
    <w:tbl>
      <w:tblPr>
        <w:tblStyle w:val="GridTable4-Accent3"/>
        <w:tblW w:w="0" w:type="auto"/>
        <w:tblLook w:val="04A0" w:firstRow="1" w:lastRow="0" w:firstColumn="1" w:lastColumn="0" w:noHBand="0" w:noVBand="1"/>
      </w:tblPr>
      <w:tblGrid>
        <w:gridCol w:w="4315"/>
        <w:gridCol w:w="4315"/>
      </w:tblGrid>
      <w:tr w:rsidRPr="008C0702" w:rsidR="00734F80" w:rsidTr="00ED0BF3" w14:paraId="73955D93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17DF6853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Information Required</w:t>
            </w:r>
          </w:p>
        </w:tc>
        <w:tc>
          <w:tcPr>
            <w:tcW w:w="4320" w:type="dxa"/>
          </w:tcPr>
          <w:p w:rsidRPr="008C0702" w:rsidR="00734F80" w:rsidP="00C75A5D" w:rsidRDefault="00734F80" w14:paraId="70B1E46F" w14:textId="7777777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Response</w:t>
            </w:r>
          </w:p>
        </w:tc>
      </w:tr>
      <w:tr w:rsidRPr="008C0702" w:rsidR="00734F80" w:rsidTr="00ED0BF3" w14:paraId="7442645D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4433B5EE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Name</w:t>
            </w:r>
          </w:p>
        </w:tc>
        <w:tc>
          <w:tcPr>
            <w:tcW w:w="4320" w:type="dxa"/>
          </w:tcPr>
          <w:p w:rsidRPr="008C0702" w:rsidR="00734F80" w:rsidP="00C75A5D" w:rsidRDefault="00734F80" w14:paraId="0ED74A19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ED0BF3" w14:paraId="0B4E950D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32114856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Relationship to Child</w:t>
            </w:r>
          </w:p>
        </w:tc>
        <w:tc>
          <w:tcPr>
            <w:tcW w:w="4320" w:type="dxa"/>
          </w:tcPr>
          <w:p w:rsidRPr="008C0702" w:rsidR="00734F80" w:rsidP="00C75A5D" w:rsidRDefault="00734F80" w14:paraId="5C10CB28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ED0BF3" w14:paraId="4607B22B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60B8CD31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Parental Responsibility</w:t>
            </w:r>
          </w:p>
        </w:tc>
        <w:tc>
          <w:tcPr>
            <w:tcW w:w="4320" w:type="dxa"/>
          </w:tcPr>
          <w:p w:rsidRPr="008C0702" w:rsidR="00734F80" w:rsidP="00C75A5D" w:rsidRDefault="00734F80" w14:paraId="2CA4B6DB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Yes  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No</w:t>
            </w:r>
          </w:p>
        </w:tc>
      </w:tr>
      <w:tr w:rsidRPr="008C0702" w:rsidR="00734F80" w:rsidTr="00ED0BF3" w14:paraId="1254BBBD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304B07D2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Telephone</w:t>
            </w:r>
          </w:p>
        </w:tc>
        <w:tc>
          <w:tcPr>
            <w:tcW w:w="4320" w:type="dxa"/>
          </w:tcPr>
          <w:p w:rsidRPr="008C0702" w:rsidR="00734F80" w:rsidP="00C75A5D" w:rsidRDefault="00734F80" w14:paraId="4977C1DB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ED0BF3" w14:paraId="3515E353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57B2F895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Email</w:t>
            </w:r>
          </w:p>
        </w:tc>
        <w:tc>
          <w:tcPr>
            <w:tcW w:w="4320" w:type="dxa"/>
          </w:tcPr>
          <w:p w:rsidRPr="008C0702" w:rsidR="00734F80" w:rsidP="00C75A5D" w:rsidRDefault="00734F80" w14:paraId="07F74B71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ED0BF3" w14:paraId="7D38A01A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23BEC69D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Preferred Contact Method</w:t>
            </w:r>
          </w:p>
        </w:tc>
        <w:tc>
          <w:tcPr>
            <w:tcW w:w="4320" w:type="dxa"/>
          </w:tcPr>
          <w:p w:rsidRPr="008C0702" w:rsidR="00734F80" w:rsidP="00C75A5D" w:rsidRDefault="00734F80" w14:paraId="68D6383E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Telephone  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Email  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Letter</w:t>
            </w:r>
          </w:p>
        </w:tc>
      </w:tr>
    </w:tbl>
    <w:p w:rsidRPr="008C0702" w:rsidR="00734F80" w:rsidP="00734F80" w:rsidRDefault="00734F80" w14:paraId="0062EFC6" w14:textId="77777777">
      <w:pPr>
        <w:rPr>
          <w:rFonts w:ascii="Century Gothic" w:hAnsi="Century Gothic"/>
        </w:rPr>
      </w:pPr>
    </w:p>
    <w:p w:rsidRPr="008C0702" w:rsidR="00734F80" w:rsidP="00734F80" w:rsidRDefault="00734F80" w14:paraId="6E9528D0" w14:textId="77777777">
      <w:pPr>
        <w:pStyle w:val="Heading2"/>
        <w:rPr>
          <w:rFonts w:ascii="Century Gothic" w:hAnsi="Century Gothic"/>
        </w:rPr>
      </w:pPr>
      <w:r w:rsidRPr="008C0702">
        <w:rPr>
          <w:rFonts w:ascii="Century Gothic" w:hAnsi="Century Gothic"/>
          <w:color w:val="5F7A61"/>
        </w:rPr>
        <w:t>Family Composition</w:t>
      </w:r>
    </w:p>
    <w:tbl>
      <w:tblPr>
        <w:tblStyle w:val="GridTable4-Accent3"/>
        <w:tblW w:w="0" w:type="auto"/>
        <w:tblLook w:val="04A0" w:firstRow="1" w:lastRow="0" w:firstColumn="1" w:lastColumn="0" w:noHBand="0" w:noVBand="1"/>
      </w:tblPr>
      <w:tblGrid>
        <w:gridCol w:w="2158"/>
        <w:gridCol w:w="2158"/>
        <w:gridCol w:w="2157"/>
        <w:gridCol w:w="2157"/>
      </w:tblGrid>
      <w:tr w:rsidRPr="008C0702" w:rsidR="00734F80" w:rsidTr="00DA0368" w14:paraId="2D911C16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0" w:type="dxa"/>
          </w:tcPr>
          <w:p w:rsidRPr="008C0702" w:rsidR="00734F80" w:rsidP="00C75A5D" w:rsidRDefault="00734F80" w14:paraId="6B4BA202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Name</w:t>
            </w:r>
          </w:p>
        </w:tc>
        <w:tc>
          <w:tcPr>
            <w:tcW w:w="2160" w:type="dxa"/>
          </w:tcPr>
          <w:p w:rsidRPr="008C0702" w:rsidR="00734F80" w:rsidP="00C75A5D" w:rsidRDefault="00734F80" w14:paraId="4F9304E9" w14:textId="7777777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Relationship to Child</w:t>
            </w:r>
          </w:p>
        </w:tc>
        <w:tc>
          <w:tcPr>
            <w:tcW w:w="2160" w:type="dxa"/>
          </w:tcPr>
          <w:p w:rsidRPr="008C0702" w:rsidR="00734F80" w:rsidP="00C75A5D" w:rsidRDefault="00734F80" w14:paraId="563044EC" w14:textId="7777777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Age (if under 18)</w:t>
            </w:r>
          </w:p>
        </w:tc>
        <w:tc>
          <w:tcPr>
            <w:tcW w:w="2160" w:type="dxa"/>
          </w:tcPr>
          <w:p w:rsidRPr="008C0702" w:rsidR="00734F80" w:rsidP="00C75A5D" w:rsidRDefault="00734F80" w14:paraId="14D0E941" w14:textId="7777777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Lives at Home?</w:t>
            </w:r>
          </w:p>
        </w:tc>
      </w:tr>
      <w:tr w:rsidRPr="008C0702" w:rsidR="00734F80" w:rsidTr="00DA0368" w14:paraId="137D34D1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0" w:type="dxa"/>
          </w:tcPr>
          <w:p w:rsidRPr="008C0702" w:rsidR="00734F80" w:rsidP="00C75A5D" w:rsidRDefault="00734F80" w14:paraId="32EF37AF" w14:textId="77777777">
            <w:pPr>
              <w:rPr>
                <w:rFonts w:ascii="Century Gothic" w:hAnsi="Century Gothic"/>
              </w:rPr>
            </w:pPr>
          </w:p>
        </w:tc>
        <w:tc>
          <w:tcPr>
            <w:tcW w:w="2160" w:type="dxa"/>
          </w:tcPr>
          <w:p w:rsidRPr="008C0702" w:rsidR="00734F80" w:rsidP="00C75A5D" w:rsidRDefault="00734F80" w14:paraId="1E37F730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160" w:type="dxa"/>
          </w:tcPr>
          <w:p w:rsidRPr="008C0702" w:rsidR="00734F80" w:rsidP="00C75A5D" w:rsidRDefault="00734F80" w14:paraId="6412B245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160" w:type="dxa"/>
          </w:tcPr>
          <w:p w:rsidRPr="008C0702" w:rsidR="00734F80" w:rsidP="00C75A5D" w:rsidRDefault="00734F80" w14:paraId="3C4DE5FF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Yes  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No</w:t>
            </w:r>
          </w:p>
        </w:tc>
      </w:tr>
      <w:tr w:rsidRPr="008C0702" w:rsidR="00734F80" w:rsidTr="00DA0368" w14:paraId="13D0FFC4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0" w:type="dxa"/>
          </w:tcPr>
          <w:p w:rsidRPr="008C0702" w:rsidR="00734F80" w:rsidP="00C75A5D" w:rsidRDefault="00734F80" w14:paraId="455FECD9" w14:textId="77777777">
            <w:pPr>
              <w:rPr>
                <w:rFonts w:ascii="Century Gothic" w:hAnsi="Century Gothic"/>
              </w:rPr>
            </w:pPr>
          </w:p>
        </w:tc>
        <w:tc>
          <w:tcPr>
            <w:tcW w:w="2160" w:type="dxa"/>
          </w:tcPr>
          <w:p w:rsidRPr="008C0702" w:rsidR="00734F80" w:rsidP="00C75A5D" w:rsidRDefault="00734F80" w14:paraId="0C0E2025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160" w:type="dxa"/>
          </w:tcPr>
          <w:p w:rsidRPr="008C0702" w:rsidR="00734F80" w:rsidP="00C75A5D" w:rsidRDefault="00734F80" w14:paraId="14F3E0B8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160" w:type="dxa"/>
          </w:tcPr>
          <w:p w:rsidRPr="008C0702" w:rsidR="00734F80" w:rsidP="00C75A5D" w:rsidRDefault="00734F80" w14:paraId="6B00ABF0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Yes  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No</w:t>
            </w:r>
          </w:p>
        </w:tc>
      </w:tr>
      <w:tr w:rsidRPr="008C0702" w:rsidR="00734F80" w:rsidTr="00DA0368" w14:paraId="7C550934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0" w:type="dxa"/>
          </w:tcPr>
          <w:p w:rsidRPr="008C0702" w:rsidR="00734F80" w:rsidP="00C75A5D" w:rsidRDefault="00734F80" w14:paraId="53F0B321" w14:textId="77777777">
            <w:pPr>
              <w:rPr>
                <w:rFonts w:ascii="Century Gothic" w:hAnsi="Century Gothic"/>
              </w:rPr>
            </w:pPr>
          </w:p>
        </w:tc>
        <w:tc>
          <w:tcPr>
            <w:tcW w:w="2160" w:type="dxa"/>
          </w:tcPr>
          <w:p w:rsidRPr="008C0702" w:rsidR="00734F80" w:rsidP="00C75A5D" w:rsidRDefault="00734F80" w14:paraId="5414EA47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160" w:type="dxa"/>
          </w:tcPr>
          <w:p w:rsidRPr="008C0702" w:rsidR="00734F80" w:rsidP="00C75A5D" w:rsidRDefault="00734F80" w14:paraId="416C9835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160" w:type="dxa"/>
          </w:tcPr>
          <w:p w:rsidRPr="008C0702" w:rsidR="00734F80" w:rsidP="00C75A5D" w:rsidRDefault="00734F80" w14:paraId="7E18111A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Yes  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No</w:t>
            </w:r>
          </w:p>
        </w:tc>
      </w:tr>
      <w:tr w:rsidRPr="008C0702" w:rsidR="00734F80" w:rsidTr="00DA0368" w14:paraId="2C3C5A0C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0" w:type="dxa"/>
          </w:tcPr>
          <w:p w:rsidRPr="008C0702" w:rsidR="00734F80" w:rsidP="00C75A5D" w:rsidRDefault="00734F80" w14:paraId="654F0C58" w14:textId="77777777">
            <w:pPr>
              <w:rPr>
                <w:rFonts w:ascii="Century Gothic" w:hAnsi="Century Gothic"/>
              </w:rPr>
            </w:pPr>
          </w:p>
        </w:tc>
        <w:tc>
          <w:tcPr>
            <w:tcW w:w="2160" w:type="dxa"/>
          </w:tcPr>
          <w:p w:rsidRPr="008C0702" w:rsidR="00734F80" w:rsidP="00C75A5D" w:rsidRDefault="00734F80" w14:paraId="249980EF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160" w:type="dxa"/>
          </w:tcPr>
          <w:p w:rsidRPr="008C0702" w:rsidR="00734F80" w:rsidP="00C75A5D" w:rsidRDefault="00734F80" w14:paraId="2FF4190E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160" w:type="dxa"/>
          </w:tcPr>
          <w:p w:rsidRPr="008C0702" w:rsidR="00734F80" w:rsidP="00C75A5D" w:rsidRDefault="00734F80" w14:paraId="42720BD2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Yes  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No</w:t>
            </w:r>
          </w:p>
        </w:tc>
      </w:tr>
      <w:tr w:rsidRPr="008C0702" w:rsidR="00734F80" w:rsidTr="00DA0368" w14:paraId="49BE666C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0" w:type="dxa"/>
          </w:tcPr>
          <w:p w:rsidRPr="008C0702" w:rsidR="00734F80" w:rsidP="00C75A5D" w:rsidRDefault="00734F80" w14:paraId="22574146" w14:textId="77777777">
            <w:pPr>
              <w:rPr>
                <w:rFonts w:ascii="Century Gothic" w:hAnsi="Century Gothic"/>
              </w:rPr>
            </w:pPr>
          </w:p>
        </w:tc>
        <w:tc>
          <w:tcPr>
            <w:tcW w:w="2160" w:type="dxa"/>
          </w:tcPr>
          <w:p w:rsidRPr="008C0702" w:rsidR="00734F80" w:rsidP="00C75A5D" w:rsidRDefault="00734F80" w14:paraId="086FD5C7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160" w:type="dxa"/>
          </w:tcPr>
          <w:p w:rsidRPr="008C0702" w:rsidR="00734F80" w:rsidP="00C75A5D" w:rsidRDefault="00734F80" w14:paraId="4568E160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160" w:type="dxa"/>
          </w:tcPr>
          <w:p w:rsidRPr="008C0702" w:rsidR="00734F80" w:rsidP="00C75A5D" w:rsidRDefault="00734F80" w14:paraId="639AEE8C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Yes  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No</w:t>
            </w:r>
          </w:p>
        </w:tc>
      </w:tr>
      <w:tr w:rsidRPr="008C0702" w:rsidR="00734F80" w:rsidTr="00DA0368" w14:paraId="3DD9441A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0" w:type="dxa"/>
          </w:tcPr>
          <w:p w:rsidRPr="008C0702" w:rsidR="00734F80" w:rsidP="00C75A5D" w:rsidRDefault="00734F80" w14:paraId="286C16DA" w14:textId="77777777">
            <w:pPr>
              <w:rPr>
                <w:rFonts w:ascii="Century Gothic" w:hAnsi="Century Gothic"/>
              </w:rPr>
            </w:pPr>
          </w:p>
        </w:tc>
        <w:tc>
          <w:tcPr>
            <w:tcW w:w="2160" w:type="dxa"/>
          </w:tcPr>
          <w:p w:rsidRPr="008C0702" w:rsidR="00734F80" w:rsidP="00C75A5D" w:rsidRDefault="00734F80" w14:paraId="55B565F6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160" w:type="dxa"/>
          </w:tcPr>
          <w:p w:rsidRPr="008C0702" w:rsidR="00734F80" w:rsidP="00C75A5D" w:rsidRDefault="00734F80" w14:paraId="2B15741F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160" w:type="dxa"/>
          </w:tcPr>
          <w:p w:rsidRPr="008C0702" w:rsidR="00734F80" w:rsidP="00C75A5D" w:rsidRDefault="00734F80" w14:paraId="7114965C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Yes  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No</w:t>
            </w:r>
          </w:p>
        </w:tc>
      </w:tr>
    </w:tbl>
    <w:p w:rsidR="00734F80" w:rsidP="00734F80" w:rsidRDefault="00734F80" w14:paraId="53167CE0" w14:textId="77777777">
      <w:pPr>
        <w:rPr>
          <w:rFonts w:ascii="Century Gothic" w:hAnsi="Century Gothic"/>
        </w:rPr>
      </w:pPr>
    </w:p>
    <w:p w:rsidRPr="008C0702" w:rsidR="00DA0368" w:rsidP="00734F80" w:rsidRDefault="00DA0368" w14:paraId="51E1BFCF" w14:textId="77777777">
      <w:pPr>
        <w:rPr>
          <w:rFonts w:ascii="Century Gothic" w:hAnsi="Century Gothic"/>
        </w:rPr>
      </w:pPr>
    </w:p>
    <w:p w:rsidRPr="008C0702" w:rsidR="00734F80" w:rsidP="00734F80" w:rsidRDefault="00734F80" w14:paraId="20C178A4" w14:textId="77777777">
      <w:pPr>
        <w:pStyle w:val="Heading2"/>
        <w:rPr>
          <w:rFonts w:ascii="Century Gothic" w:hAnsi="Century Gothic"/>
        </w:rPr>
      </w:pPr>
      <w:r w:rsidRPr="008C0702">
        <w:rPr>
          <w:rFonts w:ascii="Century Gothic" w:hAnsi="Century Gothic"/>
          <w:color w:val="5F7A61"/>
        </w:rPr>
        <w:t>Individuals with Parental Responsibility</w:t>
      </w:r>
    </w:p>
    <w:tbl>
      <w:tblPr>
        <w:tblStyle w:val="GridTable4-Accent3"/>
        <w:tblW w:w="0" w:type="auto"/>
        <w:tblLook w:val="04A0" w:firstRow="1" w:lastRow="0" w:firstColumn="1" w:lastColumn="0" w:noHBand="0" w:noVBand="1"/>
      </w:tblPr>
      <w:tblGrid>
        <w:gridCol w:w="2876"/>
        <w:gridCol w:w="2877"/>
        <w:gridCol w:w="2877"/>
      </w:tblGrid>
      <w:tr w:rsidRPr="008C0702" w:rsidR="00734F80" w:rsidTr="00DA0368" w14:paraId="5D8DBF9C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Pr="008C0702" w:rsidR="00734F80" w:rsidP="00C75A5D" w:rsidRDefault="00734F80" w14:paraId="393DE832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Name</w:t>
            </w:r>
          </w:p>
        </w:tc>
        <w:tc>
          <w:tcPr>
            <w:tcW w:w="2880" w:type="dxa"/>
          </w:tcPr>
          <w:p w:rsidRPr="008C0702" w:rsidR="00734F80" w:rsidP="00C75A5D" w:rsidRDefault="00734F80" w14:paraId="17019DFC" w14:textId="7777777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Relationship</w:t>
            </w:r>
          </w:p>
        </w:tc>
        <w:tc>
          <w:tcPr>
            <w:tcW w:w="2880" w:type="dxa"/>
          </w:tcPr>
          <w:p w:rsidRPr="008C0702" w:rsidR="00734F80" w:rsidP="00C75A5D" w:rsidRDefault="00734F80" w14:paraId="34167B87" w14:textId="7777777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Parental Responsibility</w:t>
            </w:r>
          </w:p>
        </w:tc>
      </w:tr>
      <w:tr w:rsidRPr="008C0702" w:rsidR="00734F80" w:rsidTr="00DA0368" w14:paraId="2E513440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Pr="008C0702" w:rsidR="00734F80" w:rsidP="00C75A5D" w:rsidRDefault="00734F80" w14:paraId="21FCAE26" w14:textId="77777777">
            <w:pPr>
              <w:rPr>
                <w:rFonts w:ascii="Century Gothic" w:hAnsi="Century Gothic"/>
              </w:rPr>
            </w:pPr>
          </w:p>
        </w:tc>
        <w:tc>
          <w:tcPr>
            <w:tcW w:w="2880" w:type="dxa"/>
          </w:tcPr>
          <w:p w:rsidRPr="008C0702" w:rsidR="00734F80" w:rsidP="00C75A5D" w:rsidRDefault="00734F80" w14:paraId="75B19F8C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880" w:type="dxa"/>
          </w:tcPr>
          <w:p w:rsidRPr="008C0702" w:rsidR="00734F80" w:rsidP="00C75A5D" w:rsidRDefault="00734F80" w14:paraId="3A42C375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Yes</w:t>
            </w:r>
          </w:p>
        </w:tc>
      </w:tr>
      <w:tr w:rsidRPr="008C0702" w:rsidR="00734F80" w:rsidTr="00DA0368" w14:paraId="73003251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Pr="008C0702" w:rsidR="00734F80" w:rsidP="00C75A5D" w:rsidRDefault="00734F80" w14:paraId="7C4E3F6E" w14:textId="77777777">
            <w:pPr>
              <w:rPr>
                <w:rFonts w:ascii="Century Gothic" w:hAnsi="Century Gothic"/>
              </w:rPr>
            </w:pPr>
          </w:p>
        </w:tc>
        <w:tc>
          <w:tcPr>
            <w:tcW w:w="2880" w:type="dxa"/>
          </w:tcPr>
          <w:p w:rsidRPr="008C0702" w:rsidR="00734F80" w:rsidP="00C75A5D" w:rsidRDefault="00734F80" w14:paraId="60E46A67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880" w:type="dxa"/>
          </w:tcPr>
          <w:p w:rsidRPr="008C0702" w:rsidR="00734F80" w:rsidP="00C75A5D" w:rsidRDefault="00734F80" w14:paraId="35D2CC9B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Yes</w:t>
            </w:r>
          </w:p>
        </w:tc>
      </w:tr>
      <w:tr w:rsidRPr="008C0702" w:rsidR="00734F80" w:rsidTr="00DA0368" w14:paraId="6D19B776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Pr="008C0702" w:rsidR="00734F80" w:rsidP="00C75A5D" w:rsidRDefault="00734F80" w14:paraId="69974FB9" w14:textId="77777777">
            <w:pPr>
              <w:rPr>
                <w:rFonts w:ascii="Century Gothic" w:hAnsi="Century Gothic"/>
              </w:rPr>
            </w:pPr>
          </w:p>
        </w:tc>
        <w:tc>
          <w:tcPr>
            <w:tcW w:w="2880" w:type="dxa"/>
          </w:tcPr>
          <w:p w:rsidRPr="008C0702" w:rsidR="00734F80" w:rsidP="00C75A5D" w:rsidRDefault="00734F80" w14:paraId="6CDA679D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880" w:type="dxa"/>
          </w:tcPr>
          <w:p w:rsidRPr="008C0702" w:rsidR="00734F80" w:rsidP="00C75A5D" w:rsidRDefault="00734F80" w14:paraId="11C5D219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Yes</w:t>
            </w:r>
          </w:p>
        </w:tc>
      </w:tr>
      <w:tr w:rsidRPr="008C0702" w:rsidR="00734F80" w:rsidTr="00DA0368" w14:paraId="68686722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Pr="008C0702" w:rsidR="00734F80" w:rsidP="00C75A5D" w:rsidRDefault="00734F80" w14:paraId="0EA0146B" w14:textId="77777777">
            <w:pPr>
              <w:rPr>
                <w:rFonts w:ascii="Century Gothic" w:hAnsi="Century Gothic"/>
              </w:rPr>
            </w:pPr>
          </w:p>
        </w:tc>
        <w:tc>
          <w:tcPr>
            <w:tcW w:w="2880" w:type="dxa"/>
          </w:tcPr>
          <w:p w:rsidRPr="008C0702" w:rsidR="00734F80" w:rsidP="00C75A5D" w:rsidRDefault="00734F80" w14:paraId="2E3C0BBD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880" w:type="dxa"/>
          </w:tcPr>
          <w:p w:rsidRPr="008C0702" w:rsidR="00734F80" w:rsidP="00C75A5D" w:rsidRDefault="00734F80" w14:paraId="509B1458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Yes</w:t>
            </w:r>
          </w:p>
        </w:tc>
      </w:tr>
    </w:tbl>
    <w:p w:rsidRPr="008C0702" w:rsidR="00734F80" w:rsidP="00734F80" w:rsidRDefault="00734F80" w14:paraId="0849642A" w14:textId="77777777">
      <w:pPr>
        <w:rPr>
          <w:rFonts w:ascii="Century Gothic" w:hAnsi="Century Gothic"/>
        </w:rPr>
      </w:pPr>
    </w:p>
    <w:p w:rsidRPr="008C0702" w:rsidR="00734F80" w:rsidP="00734F80" w:rsidRDefault="00734F80" w14:paraId="02944673" w14:textId="77777777">
      <w:pPr>
        <w:pStyle w:val="Heading2"/>
        <w:rPr>
          <w:rFonts w:ascii="Century Gothic" w:hAnsi="Century Gothic"/>
        </w:rPr>
      </w:pPr>
      <w:r w:rsidRPr="008C0702">
        <w:rPr>
          <w:rFonts w:ascii="Century Gothic" w:hAnsi="Century Gothic"/>
          <w:color w:val="5F7A61"/>
        </w:rPr>
        <w:t>Legal Status</w:t>
      </w:r>
      <w:r w:rsidRPr="008C0702" w:rsidR="003601AE">
        <w:rPr>
          <w:rFonts w:ascii="Century Gothic" w:hAnsi="Century Gothic"/>
          <w:color w:val="5F7A61"/>
        </w:rPr>
        <w:t xml:space="preserve"> – does any of the following apply?</w:t>
      </w:r>
    </w:p>
    <w:tbl>
      <w:tblPr>
        <w:tblStyle w:val="GridTable4-Accent3"/>
        <w:tblW w:w="0" w:type="auto"/>
        <w:tblLook w:val="04A0" w:firstRow="1" w:lastRow="0" w:firstColumn="1" w:lastColumn="0" w:noHBand="0" w:noVBand="1"/>
      </w:tblPr>
      <w:tblGrid>
        <w:gridCol w:w="2878"/>
        <w:gridCol w:w="2876"/>
        <w:gridCol w:w="2876"/>
      </w:tblGrid>
      <w:tr w:rsidRPr="008C0702" w:rsidR="00734F80" w:rsidTr="00DA0368" w14:paraId="029DFDF8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Pr="008C0702" w:rsidR="00734F80" w:rsidP="00C75A5D" w:rsidRDefault="00734F80" w14:paraId="0D5F5D2E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Status</w:t>
            </w:r>
          </w:p>
        </w:tc>
        <w:tc>
          <w:tcPr>
            <w:tcW w:w="2880" w:type="dxa"/>
          </w:tcPr>
          <w:p w:rsidRPr="008C0702" w:rsidR="00734F80" w:rsidP="00C75A5D" w:rsidRDefault="00734F80" w14:paraId="1E86786B" w14:textId="7777777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Yes</w:t>
            </w:r>
          </w:p>
        </w:tc>
        <w:tc>
          <w:tcPr>
            <w:tcW w:w="2880" w:type="dxa"/>
          </w:tcPr>
          <w:p w:rsidRPr="008C0702" w:rsidR="00734F80" w:rsidP="00C75A5D" w:rsidRDefault="00734F80" w14:paraId="27C66F06" w14:textId="7777777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No</w:t>
            </w:r>
          </w:p>
        </w:tc>
      </w:tr>
      <w:tr w:rsidRPr="008C0702" w:rsidR="00734F80" w:rsidTr="00DA0368" w14:paraId="750EBC61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Pr="008C0702" w:rsidR="00734F80" w:rsidP="00C75A5D" w:rsidRDefault="00734F80" w14:paraId="0224BCD5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Child Looked After</w:t>
            </w:r>
          </w:p>
        </w:tc>
        <w:tc>
          <w:tcPr>
            <w:tcW w:w="2880" w:type="dxa"/>
          </w:tcPr>
          <w:p w:rsidRPr="008C0702" w:rsidR="00734F80" w:rsidP="00C75A5D" w:rsidRDefault="00734F80" w14:paraId="566CF186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2880" w:type="dxa"/>
          </w:tcPr>
          <w:p w:rsidRPr="008C0702" w:rsidR="00734F80" w:rsidP="00C75A5D" w:rsidRDefault="00734F80" w14:paraId="2C7A90B8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</w:p>
        </w:tc>
      </w:tr>
      <w:tr w:rsidRPr="008C0702" w:rsidR="00734F80" w:rsidTr="00DA0368" w14:paraId="36B038E0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Pr="008C0702" w:rsidR="00734F80" w:rsidP="00C75A5D" w:rsidRDefault="00734F80" w14:paraId="515DD7C3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Previously Looked After</w:t>
            </w:r>
          </w:p>
        </w:tc>
        <w:tc>
          <w:tcPr>
            <w:tcW w:w="2880" w:type="dxa"/>
          </w:tcPr>
          <w:p w:rsidRPr="008C0702" w:rsidR="00734F80" w:rsidP="00C75A5D" w:rsidRDefault="00734F80" w14:paraId="182B3DDE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2880" w:type="dxa"/>
          </w:tcPr>
          <w:p w:rsidRPr="008C0702" w:rsidR="00734F80" w:rsidP="00C75A5D" w:rsidRDefault="00734F80" w14:paraId="4DF121F3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</w:p>
        </w:tc>
      </w:tr>
      <w:tr w:rsidRPr="008C0702" w:rsidR="00734F80" w:rsidTr="00DA0368" w14:paraId="5A0FFF99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Pr="008C0702" w:rsidR="00734F80" w:rsidP="00C75A5D" w:rsidRDefault="00734F80" w14:paraId="2182BBCC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Child Protection Plan</w:t>
            </w:r>
          </w:p>
        </w:tc>
        <w:tc>
          <w:tcPr>
            <w:tcW w:w="2880" w:type="dxa"/>
          </w:tcPr>
          <w:p w:rsidRPr="008C0702" w:rsidR="00734F80" w:rsidP="00C75A5D" w:rsidRDefault="00734F80" w14:paraId="2F6B5375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2880" w:type="dxa"/>
          </w:tcPr>
          <w:p w:rsidRPr="008C0702" w:rsidR="00734F80" w:rsidP="00C75A5D" w:rsidRDefault="00734F80" w14:paraId="436D7AE2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</w:p>
        </w:tc>
      </w:tr>
      <w:tr w:rsidRPr="008C0702" w:rsidR="00734F80" w:rsidTr="00DA0368" w14:paraId="57584A87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Pr="008C0702" w:rsidR="00734F80" w:rsidP="00C75A5D" w:rsidRDefault="00734F80" w14:paraId="32CD8612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Child in Need Plan</w:t>
            </w:r>
          </w:p>
        </w:tc>
        <w:tc>
          <w:tcPr>
            <w:tcW w:w="2880" w:type="dxa"/>
          </w:tcPr>
          <w:p w:rsidRPr="008C0702" w:rsidR="00734F80" w:rsidP="00C75A5D" w:rsidRDefault="00734F80" w14:paraId="119D3330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2880" w:type="dxa"/>
          </w:tcPr>
          <w:p w:rsidRPr="008C0702" w:rsidR="00734F80" w:rsidP="00C75A5D" w:rsidRDefault="00734F80" w14:paraId="56C17953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</w:p>
        </w:tc>
      </w:tr>
      <w:tr w:rsidRPr="008C0702" w:rsidR="00734F80" w:rsidTr="00DA0368" w14:paraId="1C3C5CC3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Pr="008C0702" w:rsidR="00734F80" w:rsidP="00C75A5D" w:rsidRDefault="00734F80" w14:paraId="71301407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Early Help Assessment</w:t>
            </w:r>
          </w:p>
        </w:tc>
        <w:tc>
          <w:tcPr>
            <w:tcW w:w="2880" w:type="dxa"/>
          </w:tcPr>
          <w:p w:rsidRPr="008C0702" w:rsidR="00734F80" w:rsidP="00C75A5D" w:rsidRDefault="00734F80" w14:paraId="5C7D3B77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2880" w:type="dxa"/>
          </w:tcPr>
          <w:p w:rsidRPr="008C0702" w:rsidR="00734F80" w:rsidP="00C75A5D" w:rsidRDefault="00734F80" w14:paraId="4B5F25DD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</w:p>
        </w:tc>
      </w:tr>
      <w:tr w:rsidRPr="008C0702" w:rsidR="00734F80" w:rsidTr="00DA0368" w14:paraId="6A4731F0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Pr="008C0702" w:rsidR="00734F80" w:rsidP="00C75A5D" w:rsidRDefault="00734F80" w14:paraId="52BF77A3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Court Order</w:t>
            </w:r>
          </w:p>
        </w:tc>
        <w:tc>
          <w:tcPr>
            <w:tcW w:w="2880" w:type="dxa"/>
          </w:tcPr>
          <w:p w:rsidRPr="008C0702" w:rsidR="00734F80" w:rsidP="00C75A5D" w:rsidRDefault="00734F80" w14:paraId="165D770B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2880" w:type="dxa"/>
          </w:tcPr>
          <w:p w:rsidRPr="008C0702" w:rsidR="00734F80" w:rsidP="00C75A5D" w:rsidRDefault="00734F80" w14:paraId="1AAC97C5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</w:p>
        </w:tc>
      </w:tr>
      <w:tr w:rsidRPr="008C0702" w:rsidR="00734F80" w:rsidTr="00DA0368" w14:paraId="60FBC4E8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Pr="008C0702" w:rsidR="00734F80" w:rsidP="00C75A5D" w:rsidRDefault="00734F80" w14:paraId="4853A811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Other Legal Arrangements</w:t>
            </w:r>
          </w:p>
        </w:tc>
        <w:tc>
          <w:tcPr>
            <w:tcW w:w="2880" w:type="dxa"/>
          </w:tcPr>
          <w:p w:rsidRPr="008C0702" w:rsidR="00734F80" w:rsidP="00C75A5D" w:rsidRDefault="00734F80" w14:paraId="4C6372E2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2880" w:type="dxa"/>
          </w:tcPr>
          <w:p w:rsidRPr="008C0702" w:rsidR="00734F80" w:rsidP="00C75A5D" w:rsidRDefault="00734F80" w14:paraId="1E3B38B9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</w:p>
        </w:tc>
      </w:tr>
    </w:tbl>
    <w:p w:rsidRPr="008C0702" w:rsidR="00734F80" w:rsidP="00734F80" w:rsidRDefault="00734F80" w14:paraId="35BDDEDC" w14:textId="77777777">
      <w:pPr>
        <w:pStyle w:val="Heading2"/>
        <w:rPr>
          <w:rFonts w:ascii="Century Gothic" w:hAnsi="Century Gothic"/>
        </w:rPr>
      </w:pPr>
      <w:r w:rsidRPr="008C0702">
        <w:rPr>
          <w:rFonts w:ascii="Century Gothic" w:hAnsi="Century Gothic"/>
          <w:color w:val="5F7A61"/>
        </w:rPr>
        <w:t>Emergency Contacts</w:t>
      </w:r>
    </w:p>
    <w:tbl>
      <w:tblPr>
        <w:tblStyle w:val="GridTable4-Accent3"/>
        <w:tblW w:w="0" w:type="auto"/>
        <w:tblLook w:val="04A0" w:firstRow="1" w:lastRow="0" w:firstColumn="1" w:lastColumn="0" w:noHBand="0" w:noVBand="1"/>
      </w:tblPr>
      <w:tblGrid>
        <w:gridCol w:w="4315"/>
        <w:gridCol w:w="4315"/>
      </w:tblGrid>
      <w:tr w:rsidRPr="008C0702" w:rsidR="00734F80" w:rsidTr="00DA0368" w14:paraId="0344D0AE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501B6AF3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Information Required</w:t>
            </w:r>
          </w:p>
        </w:tc>
        <w:tc>
          <w:tcPr>
            <w:tcW w:w="4320" w:type="dxa"/>
          </w:tcPr>
          <w:p w:rsidRPr="008C0702" w:rsidR="00734F80" w:rsidP="00C75A5D" w:rsidRDefault="00734F80" w14:paraId="46E2BBA0" w14:textId="7777777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Response</w:t>
            </w:r>
          </w:p>
        </w:tc>
      </w:tr>
      <w:tr w:rsidRPr="008C0702" w:rsidR="00734F80" w:rsidTr="00DA0368" w14:paraId="3FF86E87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020657BD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Emergency Contact 1</w:t>
            </w:r>
          </w:p>
        </w:tc>
        <w:tc>
          <w:tcPr>
            <w:tcW w:w="4320" w:type="dxa"/>
          </w:tcPr>
          <w:p w:rsidRPr="008C0702" w:rsidR="00734F80" w:rsidP="00C75A5D" w:rsidRDefault="00734F80" w14:paraId="4860ADCD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DA0368" w14:paraId="6DBD5403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38B51A2B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Emergency Contact 2</w:t>
            </w:r>
          </w:p>
        </w:tc>
        <w:tc>
          <w:tcPr>
            <w:tcW w:w="4320" w:type="dxa"/>
          </w:tcPr>
          <w:p w:rsidRPr="008C0702" w:rsidR="00734F80" w:rsidP="00C75A5D" w:rsidRDefault="00734F80" w14:paraId="16B9B765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DA0368" w14:paraId="4A0E5125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134CEB62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Emergency Contact 3</w:t>
            </w:r>
          </w:p>
        </w:tc>
        <w:tc>
          <w:tcPr>
            <w:tcW w:w="4320" w:type="dxa"/>
          </w:tcPr>
          <w:p w:rsidRPr="008C0702" w:rsidR="00734F80" w:rsidP="00C75A5D" w:rsidRDefault="00734F80" w14:paraId="08EEBE7C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</w:p>
        </w:tc>
      </w:tr>
    </w:tbl>
    <w:p w:rsidRPr="008C0702" w:rsidR="00734F80" w:rsidP="00734F80" w:rsidRDefault="00734F80" w14:paraId="224BD7D4" w14:textId="77777777">
      <w:pPr>
        <w:rPr>
          <w:rFonts w:ascii="Century Gothic" w:hAnsi="Century Gothic"/>
        </w:rPr>
      </w:pPr>
    </w:p>
    <w:p w:rsidRPr="008C0702" w:rsidR="00734F80" w:rsidP="00734F80" w:rsidRDefault="00734F80" w14:paraId="52A39C42" w14:textId="77777777">
      <w:pPr>
        <w:pStyle w:val="Heading2"/>
        <w:rPr>
          <w:rFonts w:ascii="Century Gothic" w:hAnsi="Century Gothic"/>
        </w:rPr>
      </w:pPr>
      <w:r w:rsidRPr="008C0702">
        <w:rPr>
          <w:rFonts w:ascii="Century Gothic" w:hAnsi="Century Gothic"/>
          <w:color w:val="5F7A61"/>
        </w:rPr>
        <w:t>Child's Views</w:t>
      </w:r>
    </w:p>
    <w:tbl>
      <w:tblPr>
        <w:tblStyle w:val="GridTable1Light-Accent3"/>
        <w:tblW w:w="0" w:type="auto"/>
        <w:tblLook w:val="04A0" w:firstRow="1" w:lastRow="0" w:firstColumn="1" w:lastColumn="0" w:noHBand="0" w:noVBand="1"/>
      </w:tblPr>
      <w:tblGrid>
        <w:gridCol w:w="8630"/>
      </w:tblGrid>
      <w:tr w:rsidRPr="008C0702" w:rsidR="00734F80" w:rsidTr="00DA0368" w14:paraId="6357C602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0" w:type="dxa"/>
          </w:tcPr>
          <w:p w:rsidRPr="008C0702" w:rsidR="00734F80" w:rsidP="00C75A5D" w:rsidRDefault="00734F80" w14:paraId="69AE6B50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Please record the child's views, wishes, aspirations and any worries about changing schools.</w:t>
            </w:r>
          </w:p>
        </w:tc>
      </w:tr>
      <w:tr w:rsidRPr="008C0702" w:rsidR="00734F80" w:rsidTr="00DA0368" w14:paraId="6E79D8BC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0" w:type="dxa"/>
          </w:tcPr>
          <w:p w:rsidRPr="008C0702" w:rsidR="00734F80" w:rsidP="00C75A5D" w:rsidRDefault="00734F80" w14:paraId="395434C9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  <w:r w:rsidRPr="008C0702">
              <w:rPr>
                <w:rFonts w:ascii="Century Gothic" w:hAnsi="Century Gothic"/>
              </w:rPr>
              <w:br/>
            </w:r>
            <w:r w:rsidRPr="008C0702">
              <w:rPr>
                <w:rFonts w:ascii="Century Gothic" w:hAnsi="Century Gothic"/>
              </w:rPr>
              <w:br/>
            </w:r>
            <w:r w:rsidRPr="008C0702">
              <w:rPr>
                <w:rFonts w:ascii="Century Gothic" w:hAnsi="Century Gothic"/>
              </w:rPr>
              <w:br/>
            </w:r>
          </w:p>
        </w:tc>
      </w:tr>
    </w:tbl>
    <w:p w:rsidRPr="008C0702" w:rsidR="00734F80" w:rsidP="00734F80" w:rsidRDefault="00734F80" w14:paraId="537C9CB5" w14:textId="77777777">
      <w:pPr>
        <w:pStyle w:val="Heading2"/>
        <w:rPr>
          <w:rFonts w:ascii="Century Gothic" w:hAnsi="Century Gothic"/>
        </w:rPr>
      </w:pPr>
      <w:r w:rsidRPr="008C0702">
        <w:rPr>
          <w:rFonts w:ascii="Century Gothic" w:hAnsi="Century Gothic"/>
          <w:color w:val="5F7A61"/>
        </w:rPr>
        <w:t>Parent / Carer Views</w:t>
      </w:r>
    </w:p>
    <w:tbl>
      <w:tblPr>
        <w:tblStyle w:val="GridTable1Light-Accent3"/>
        <w:tblW w:w="0" w:type="auto"/>
        <w:tblLook w:val="04A0" w:firstRow="1" w:lastRow="0" w:firstColumn="1" w:lastColumn="0" w:noHBand="0" w:noVBand="1"/>
      </w:tblPr>
      <w:tblGrid>
        <w:gridCol w:w="8630"/>
      </w:tblGrid>
      <w:tr w:rsidRPr="008C0702" w:rsidR="00734F80" w:rsidTr="00DA0368" w14:paraId="570C109D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0" w:type="dxa"/>
          </w:tcPr>
          <w:p w:rsidRPr="008C0702" w:rsidR="00734F80" w:rsidP="00C75A5D" w:rsidRDefault="00734F80" w14:paraId="6E94A1B2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Please explain why Homebrook Woods is being requested, your aspirations for the child and any additional information that would assist the admissions process.</w:t>
            </w:r>
          </w:p>
        </w:tc>
      </w:tr>
      <w:tr w:rsidRPr="008C0702" w:rsidR="00734F80" w:rsidTr="00DA0368" w14:paraId="1140ACC5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0" w:type="dxa"/>
          </w:tcPr>
          <w:p w:rsidRPr="008C0702" w:rsidR="00734F80" w:rsidP="00C75A5D" w:rsidRDefault="00734F80" w14:paraId="04E6470F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  <w:r w:rsidRPr="008C0702">
              <w:rPr>
                <w:rFonts w:ascii="Century Gothic" w:hAnsi="Century Gothic"/>
              </w:rPr>
              <w:br/>
            </w:r>
            <w:r w:rsidRPr="008C0702">
              <w:rPr>
                <w:rFonts w:ascii="Century Gothic" w:hAnsi="Century Gothic"/>
              </w:rPr>
              <w:br/>
            </w:r>
            <w:r w:rsidRPr="008C0702">
              <w:rPr>
                <w:rFonts w:ascii="Century Gothic" w:hAnsi="Century Gothic"/>
              </w:rPr>
              <w:br/>
            </w:r>
            <w:r w:rsidRPr="008C0702">
              <w:rPr>
                <w:rFonts w:ascii="Century Gothic" w:hAnsi="Century Gothic"/>
              </w:rPr>
              <w:br/>
            </w:r>
          </w:p>
        </w:tc>
      </w:tr>
    </w:tbl>
    <w:p w:rsidR="00734F80" w:rsidP="00734F80" w:rsidRDefault="00734F80" w14:paraId="7930BC62" w14:textId="77777777">
      <w:pPr>
        <w:rPr>
          <w:rFonts w:ascii="Century Gothic" w:hAnsi="Century Gothic"/>
          <w:color w:val="4F6228" w:themeColor="accent3" w:themeShade="80"/>
        </w:rPr>
      </w:pPr>
    </w:p>
    <w:p w:rsidRPr="003B2D06" w:rsidR="00DA0368" w:rsidP="00734F80" w:rsidRDefault="00DA0368" w14:paraId="2D81B720" w14:textId="77777777">
      <w:pPr>
        <w:rPr>
          <w:rFonts w:ascii="Century Gothic" w:hAnsi="Century Gothic"/>
          <w:color w:val="4F6228" w:themeColor="accent3" w:themeShade="80"/>
        </w:rPr>
      </w:pPr>
    </w:p>
    <w:p w:rsidRPr="003B2D06" w:rsidR="003B2D06" w:rsidP="003B2D06" w:rsidRDefault="00734F80" w14:paraId="48C30CAB" w14:textId="77777777">
      <w:pPr>
        <w:pStyle w:val="Heading1"/>
        <w:keepNext w:val="0"/>
        <w:shd w:val="clear" w:color="auto" w:fill="C2D69B" w:themeFill="accent3" w:themeFillTint="99"/>
        <w:spacing w:before="0"/>
        <w:rPr>
          <w:rFonts w:ascii="Century Gothic" w:hAnsi="Century Gothic"/>
          <w:color w:val="4F6228" w:themeColor="accent3" w:themeShade="80"/>
          <w:sz w:val="20"/>
          <w:szCs w:val="20"/>
        </w:rPr>
      </w:pPr>
      <w:r w:rsidRPr="003B2D06">
        <w:rPr>
          <w:rFonts w:ascii="Century Gothic" w:hAnsi="Century Gothic"/>
          <w:color w:val="4F6228" w:themeColor="accent3" w:themeShade="80"/>
          <w:sz w:val="20"/>
          <w:szCs w:val="20"/>
        </w:rPr>
        <w:t>SECTION 3</w:t>
      </w:r>
      <w:r w:rsidRPr="003B2D06" w:rsidR="00C362FB">
        <w:rPr>
          <w:rFonts w:ascii="Century Gothic" w:hAnsi="Century Gothic"/>
          <w:color w:val="4F6228" w:themeColor="accent3" w:themeShade="80"/>
          <w:sz w:val="20"/>
          <w:szCs w:val="20"/>
        </w:rPr>
        <w:t xml:space="preserve"> OF 8</w:t>
      </w:r>
    </w:p>
    <w:p w:rsidRPr="003B2D06" w:rsidR="00734F80" w:rsidP="003B2D06" w:rsidRDefault="00734F80" w14:paraId="73E55ACB" w14:textId="6BCA3E40">
      <w:pPr>
        <w:pStyle w:val="Heading1"/>
        <w:keepNext w:val="0"/>
        <w:shd w:val="clear" w:color="auto" w:fill="C2D69B" w:themeFill="accent3" w:themeFillTint="99"/>
        <w:spacing w:before="0"/>
        <w:rPr>
          <w:rFonts w:ascii="Century Gothic" w:hAnsi="Century Gothic"/>
          <w:color w:val="4F6228" w:themeColor="accent3" w:themeShade="80"/>
          <w:sz w:val="20"/>
          <w:szCs w:val="20"/>
        </w:rPr>
      </w:pPr>
      <w:r w:rsidRPr="003B2D06">
        <w:rPr>
          <w:rFonts w:ascii="Century Gothic" w:hAnsi="Century Gothic"/>
          <w:color w:val="4F6228" w:themeColor="accent3" w:themeShade="80"/>
        </w:rPr>
        <w:lastRenderedPageBreak/>
        <w:t>Education, EHCP &amp; Professional Involvement</w:t>
      </w:r>
    </w:p>
    <w:p w:rsidRPr="008C0702" w:rsidR="00734F80" w:rsidP="00734F80" w:rsidRDefault="00734F80" w14:paraId="40D910B0" w14:textId="77777777">
      <w:pPr>
        <w:rPr>
          <w:rFonts w:ascii="Century Gothic" w:hAnsi="Century Gothic"/>
        </w:rPr>
      </w:pPr>
      <w:r w:rsidRPr="008C0702">
        <w:rPr>
          <w:rFonts w:ascii="Century Gothic" w:hAnsi="Century Gothic"/>
        </w:rPr>
        <w:t>Please provide details of the child's educational history, Education, Health and Care Plan (EHCP), and current professional involvement.</w:t>
      </w:r>
    </w:p>
    <w:p w:rsidRPr="008C0702" w:rsidR="00734F80" w:rsidP="00734F80" w:rsidRDefault="00734F80" w14:paraId="6261FBFD" w14:textId="77777777">
      <w:pPr>
        <w:pStyle w:val="Heading2"/>
        <w:rPr>
          <w:rFonts w:ascii="Century Gothic" w:hAnsi="Century Gothic"/>
        </w:rPr>
      </w:pPr>
      <w:r w:rsidRPr="008C0702">
        <w:rPr>
          <w:rFonts w:ascii="Century Gothic" w:hAnsi="Century Gothic"/>
          <w:color w:val="5F7A61"/>
        </w:rPr>
        <w:t>Education, Health and Care Plan (EHCP)</w:t>
      </w:r>
    </w:p>
    <w:tbl>
      <w:tblPr>
        <w:tblStyle w:val="GridTable4-Accent3"/>
        <w:tblW w:w="0" w:type="auto"/>
        <w:tblLook w:val="04A0" w:firstRow="1" w:lastRow="0" w:firstColumn="1" w:lastColumn="0" w:noHBand="0" w:noVBand="1"/>
      </w:tblPr>
      <w:tblGrid>
        <w:gridCol w:w="4315"/>
        <w:gridCol w:w="4315"/>
      </w:tblGrid>
      <w:tr w:rsidRPr="008C0702" w:rsidR="00734F80" w:rsidTr="000E543B" w14:paraId="5DE63F2D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640D00C2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Information Required</w:t>
            </w:r>
          </w:p>
        </w:tc>
        <w:tc>
          <w:tcPr>
            <w:tcW w:w="4320" w:type="dxa"/>
          </w:tcPr>
          <w:p w:rsidRPr="008C0702" w:rsidR="00734F80" w:rsidP="00C75A5D" w:rsidRDefault="00734F80" w14:paraId="61E3093C" w14:textId="7777777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Response</w:t>
            </w:r>
          </w:p>
        </w:tc>
      </w:tr>
      <w:tr w:rsidRPr="008C0702" w:rsidR="00734F80" w:rsidTr="000E543B" w14:paraId="20D09043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65128F44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EHCP Status</w:t>
            </w:r>
          </w:p>
        </w:tc>
        <w:tc>
          <w:tcPr>
            <w:tcW w:w="4320" w:type="dxa"/>
          </w:tcPr>
          <w:p w:rsidR="00E12A17" w:rsidP="00C75A5D" w:rsidRDefault="00734F80" w14:paraId="4160BD44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EHCP in Place  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Draft EHCP   </w:t>
            </w:r>
          </w:p>
          <w:p w:rsidRPr="008C0702" w:rsidR="00734F80" w:rsidP="00C75A5D" w:rsidRDefault="00734F80" w14:paraId="140F0F74" w14:textId="0FFB93C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Under Assessment  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No EHCP</w:t>
            </w:r>
          </w:p>
        </w:tc>
      </w:tr>
      <w:tr w:rsidRPr="008C0702" w:rsidR="00734F80" w:rsidTr="000E543B" w14:paraId="379D4B72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7C3B19E0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Primary Need</w:t>
            </w:r>
          </w:p>
        </w:tc>
        <w:tc>
          <w:tcPr>
            <w:tcW w:w="4320" w:type="dxa"/>
          </w:tcPr>
          <w:p w:rsidRPr="008C0702" w:rsidR="00734F80" w:rsidP="00C75A5D" w:rsidRDefault="00734F80" w14:paraId="025CA7C8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0E543B" w14:paraId="424A17EE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28641934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Secondary Needs</w:t>
            </w:r>
          </w:p>
        </w:tc>
        <w:tc>
          <w:tcPr>
            <w:tcW w:w="4320" w:type="dxa"/>
          </w:tcPr>
          <w:p w:rsidRPr="008C0702" w:rsidR="00734F80" w:rsidP="00C75A5D" w:rsidRDefault="00734F80" w14:paraId="2327A0A1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0E543B" w14:paraId="3FE358C1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2F84DE54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Date EHCP Issued</w:t>
            </w:r>
          </w:p>
        </w:tc>
        <w:tc>
          <w:tcPr>
            <w:tcW w:w="4320" w:type="dxa"/>
          </w:tcPr>
          <w:p w:rsidRPr="008C0702" w:rsidR="00734F80" w:rsidP="00C75A5D" w:rsidRDefault="00734F80" w14:paraId="17520054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0E543B" w14:paraId="157FD582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0FD0AD79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Date of Latest Annual Review</w:t>
            </w:r>
          </w:p>
        </w:tc>
        <w:tc>
          <w:tcPr>
            <w:tcW w:w="4320" w:type="dxa"/>
          </w:tcPr>
          <w:p w:rsidRPr="008C0702" w:rsidR="00734F80" w:rsidP="00C75A5D" w:rsidRDefault="00734F80" w14:paraId="539BA7C3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0E543B" w14:paraId="2511807B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642EA4C1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Current Placement Named in EHCP</w:t>
            </w:r>
          </w:p>
        </w:tc>
        <w:tc>
          <w:tcPr>
            <w:tcW w:w="4320" w:type="dxa"/>
          </w:tcPr>
          <w:p w:rsidRPr="008C0702" w:rsidR="00734F80" w:rsidP="00C75A5D" w:rsidRDefault="00734F80" w14:paraId="6C7379B8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0E543B" w14:paraId="03237324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2B7AB33F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Current Banding / Funding Information (if known)</w:t>
            </w:r>
          </w:p>
        </w:tc>
        <w:tc>
          <w:tcPr>
            <w:tcW w:w="4320" w:type="dxa"/>
          </w:tcPr>
          <w:p w:rsidRPr="008C0702" w:rsidR="00734F80" w:rsidP="00C75A5D" w:rsidRDefault="00734F80" w14:paraId="1D3B3315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  <w:r w:rsidRPr="008C0702">
              <w:rPr>
                <w:rFonts w:ascii="Century Gothic" w:hAnsi="Century Gothic"/>
              </w:rPr>
              <w:br/>
            </w:r>
          </w:p>
        </w:tc>
      </w:tr>
    </w:tbl>
    <w:p w:rsidRPr="008C0702" w:rsidR="00734F80" w:rsidP="00734F80" w:rsidRDefault="00734F80" w14:paraId="0204DCA3" w14:textId="77777777">
      <w:pPr>
        <w:rPr>
          <w:rFonts w:ascii="Century Gothic" w:hAnsi="Century Gothic"/>
        </w:rPr>
      </w:pPr>
    </w:p>
    <w:p w:rsidRPr="008C0702" w:rsidR="00734F80" w:rsidP="00734F80" w:rsidRDefault="00734F80" w14:paraId="0F91014F" w14:textId="77777777">
      <w:pPr>
        <w:pStyle w:val="Heading2"/>
        <w:rPr>
          <w:rFonts w:ascii="Century Gothic" w:hAnsi="Century Gothic"/>
        </w:rPr>
      </w:pPr>
      <w:r w:rsidRPr="008C0702">
        <w:rPr>
          <w:rFonts w:ascii="Century Gothic" w:hAnsi="Century Gothic"/>
          <w:color w:val="5F7A61"/>
        </w:rPr>
        <w:t>Educational History</w:t>
      </w:r>
    </w:p>
    <w:tbl>
      <w:tblPr>
        <w:tblStyle w:val="GridTable4-Accent3"/>
        <w:tblW w:w="0" w:type="auto"/>
        <w:tblLook w:val="04A0" w:firstRow="1" w:lastRow="0" w:firstColumn="1" w:lastColumn="0" w:noHBand="0" w:noVBand="1"/>
      </w:tblPr>
      <w:tblGrid>
        <w:gridCol w:w="4315"/>
        <w:gridCol w:w="4315"/>
      </w:tblGrid>
      <w:tr w:rsidRPr="008C0702" w:rsidR="00734F80" w:rsidTr="000E543B" w14:paraId="7A0CE806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48EBDEA1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Information Required</w:t>
            </w:r>
          </w:p>
        </w:tc>
        <w:tc>
          <w:tcPr>
            <w:tcW w:w="4320" w:type="dxa"/>
          </w:tcPr>
          <w:p w:rsidRPr="008C0702" w:rsidR="00734F80" w:rsidP="00C75A5D" w:rsidRDefault="00734F80" w14:paraId="1BC89BC7" w14:textId="7777777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Response</w:t>
            </w:r>
          </w:p>
        </w:tc>
      </w:tr>
      <w:tr w:rsidRPr="008C0702" w:rsidR="00734F80" w:rsidTr="000E543B" w14:paraId="28A5AF6E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5C2E1A00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Previous Educational Settings (please list)</w:t>
            </w:r>
          </w:p>
        </w:tc>
        <w:tc>
          <w:tcPr>
            <w:tcW w:w="4320" w:type="dxa"/>
          </w:tcPr>
          <w:p w:rsidRPr="008C0702" w:rsidR="00734F80" w:rsidP="00C75A5D" w:rsidRDefault="00734F80" w14:paraId="6FA85A86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  <w:r w:rsidRPr="008C0702">
              <w:rPr>
                <w:rFonts w:ascii="Century Gothic" w:hAnsi="Century Gothic"/>
              </w:rPr>
              <w:br/>
            </w: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0E543B" w14:paraId="7D4F727A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7747E666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Has the child experienced permanent exclusion?</w:t>
            </w:r>
          </w:p>
        </w:tc>
        <w:tc>
          <w:tcPr>
            <w:tcW w:w="4320" w:type="dxa"/>
          </w:tcPr>
          <w:p w:rsidRPr="008C0702" w:rsidR="00734F80" w:rsidP="00C75A5D" w:rsidRDefault="00734F80" w14:paraId="1C5ED649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Yes  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No</w:t>
            </w:r>
          </w:p>
        </w:tc>
      </w:tr>
      <w:tr w:rsidRPr="008C0702" w:rsidR="00734F80" w:rsidTr="000E543B" w14:paraId="5C110A01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6BE7A8DB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Has the child experienced fixed-term suspensions?</w:t>
            </w:r>
          </w:p>
        </w:tc>
        <w:tc>
          <w:tcPr>
            <w:tcW w:w="4320" w:type="dxa"/>
          </w:tcPr>
          <w:p w:rsidRPr="008C0702" w:rsidR="00734F80" w:rsidP="00C75A5D" w:rsidRDefault="00734F80" w14:paraId="3145C130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Yes  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No</w:t>
            </w:r>
          </w:p>
        </w:tc>
      </w:tr>
      <w:tr w:rsidRPr="008C0702" w:rsidR="00734F80" w:rsidTr="000E543B" w14:paraId="5C10EB11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14B9B1B7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Attendance over previous 12 months</w:t>
            </w:r>
          </w:p>
        </w:tc>
        <w:tc>
          <w:tcPr>
            <w:tcW w:w="4320" w:type="dxa"/>
          </w:tcPr>
          <w:p w:rsidRPr="008C0702" w:rsidR="00734F80" w:rsidP="00C75A5D" w:rsidRDefault="00734F80" w14:paraId="32E37BCB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0E543B" w14:paraId="5E5D68C7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1016E097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Current Attendance Concerns</w:t>
            </w:r>
          </w:p>
        </w:tc>
        <w:tc>
          <w:tcPr>
            <w:tcW w:w="4320" w:type="dxa"/>
          </w:tcPr>
          <w:p w:rsidRPr="008C0702" w:rsidR="00734F80" w:rsidP="00C75A5D" w:rsidRDefault="00734F80" w14:paraId="58B2CC88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0E543B" w14:paraId="7AD77746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40897F4C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Reduced Timetable</w:t>
            </w:r>
          </w:p>
        </w:tc>
        <w:tc>
          <w:tcPr>
            <w:tcW w:w="4320" w:type="dxa"/>
          </w:tcPr>
          <w:p w:rsidRPr="008C0702" w:rsidR="00734F80" w:rsidP="00C75A5D" w:rsidRDefault="00734F80" w14:paraId="75E55AC0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Yes  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No</w:t>
            </w:r>
          </w:p>
        </w:tc>
      </w:tr>
      <w:tr w:rsidRPr="008C0702" w:rsidR="00734F80" w:rsidTr="000E543B" w14:paraId="1F161532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3707BEA1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Electively Home Educated (EHE)</w:t>
            </w:r>
          </w:p>
        </w:tc>
        <w:tc>
          <w:tcPr>
            <w:tcW w:w="4320" w:type="dxa"/>
          </w:tcPr>
          <w:p w:rsidRPr="008C0702" w:rsidR="00734F80" w:rsidP="00C75A5D" w:rsidRDefault="00734F80" w14:paraId="3F28E641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Yes  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No</w:t>
            </w:r>
          </w:p>
        </w:tc>
      </w:tr>
      <w:tr w:rsidRPr="008C0702" w:rsidR="00734F80" w:rsidTr="000E543B" w14:paraId="41CA9ADE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2D37E0E1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Education Otherwise Than at School (EOTAS)</w:t>
            </w:r>
          </w:p>
        </w:tc>
        <w:tc>
          <w:tcPr>
            <w:tcW w:w="4320" w:type="dxa"/>
          </w:tcPr>
          <w:p w:rsidRPr="008C0702" w:rsidR="00734F80" w:rsidP="00C75A5D" w:rsidRDefault="00734F80" w14:paraId="53BAD6AD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Yes  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No</w:t>
            </w:r>
          </w:p>
        </w:tc>
      </w:tr>
    </w:tbl>
    <w:p w:rsidR="00734F80" w:rsidP="00734F80" w:rsidRDefault="00734F80" w14:paraId="14A3FF55" w14:textId="77777777">
      <w:pPr>
        <w:rPr>
          <w:rFonts w:ascii="Century Gothic" w:hAnsi="Century Gothic"/>
        </w:rPr>
      </w:pPr>
    </w:p>
    <w:p w:rsidRPr="008C0702" w:rsidR="00734F80" w:rsidP="00734F80" w:rsidRDefault="00734F80" w14:paraId="72871AB2" w14:textId="77777777">
      <w:pPr>
        <w:pStyle w:val="Heading2"/>
        <w:rPr>
          <w:rFonts w:ascii="Century Gothic" w:hAnsi="Century Gothic"/>
        </w:rPr>
      </w:pPr>
      <w:r w:rsidRPr="008C0702">
        <w:rPr>
          <w:rFonts w:ascii="Century Gothic" w:hAnsi="Century Gothic"/>
          <w:color w:val="5F7A61"/>
        </w:rPr>
        <w:t>Current Professional Involvement</w:t>
      </w:r>
    </w:p>
    <w:tbl>
      <w:tblPr>
        <w:tblStyle w:val="GridTable4-Accent3"/>
        <w:tblW w:w="0" w:type="auto"/>
        <w:tblLook w:val="04A0" w:firstRow="1" w:lastRow="0" w:firstColumn="1" w:lastColumn="0" w:noHBand="0" w:noVBand="1"/>
      </w:tblPr>
      <w:tblGrid>
        <w:gridCol w:w="2159"/>
        <w:gridCol w:w="2157"/>
        <w:gridCol w:w="2156"/>
        <w:gridCol w:w="2158"/>
      </w:tblGrid>
      <w:tr w:rsidRPr="008C0702" w:rsidR="00734F80" w:rsidTr="000E543B" w14:paraId="109F5116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0" w:type="dxa"/>
          </w:tcPr>
          <w:p w:rsidRPr="008C0702" w:rsidR="00734F80" w:rsidP="00C75A5D" w:rsidRDefault="00734F80" w14:paraId="44180F0E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Professional</w:t>
            </w:r>
          </w:p>
        </w:tc>
        <w:tc>
          <w:tcPr>
            <w:tcW w:w="2160" w:type="dxa"/>
          </w:tcPr>
          <w:p w:rsidRPr="008C0702" w:rsidR="00734F80" w:rsidP="00C75A5D" w:rsidRDefault="00734F80" w14:paraId="6A06779B" w14:textId="7777777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Currently Involved?</w:t>
            </w:r>
          </w:p>
        </w:tc>
        <w:tc>
          <w:tcPr>
            <w:tcW w:w="2160" w:type="dxa"/>
          </w:tcPr>
          <w:p w:rsidRPr="008C0702" w:rsidR="00734F80" w:rsidP="00C75A5D" w:rsidRDefault="00734F80" w14:paraId="15276840" w14:textId="7777777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Name</w:t>
            </w:r>
          </w:p>
        </w:tc>
        <w:tc>
          <w:tcPr>
            <w:tcW w:w="2160" w:type="dxa"/>
          </w:tcPr>
          <w:p w:rsidRPr="008C0702" w:rsidR="00734F80" w:rsidP="00C75A5D" w:rsidRDefault="00734F80" w14:paraId="23D72B28" w14:textId="7777777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Organisation / Contact</w:t>
            </w:r>
          </w:p>
        </w:tc>
      </w:tr>
      <w:tr w:rsidRPr="008C0702" w:rsidR="00734F80" w:rsidTr="000E543B" w14:paraId="1A19AEC4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0" w:type="dxa"/>
          </w:tcPr>
          <w:p w:rsidRPr="008C0702" w:rsidR="00734F80" w:rsidP="00C75A5D" w:rsidRDefault="00734F80" w14:paraId="4AF66B45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Educational Psychologist</w:t>
            </w:r>
          </w:p>
        </w:tc>
        <w:tc>
          <w:tcPr>
            <w:tcW w:w="2160" w:type="dxa"/>
          </w:tcPr>
          <w:p w:rsidRPr="008C0702" w:rsidR="00734F80" w:rsidP="00C75A5D" w:rsidRDefault="00734F80" w14:paraId="6A7E0B55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Yes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No</w:t>
            </w:r>
          </w:p>
        </w:tc>
        <w:tc>
          <w:tcPr>
            <w:tcW w:w="2160" w:type="dxa"/>
          </w:tcPr>
          <w:p w:rsidRPr="008C0702" w:rsidR="00734F80" w:rsidP="00C75A5D" w:rsidRDefault="00734F80" w14:paraId="0085B0D9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160" w:type="dxa"/>
          </w:tcPr>
          <w:p w:rsidRPr="008C0702" w:rsidR="00734F80" w:rsidP="00C75A5D" w:rsidRDefault="00734F80" w14:paraId="23DE16B4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Pr="008C0702" w:rsidR="00734F80" w:rsidTr="000E543B" w14:paraId="46D8275D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0" w:type="dxa"/>
          </w:tcPr>
          <w:p w:rsidRPr="008C0702" w:rsidR="00734F80" w:rsidP="00C75A5D" w:rsidRDefault="00734F80" w14:paraId="66525D18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lastRenderedPageBreak/>
              <w:t>Speech &amp; Language Therapist</w:t>
            </w:r>
          </w:p>
        </w:tc>
        <w:tc>
          <w:tcPr>
            <w:tcW w:w="2160" w:type="dxa"/>
          </w:tcPr>
          <w:p w:rsidRPr="008C0702" w:rsidR="00734F80" w:rsidP="00C75A5D" w:rsidRDefault="00734F80" w14:paraId="00CA59A5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Yes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No</w:t>
            </w:r>
          </w:p>
        </w:tc>
        <w:tc>
          <w:tcPr>
            <w:tcW w:w="2160" w:type="dxa"/>
          </w:tcPr>
          <w:p w:rsidRPr="008C0702" w:rsidR="00734F80" w:rsidP="00C75A5D" w:rsidRDefault="00734F80" w14:paraId="6DDDCABB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160" w:type="dxa"/>
          </w:tcPr>
          <w:p w:rsidRPr="008C0702" w:rsidR="00734F80" w:rsidP="00C75A5D" w:rsidRDefault="00734F80" w14:paraId="70B76630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Pr="008C0702" w:rsidR="00734F80" w:rsidTr="000E543B" w14:paraId="69844D4B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0" w:type="dxa"/>
          </w:tcPr>
          <w:p w:rsidRPr="008C0702" w:rsidR="00734F80" w:rsidP="00C75A5D" w:rsidRDefault="00734F80" w14:paraId="6D6AF239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Occupational Therapist</w:t>
            </w:r>
          </w:p>
        </w:tc>
        <w:tc>
          <w:tcPr>
            <w:tcW w:w="2160" w:type="dxa"/>
          </w:tcPr>
          <w:p w:rsidRPr="008C0702" w:rsidR="00734F80" w:rsidP="00C75A5D" w:rsidRDefault="00734F80" w14:paraId="3ADB73F0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Yes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No</w:t>
            </w:r>
          </w:p>
        </w:tc>
        <w:tc>
          <w:tcPr>
            <w:tcW w:w="2160" w:type="dxa"/>
          </w:tcPr>
          <w:p w:rsidRPr="008C0702" w:rsidR="00734F80" w:rsidP="00C75A5D" w:rsidRDefault="00734F80" w14:paraId="0FFB8227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160" w:type="dxa"/>
          </w:tcPr>
          <w:p w:rsidRPr="008C0702" w:rsidR="00734F80" w:rsidP="00C75A5D" w:rsidRDefault="00734F80" w14:paraId="3EBCBBFA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Pr="008C0702" w:rsidR="00734F80" w:rsidTr="000E543B" w14:paraId="521C9182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0" w:type="dxa"/>
          </w:tcPr>
          <w:p w:rsidRPr="008C0702" w:rsidR="00734F80" w:rsidP="00C75A5D" w:rsidRDefault="00734F80" w14:paraId="13963088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Clinical Psychologist</w:t>
            </w:r>
          </w:p>
        </w:tc>
        <w:tc>
          <w:tcPr>
            <w:tcW w:w="2160" w:type="dxa"/>
          </w:tcPr>
          <w:p w:rsidRPr="008C0702" w:rsidR="00734F80" w:rsidP="00C75A5D" w:rsidRDefault="00734F80" w14:paraId="03D095AC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Yes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No</w:t>
            </w:r>
          </w:p>
        </w:tc>
        <w:tc>
          <w:tcPr>
            <w:tcW w:w="2160" w:type="dxa"/>
          </w:tcPr>
          <w:p w:rsidRPr="008C0702" w:rsidR="00734F80" w:rsidP="00C75A5D" w:rsidRDefault="00734F80" w14:paraId="740A86CD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160" w:type="dxa"/>
          </w:tcPr>
          <w:p w:rsidRPr="008C0702" w:rsidR="00734F80" w:rsidP="00C75A5D" w:rsidRDefault="00734F80" w14:paraId="52E263D4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Pr="008C0702" w:rsidR="00734F80" w:rsidTr="000E543B" w14:paraId="6E8E732D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0" w:type="dxa"/>
          </w:tcPr>
          <w:p w:rsidRPr="008C0702" w:rsidR="00734F80" w:rsidP="00C75A5D" w:rsidRDefault="00734F80" w14:paraId="2D070BBC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CAMHS</w:t>
            </w:r>
          </w:p>
        </w:tc>
        <w:tc>
          <w:tcPr>
            <w:tcW w:w="2160" w:type="dxa"/>
          </w:tcPr>
          <w:p w:rsidRPr="008C0702" w:rsidR="00734F80" w:rsidP="00C75A5D" w:rsidRDefault="00734F80" w14:paraId="0259E72B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Yes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No</w:t>
            </w:r>
          </w:p>
        </w:tc>
        <w:tc>
          <w:tcPr>
            <w:tcW w:w="2160" w:type="dxa"/>
          </w:tcPr>
          <w:p w:rsidRPr="008C0702" w:rsidR="00734F80" w:rsidP="00C75A5D" w:rsidRDefault="00734F80" w14:paraId="4E06151E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160" w:type="dxa"/>
          </w:tcPr>
          <w:p w:rsidRPr="008C0702" w:rsidR="00734F80" w:rsidP="00C75A5D" w:rsidRDefault="00734F80" w14:paraId="5A64F817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Pr="008C0702" w:rsidR="00734F80" w:rsidTr="000E543B" w14:paraId="2B3C54FD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0" w:type="dxa"/>
          </w:tcPr>
          <w:p w:rsidRPr="008C0702" w:rsidR="00734F80" w:rsidP="00C75A5D" w:rsidRDefault="00734F80" w14:paraId="69E589F8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Paediatrician</w:t>
            </w:r>
          </w:p>
        </w:tc>
        <w:tc>
          <w:tcPr>
            <w:tcW w:w="2160" w:type="dxa"/>
          </w:tcPr>
          <w:p w:rsidRPr="008C0702" w:rsidR="00734F80" w:rsidP="00C75A5D" w:rsidRDefault="00734F80" w14:paraId="25EADC6B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Yes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No</w:t>
            </w:r>
          </w:p>
        </w:tc>
        <w:tc>
          <w:tcPr>
            <w:tcW w:w="2160" w:type="dxa"/>
          </w:tcPr>
          <w:p w:rsidRPr="008C0702" w:rsidR="00734F80" w:rsidP="00C75A5D" w:rsidRDefault="00734F80" w14:paraId="3E16A8DF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160" w:type="dxa"/>
          </w:tcPr>
          <w:p w:rsidRPr="008C0702" w:rsidR="00734F80" w:rsidP="00C75A5D" w:rsidRDefault="00734F80" w14:paraId="06594F1A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Pr="008C0702" w:rsidR="00734F80" w:rsidTr="000E543B" w14:paraId="6AAD2E2B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0" w:type="dxa"/>
          </w:tcPr>
          <w:p w:rsidRPr="008C0702" w:rsidR="00734F80" w:rsidP="00C75A5D" w:rsidRDefault="00734F80" w14:paraId="44953EC2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Social Worker</w:t>
            </w:r>
          </w:p>
        </w:tc>
        <w:tc>
          <w:tcPr>
            <w:tcW w:w="2160" w:type="dxa"/>
          </w:tcPr>
          <w:p w:rsidRPr="008C0702" w:rsidR="00734F80" w:rsidP="00C75A5D" w:rsidRDefault="00734F80" w14:paraId="2C9571F1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Yes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No</w:t>
            </w:r>
          </w:p>
        </w:tc>
        <w:tc>
          <w:tcPr>
            <w:tcW w:w="2160" w:type="dxa"/>
          </w:tcPr>
          <w:p w:rsidRPr="008C0702" w:rsidR="00734F80" w:rsidP="00C75A5D" w:rsidRDefault="00734F80" w14:paraId="7C40FFBE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160" w:type="dxa"/>
          </w:tcPr>
          <w:p w:rsidRPr="008C0702" w:rsidR="00734F80" w:rsidP="00C75A5D" w:rsidRDefault="00734F80" w14:paraId="64A00A04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Pr="008C0702" w:rsidR="00734F80" w:rsidTr="000E543B" w14:paraId="23D48474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0" w:type="dxa"/>
          </w:tcPr>
          <w:p w:rsidRPr="008C0702" w:rsidR="00734F80" w:rsidP="00C75A5D" w:rsidRDefault="00734F80" w14:paraId="10D104FC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Family Support Worker</w:t>
            </w:r>
          </w:p>
        </w:tc>
        <w:tc>
          <w:tcPr>
            <w:tcW w:w="2160" w:type="dxa"/>
          </w:tcPr>
          <w:p w:rsidRPr="008C0702" w:rsidR="00734F80" w:rsidP="00C75A5D" w:rsidRDefault="00734F80" w14:paraId="3DB8F776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Yes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No</w:t>
            </w:r>
          </w:p>
        </w:tc>
        <w:tc>
          <w:tcPr>
            <w:tcW w:w="2160" w:type="dxa"/>
          </w:tcPr>
          <w:p w:rsidRPr="008C0702" w:rsidR="00734F80" w:rsidP="00C75A5D" w:rsidRDefault="00734F80" w14:paraId="7BFA4161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160" w:type="dxa"/>
          </w:tcPr>
          <w:p w:rsidRPr="008C0702" w:rsidR="00734F80" w:rsidP="00C75A5D" w:rsidRDefault="00734F80" w14:paraId="4AAB2C6F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Pr="008C0702" w:rsidR="00734F80" w:rsidTr="000E543B" w14:paraId="495CE88B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0" w:type="dxa"/>
          </w:tcPr>
          <w:p w:rsidRPr="008C0702" w:rsidR="00734F80" w:rsidP="00C75A5D" w:rsidRDefault="00734F80" w14:paraId="2AEA1FB9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Behaviour Support</w:t>
            </w:r>
          </w:p>
        </w:tc>
        <w:tc>
          <w:tcPr>
            <w:tcW w:w="2160" w:type="dxa"/>
          </w:tcPr>
          <w:p w:rsidRPr="008C0702" w:rsidR="00734F80" w:rsidP="00C75A5D" w:rsidRDefault="00734F80" w14:paraId="72CFBDEB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Yes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No</w:t>
            </w:r>
          </w:p>
        </w:tc>
        <w:tc>
          <w:tcPr>
            <w:tcW w:w="2160" w:type="dxa"/>
          </w:tcPr>
          <w:p w:rsidRPr="008C0702" w:rsidR="00734F80" w:rsidP="00C75A5D" w:rsidRDefault="00734F80" w14:paraId="26B5C5AD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160" w:type="dxa"/>
          </w:tcPr>
          <w:p w:rsidRPr="008C0702" w:rsidR="00734F80" w:rsidP="00C75A5D" w:rsidRDefault="00734F80" w14:paraId="266D4781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Pr="008C0702" w:rsidR="00734F80" w:rsidTr="000E543B" w14:paraId="38AD7712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0" w:type="dxa"/>
          </w:tcPr>
          <w:p w:rsidRPr="008C0702" w:rsidR="00734F80" w:rsidP="00C75A5D" w:rsidRDefault="00734F80" w14:paraId="0C51FDAE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Other</w:t>
            </w:r>
          </w:p>
        </w:tc>
        <w:tc>
          <w:tcPr>
            <w:tcW w:w="2160" w:type="dxa"/>
          </w:tcPr>
          <w:p w:rsidRPr="008C0702" w:rsidR="00734F80" w:rsidP="00C75A5D" w:rsidRDefault="00734F80" w14:paraId="407DC63E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Yes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No</w:t>
            </w:r>
          </w:p>
        </w:tc>
        <w:tc>
          <w:tcPr>
            <w:tcW w:w="2160" w:type="dxa"/>
          </w:tcPr>
          <w:p w:rsidRPr="008C0702" w:rsidR="00734F80" w:rsidP="00C75A5D" w:rsidRDefault="00734F80" w14:paraId="342AFDAF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160" w:type="dxa"/>
          </w:tcPr>
          <w:p w:rsidRPr="008C0702" w:rsidR="00734F80" w:rsidP="00C75A5D" w:rsidRDefault="00734F80" w14:paraId="7052EF26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</w:tbl>
    <w:p w:rsidRPr="008C0702" w:rsidR="00734F80" w:rsidP="00734F80" w:rsidRDefault="00734F80" w14:paraId="71BDC786" w14:textId="77777777">
      <w:pPr>
        <w:rPr>
          <w:rFonts w:ascii="Century Gothic" w:hAnsi="Century Gothic"/>
        </w:rPr>
      </w:pPr>
    </w:p>
    <w:p w:rsidRPr="008C0702" w:rsidR="00734F80" w:rsidP="00734F80" w:rsidRDefault="00021289" w14:paraId="189C65A7" w14:textId="00A12300">
      <w:pPr>
        <w:pStyle w:val="Heading2"/>
        <w:rPr>
          <w:rFonts w:ascii="Century Gothic" w:hAnsi="Century Gothic"/>
        </w:rPr>
      </w:pPr>
      <w:r w:rsidRPr="008C0702">
        <w:rPr>
          <w:rFonts w:ascii="Century Gothic" w:hAnsi="Century Gothic"/>
          <w:color w:val="5F7A61"/>
        </w:rPr>
        <w:t>Reports Available at the Time of Referral</w:t>
      </w:r>
    </w:p>
    <w:tbl>
      <w:tblPr>
        <w:tblStyle w:val="GridTable4-Accent3"/>
        <w:tblW w:w="0" w:type="auto"/>
        <w:tblLook w:val="04A0" w:firstRow="1" w:lastRow="0" w:firstColumn="1" w:lastColumn="0" w:noHBand="0" w:noVBand="1"/>
      </w:tblPr>
      <w:tblGrid>
        <w:gridCol w:w="4315"/>
        <w:gridCol w:w="4315"/>
      </w:tblGrid>
      <w:tr w:rsidRPr="008C0702" w:rsidR="00734F80" w:rsidTr="000E543B" w14:paraId="195DCAA1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42F488D1" w14:textId="1E51B5A9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I</w:t>
            </w:r>
            <w:r w:rsidRPr="008C0702" w:rsidR="00D663C0">
              <w:rPr>
                <w:rFonts w:ascii="Century Gothic" w:hAnsi="Century Gothic"/>
              </w:rPr>
              <w:t>nformation</w:t>
            </w:r>
          </w:p>
        </w:tc>
        <w:tc>
          <w:tcPr>
            <w:tcW w:w="4320" w:type="dxa"/>
          </w:tcPr>
          <w:p w:rsidRPr="008C0702" w:rsidR="00734F80" w:rsidP="00C75A5D" w:rsidRDefault="00734F80" w14:paraId="3A3188E7" w14:textId="7777777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Response</w:t>
            </w:r>
          </w:p>
        </w:tc>
      </w:tr>
      <w:tr w:rsidRPr="008C0702" w:rsidR="00734F80" w:rsidTr="000E543B" w14:paraId="0EA7D136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3E334B9E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Educational Psychology Report</w:t>
            </w:r>
          </w:p>
        </w:tc>
        <w:tc>
          <w:tcPr>
            <w:tcW w:w="4320" w:type="dxa"/>
          </w:tcPr>
          <w:p w:rsidRPr="008C0702" w:rsidR="00734F80" w:rsidP="00C75A5D" w:rsidRDefault="00734F80" w14:paraId="50E8D107" w14:textId="497F88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</w:t>
            </w:r>
            <w:r w:rsidRPr="008C0702" w:rsidR="00D663C0">
              <w:rPr>
                <w:rFonts w:ascii="Century Gothic" w:hAnsi="Century Gothic"/>
              </w:rPr>
              <w:t>Provided</w:t>
            </w:r>
            <w:r w:rsidRPr="008C0702">
              <w:rPr>
                <w:rFonts w:ascii="Century Gothic" w:hAnsi="Century Gothic"/>
              </w:rPr>
              <w:t xml:space="preserve">  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Not Available</w:t>
            </w:r>
          </w:p>
        </w:tc>
      </w:tr>
      <w:tr w:rsidRPr="008C0702" w:rsidR="00734F80" w:rsidTr="000E543B" w14:paraId="2EB9D6A3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5711CC06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Speech &amp; Language Therapy Report</w:t>
            </w:r>
          </w:p>
        </w:tc>
        <w:tc>
          <w:tcPr>
            <w:tcW w:w="4320" w:type="dxa"/>
          </w:tcPr>
          <w:p w:rsidRPr="008C0702" w:rsidR="00734F80" w:rsidP="00C75A5D" w:rsidRDefault="00734F80" w14:paraId="60CCDFFD" w14:textId="0B2C98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 w:rsidR="00D663C0">
              <w:rPr>
                <w:rFonts w:ascii="Century Gothic" w:hAnsi="Century Gothic"/>
              </w:rPr>
              <w:t xml:space="preserve"> Provided</w:t>
            </w:r>
            <w:r w:rsidRPr="008C0702">
              <w:rPr>
                <w:rFonts w:ascii="Century Gothic" w:hAnsi="Century Gothic"/>
              </w:rPr>
              <w:t xml:space="preserve">  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Not Available</w:t>
            </w:r>
          </w:p>
        </w:tc>
      </w:tr>
      <w:tr w:rsidRPr="008C0702" w:rsidR="00734F80" w:rsidTr="000E543B" w14:paraId="6E868856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2A6BEA02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Occupational Therapy Report</w:t>
            </w:r>
          </w:p>
        </w:tc>
        <w:tc>
          <w:tcPr>
            <w:tcW w:w="4320" w:type="dxa"/>
          </w:tcPr>
          <w:p w:rsidRPr="008C0702" w:rsidR="00734F80" w:rsidP="00C75A5D" w:rsidRDefault="00734F80" w14:paraId="08FD0A73" w14:textId="75FA6F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 w:rsidR="00D663C0">
              <w:rPr>
                <w:rFonts w:ascii="Century Gothic" w:hAnsi="Century Gothic"/>
              </w:rPr>
              <w:t xml:space="preserve"> </w:t>
            </w:r>
            <w:proofErr w:type="gramStart"/>
            <w:r w:rsidRPr="008C0702" w:rsidR="00D663C0">
              <w:rPr>
                <w:rFonts w:ascii="Century Gothic" w:hAnsi="Century Gothic"/>
              </w:rPr>
              <w:t>Provided</w:t>
            </w:r>
            <w:r w:rsidRPr="008C0702">
              <w:rPr>
                <w:rFonts w:ascii="Century Gothic" w:hAnsi="Century Gothic"/>
              </w:rPr>
              <w:t xml:space="preserve"> </w:t>
            </w:r>
            <w:r w:rsidR="00936C25">
              <w:rPr>
                <w:rFonts w:ascii="Century Gothic" w:hAnsi="Century Gothic"/>
              </w:rPr>
              <w:t xml:space="preserve"> </w:t>
            </w:r>
            <w:r w:rsidRPr="008C0702">
              <w:rPr>
                <w:rFonts w:ascii="Segoe UI Symbol" w:hAnsi="Segoe UI Symbol" w:cs="Segoe UI Symbol"/>
              </w:rPr>
              <w:t>☐</w:t>
            </w:r>
            <w:proofErr w:type="gramEnd"/>
            <w:r w:rsidRPr="008C0702">
              <w:rPr>
                <w:rFonts w:ascii="Century Gothic" w:hAnsi="Century Gothic"/>
              </w:rPr>
              <w:t xml:space="preserve"> Not Available</w:t>
            </w:r>
          </w:p>
        </w:tc>
      </w:tr>
      <w:tr w:rsidRPr="008C0702" w:rsidR="00734F80" w:rsidTr="000E543B" w14:paraId="5C65719C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3A292BAD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Medical Reports</w:t>
            </w:r>
          </w:p>
        </w:tc>
        <w:tc>
          <w:tcPr>
            <w:tcW w:w="4320" w:type="dxa"/>
          </w:tcPr>
          <w:p w:rsidRPr="008C0702" w:rsidR="00734F80" w:rsidP="00C75A5D" w:rsidRDefault="00734F80" w14:paraId="587D5CFE" w14:textId="4B12018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</w:t>
            </w:r>
            <w:r w:rsidRPr="008C0702" w:rsidR="00D663C0">
              <w:rPr>
                <w:rFonts w:ascii="Century Gothic" w:hAnsi="Century Gothic"/>
              </w:rPr>
              <w:t xml:space="preserve">Provided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Not Available</w:t>
            </w:r>
          </w:p>
        </w:tc>
      </w:tr>
      <w:tr w:rsidRPr="008C0702" w:rsidR="00734F80" w:rsidTr="000E543B" w14:paraId="5FBC8C95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3AC458BF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Behaviour Support Plan</w:t>
            </w:r>
          </w:p>
        </w:tc>
        <w:tc>
          <w:tcPr>
            <w:tcW w:w="4320" w:type="dxa"/>
          </w:tcPr>
          <w:p w:rsidRPr="008C0702" w:rsidR="00734F80" w:rsidP="00C75A5D" w:rsidRDefault="00734F80" w14:paraId="198D6085" w14:textId="0CDD845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 w:rsidR="00D663C0">
              <w:rPr>
                <w:rFonts w:ascii="Century Gothic" w:hAnsi="Century Gothic"/>
              </w:rPr>
              <w:t xml:space="preserve"> Provided</w:t>
            </w:r>
            <w:r w:rsidRPr="008C0702">
              <w:rPr>
                <w:rFonts w:ascii="Century Gothic" w:hAnsi="Century Gothic"/>
              </w:rPr>
              <w:t xml:space="preserve">  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Not Available</w:t>
            </w:r>
          </w:p>
        </w:tc>
      </w:tr>
      <w:tr w:rsidRPr="008C0702" w:rsidR="00734F80" w:rsidTr="000E543B" w14:paraId="538079C3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5F6A07CB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Risk Assessments</w:t>
            </w:r>
          </w:p>
        </w:tc>
        <w:tc>
          <w:tcPr>
            <w:tcW w:w="4320" w:type="dxa"/>
          </w:tcPr>
          <w:p w:rsidRPr="008C0702" w:rsidR="00734F80" w:rsidP="00C75A5D" w:rsidRDefault="00734F80" w14:paraId="01B9E485" w14:textId="09A919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 w:rsidR="00D663C0">
              <w:rPr>
                <w:rFonts w:ascii="Century Gothic" w:hAnsi="Century Gothic"/>
              </w:rPr>
              <w:t xml:space="preserve"> Provided</w:t>
            </w:r>
            <w:r w:rsidRPr="008C0702">
              <w:rPr>
                <w:rFonts w:ascii="Century Gothic" w:hAnsi="Century Gothic"/>
              </w:rPr>
              <w:t xml:space="preserve">  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Not Available</w:t>
            </w:r>
          </w:p>
        </w:tc>
      </w:tr>
      <w:tr w:rsidRPr="008C0702" w:rsidR="00734F80" w:rsidTr="000E543B" w14:paraId="2046339D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02CC1792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Other Reports</w:t>
            </w:r>
          </w:p>
        </w:tc>
        <w:tc>
          <w:tcPr>
            <w:tcW w:w="4320" w:type="dxa"/>
          </w:tcPr>
          <w:p w:rsidRPr="008C0702" w:rsidR="00734F80" w:rsidP="00C75A5D" w:rsidRDefault="00734F80" w14:paraId="6AB0EB77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Please specify:</w:t>
            </w:r>
            <w:r w:rsidRPr="008C0702">
              <w:rPr>
                <w:rFonts w:ascii="Century Gothic" w:hAnsi="Century Gothic"/>
              </w:rPr>
              <w:br/>
            </w:r>
            <w:r w:rsidRPr="008C0702">
              <w:rPr>
                <w:rFonts w:ascii="Century Gothic" w:hAnsi="Century Gothic"/>
              </w:rPr>
              <w:br/>
            </w:r>
          </w:p>
        </w:tc>
      </w:tr>
    </w:tbl>
    <w:p w:rsidRPr="008C0702" w:rsidR="00734F80" w:rsidP="00734F80" w:rsidRDefault="00734F80" w14:paraId="4036D06C" w14:textId="77777777">
      <w:pPr>
        <w:rPr>
          <w:rFonts w:ascii="Century Gothic" w:hAnsi="Century Gothic"/>
        </w:rPr>
      </w:pPr>
    </w:p>
    <w:p w:rsidRPr="008C0702" w:rsidR="00734F80" w:rsidP="00734F80" w:rsidRDefault="00734F80" w14:paraId="11E69687" w14:textId="77777777">
      <w:pPr>
        <w:pStyle w:val="Heading2"/>
        <w:rPr>
          <w:rFonts w:ascii="Century Gothic" w:hAnsi="Century Gothic"/>
        </w:rPr>
      </w:pPr>
      <w:r w:rsidRPr="008C0702">
        <w:rPr>
          <w:rFonts w:ascii="Century Gothic" w:hAnsi="Century Gothic"/>
          <w:color w:val="5F7A61"/>
        </w:rPr>
        <w:t>Additional Professional Information</w:t>
      </w:r>
    </w:p>
    <w:tbl>
      <w:tblPr>
        <w:tblStyle w:val="GridTable1Light-Accent3"/>
        <w:tblW w:w="0" w:type="auto"/>
        <w:tblLook w:val="04A0" w:firstRow="1" w:lastRow="0" w:firstColumn="1" w:lastColumn="0" w:noHBand="0" w:noVBand="1"/>
      </w:tblPr>
      <w:tblGrid>
        <w:gridCol w:w="8630"/>
      </w:tblGrid>
      <w:tr w:rsidRPr="008C0702" w:rsidR="00734F80" w:rsidTr="000E543B" w14:paraId="11B8B383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0" w:type="dxa"/>
          </w:tcPr>
          <w:p w:rsidRPr="008C0702" w:rsidR="00734F80" w:rsidP="00C75A5D" w:rsidRDefault="00734F80" w14:paraId="562983F8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Please include any further professional information that would assist the admissions panel when considering this referral.</w:t>
            </w:r>
          </w:p>
        </w:tc>
      </w:tr>
      <w:tr w:rsidRPr="008C0702" w:rsidR="00734F80" w:rsidTr="000E543B" w14:paraId="17B151AB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0" w:type="dxa"/>
          </w:tcPr>
          <w:p w:rsidRPr="008C0702" w:rsidR="00734F80" w:rsidP="00C75A5D" w:rsidRDefault="00734F80" w14:paraId="75CB6A13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  <w:r w:rsidRPr="008C0702">
              <w:rPr>
                <w:rFonts w:ascii="Century Gothic" w:hAnsi="Century Gothic"/>
              </w:rPr>
              <w:br/>
            </w:r>
            <w:r w:rsidRPr="008C0702">
              <w:rPr>
                <w:rFonts w:ascii="Century Gothic" w:hAnsi="Century Gothic"/>
              </w:rPr>
              <w:br/>
            </w:r>
            <w:r w:rsidRPr="008C0702">
              <w:rPr>
                <w:rFonts w:ascii="Century Gothic" w:hAnsi="Century Gothic"/>
              </w:rPr>
              <w:br/>
            </w:r>
            <w:r w:rsidRPr="008C0702">
              <w:rPr>
                <w:rFonts w:ascii="Century Gothic" w:hAnsi="Century Gothic"/>
              </w:rPr>
              <w:br/>
            </w:r>
          </w:p>
        </w:tc>
      </w:tr>
    </w:tbl>
    <w:p w:rsidRPr="008C0702" w:rsidR="00DA0368" w:rsidRDefault="00DA0368" w14:paraId="62AF12B1" w14:textId="77777777">
      <w:pPr>
        <w:rPr>
          <w:rFonts w:ascii="Century Gothic" w:hAnsi="Century Gothic"/>
        </w:rPr>
      </w:pPr>
    </w:p>
    <w:p w:rsidRPr="007114EC" w:rsidR="00734F80" w:rsidP="007114EC" w:rsidRDefault="00734F80" w14:paraId="05C90B79" w14:textId="50C1643F">
      <w:pPr>
        <w:pStyle w:val="Heading1"/>
        <w:keepNext w:val="0"/>
        <w:shd w:val="clear" w:color="auto" w:fill="C2D69B" w:themeFill="accent3" w:themeFillTint="99"/>
        <w:spacing w:before="0"/>
        <w:rPr>
          <w:rFonts w:ascii="Century Gothic" w:hAnsi="Century Gothic"/>
          <w:color w:val="4F6228" w:themeColor="accent3" w:themeShade="80"/>
          <w:sz w:val="20"/>
          <w:szCs w:val="20"/>
        </w:rPr>
      </w:pPr>
      <w:r w:rsidRPr="007114EC">
        <w:rPr>
          <w:rFonts w:ascii="Century Gothic" w:hAnsi="Century Gothic"/>
          <w:color w:val="4F6228" w:themeColor="accent3" w:themeShade="80"/>
          <w:sz w:val="20"/>
          <w:szCs w:val="20"/>
        </w:rPr>
        <w:t>SECTION 4</w:t>
      </w:r>
      <w:r w:rsidRPr="007114EC" w:rsidR="00C362FB">
        <w:rPr>
          <w:rFonts w:ascii="Century Gothic" w:hAnsi="Century Gothic"/>
          <w:color w:val="4F6228" w:themeColor="accent3" w:themeShade="80"/>
          <w:sz w:val="20"/>
          <w:szCs w:val="20"/>
        </w:rPr>
        <w:t xml:space="preserve"> OF 8</w:t>
      </w:r>
    </w:p>
    <w:p w:rsidRPr="007114EC" w:rsidR="00734F80" w:rsidP="007114EC" w:rsidRDefault="00734F80" w14:paraId="0CC9DC74" w14:textId="77777777">
      <w:pPr>
        <w:pStyle w:val="Heading2"/>
        <w:shd w:val="clear" w:color="auto" w:fill="C2D69B" w:themeFill="accent3" w:themeFillTint="99"/>
        <w:spacing w:before="0"/>
        <w:rPr>
          <w:rFonts w:ascii="Century Gothic" w:hAnsi="Century Gothic"/>
          <w:color w:val="4F6228" w:themeColor="accent3" w:themeShade="80"/>
          <w:sz w:val="28"/>
          <w:szCs w:val="28"/>
        </w:rPr>
      </w:pPr>
      <w:r w:rsidRPr="007114EC">
        <w:rPr>
          <w:rFonts w:ascii="Century Gothic" w:hAnsi="Century Gothic"/>
          <w:color w:val="4F6228" w:themeColor="accent3" w:themeShade="80"/>
          <w:sz w:val="28"/>
          <w:szCs w:val="28"/>
        </w:rPr>
        <w:t>Communication, Speech &amp; Language and Sensory Profile</w:t>
      </w:r>
    </w:p>
    <w:p w:rsidRPr="008C0702" w:rsidR="00734F80" w:rsidP="00734F80" w:rsidRDefault="00734F80" w14:paraId="371B0A29" w14:textId="77777777">
      <w:pPr>
        <w:rPr>
          <w:rFonts w:ascii="Century Gothic" w:hAnsi="Century Gothic"/>
        </w:rPr>
      </w:pPr>
      <w:r w:rsidRPr="008C0702">
        <w:rPr>
          <w:rFonts w:ascii="Century Gothic" w:hAnsi="Century Gothic"/>
        </w:rPr>
        <w:t>This section helps Homebrook Woods understand the child's communication profile, sensory processing needs and the strategies that enable them to access learning successfully.</w:t>
      </w:r>
    </w:p>
    <w:p w:rsidRPr="008C0702" w:rsidR="00734F80" w:rsidP="00734F80" w:rsidRDefault="00734F80" w14:paraId="23618D54" w14:textId="77777777">
      <w:pPr>
        <w:pStyle w:val="Heading2"/>
        <w:rPr>
          <w:rFonts w:ascii="Century Gothic" w:hAnsi="Century Gothic"/>
        </w:rPr>
      </w:pPr>
      <w:r w:rsidRPr="008C0702">
        <w:rPr>
          <w:rFonts w:ascii="Century Gothic" w:hAnsi="Century Gothic"/>
          <w:color w:val="5F7A61"/>
        </w:rPr>
        <w:t>Communication Profile</w:t>
      </w:r>
    </w:p>
    <w:tbl>
      <w:tblPr>
        <w:tblStyle w:val="GridTable4-Accent3"/>
        <w:tblW w:w="0" w:type="auto"/>
        <w:tblLook w:val="04A0" w:firstRow="1" w:lastRow="0" w:firstColumn="1" w:lastColumn="0" w:noHBand="0" w:noVBand="1"/>
      </w:tblPr>
      <w:tblGrid>
        <w:gridCol w:w="4315"/>
        <w:gridCol w:w="4315"/>
      </w:tblGrid>
      <w:tr w:rsidRPr="008C0702" w:rsidR="00734F80" w:rsidTr="007114EC" w14:paraId="41671AE8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70779F76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Information Required</w:t>
            </w:r>
          </w:p>
        </w:tc>
        <w:tc>
          <w:tcPr>
            <w:tcW w:w="4320" w:type="dxa"/>
          </w:tcPr>
          <w:p w:rsidRPr="008C0702" w:rsidR="00734F80" w:rsidP="00C75A5D" w:rsidRDefault="00734F80" w14:paraId="382D6ACD" w14:textId="7777777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Response</w:t>
            </w:r>
          </w:p>
        </w:tc>
      </w:tr>
      <w:tr w:rsidRPr="008C0702" w:rsidR="00734F80" w:rsidTr="007114EC" w14:paraId="453AB302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2B80075B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Primary Method of Communication</w:t>
            </w:r>
          </w:p>
        </w:tc>
        <w:tc>
          <w:tcPr>
            <w:tcW w:w="4320" w:type="dxa"/>
          </w:tcPr>
          <w:p w:rsidR="00E12A17" w:rsidP="00C75A5D" w:rsidRDefault="00734F80" w14:paraId="2931C8A6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Spoken Language  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Gestures   </w:t>
            </w:r>
          </w:p>
          <w:p w:rsidR="000B5389" w:rsidP="00C75A5D" w:rsidRDefault="00734F80" w14:paraId="7242B367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lastRenderedPageBreak/>
              <w:t>☐</w:t>
            </w:r>
            <w:r w:rsidRPr="008C0702">
              <w:rPr>
                <w:rFonts w:ascii="Century Gothic" w:hAnsi="Century Gothic"/>
              </w:rPr>
              <w:t xml:space="preserve"> </w:t>
            </w:r>
            <w:r w:rsidR="000E64B6">
              <w:rPr>
                <w:rFonts w:ascii="Century Gothic" w:hAnsi="Century Gothic"/>
              </w:rPr>
              <w:t>Makaton/signing</w:t>
            </w:r>
            <w:r w:rsidRPr="008C0702">
              <w:rPr>
                <w:rFonts w:ascii="Century Gothic" w:hAnsi="Century Gothic"/>
              </w:rPr>
              <w:t xml:space="preserve">  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AAC  </w:t>
            </w:r>
          </w:p>
          <w:p w:rsidR="00734F80" w:rsidP="00C75A5D" w:rsidRDefault="00734F80" w14:paraId="7D90D418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  <w:r w:rsidRPr="008C0702">
              <w:rPr>
                <w:rFonts w:ascii="Century Gothic" w:hAnsi="Century Gothic"/>
              </w:rPr>
              <w:t xml:space="preserve">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Other</w:t>
            </w:r>
            <w:r w:rsidR="000B5389">
              <w:rPr>
                <w:rFonts w:ascii="Century Gothic" w:hAnsi="Century Gothic"/>
              </w:rPr>
              <w:t xml:space="preserve"> </w:t>
            </w:r>
            <w:r w:rsidRPr="003F1871" w:rsidR="000B5389">
              <w:rPr>
                <w:rFonts w:ascii="Century Gothic" w:hAnsi="Century Gothic"/>
                <w:i/>
                <w:iCs/>
                <w:sz w:val="20"/>
                <w:szCs w:val="20"/>
              </w:rPr>
              <w:t>(please specify)</w:t>
            </w:r>
            <w:r w:rsidR="000B5389">
              <w:rPr>
                <w:rFonts w:ascii="Century Gothic" w:hAnsi="Century Gothic"/>
                <w:sz w:val="20"/>
                <w:szCs w:val="20"/>
              </w:rPr>
              <w:t>:</w:t>
            </w:r>
          </w:p>
          <w:p w:rsidRPr="008C0702" w:rsidR="000B5389" w:rsidP="00C75A5D" w:rsidRDefault="000B5389" w14:paraId="69A6F610" w14:textId="2E6FE3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Pr="008C0702" w:rsidR="00734F80" w:rsidTr="007114EC" w14:paraId="6C1711CC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77F21C7B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lastRenderedPageBreak/>
              <w:t>Expressive Language Skills</w:t>
            </w:r>
          </w:p>
        </w:tc>
        <w:tc>
          <w:tcPr>
            <w:tcW w:w="4320" w:type="dxa"/>
          </w:tcPr>
          <w:p w:rsidRPr="008C0702" w:rsidR="00734F80" w:rsidP="00C75A5D" w:rsidRDefault="00734F80" w14:paraId="1E3B82D6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7114EC" w14:paraId="171F69B9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4C12B8F1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Receptive Language Skills</w:t>
            </w:r>
          </w:p>
        </w:tc>
        <w:tc>
          <w:tcPr>
            <w:tcW w:w="4320" w:type="dxa"/>
          </w:tcPr>
          <w:p w:rsidRPr="008C0702" w:rsidR="00734F80" w:rsidP="00C75A5D" w:rsidRDefault="00734F80" w14:paraId="054DDCE1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7114EC" w14:paraId="6AE349C1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2B27AAB6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Processing Time Required</w:t>
            </w:r>
          </w:p>
        </w:tc>
        <w:tc>
          <w:tcPr>
            <w:tcW w:w="4320" w:type="dxa"/>
          </w:tcPr>
          <w:p w:rsidRPr="008C0702" w:rsidR="00734F80" w:rsidP="00C75A5D" w:rsidRDefault="00734F80" w14:paraId="2BCCCD0E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7114EC" w14:paraId="495D6282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2C916FBE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Understanding of Verbal Instructions</w:t>
            </w:r>
          </w:p>
        </w:tc>
        <w:tc>
          <w:tcPr>
            <w:tcW w:w="4320" w:type="dxa"/>
          </w:tcPr>
          <w:p w:rsidRPr="008C0702" w:rsidR="00734F80" w:rsidP="00C75A5D" w:rsidRDefault="00734F80" w14:paraId="6278A4F6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7114EC" w14:paraId="22258AB3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1E98F9B5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Social Communication Skills</w:t>
            </w:r>
          </w:p>
        </w:tc>
        <w:tc>
          <w:tcPr>
            <w:tcW w:w="4320" w:type="dxa"/>
          </w:tcPr>
          <w:p w:rsidRPr="008C0702" w:rsidR="00734F80" w:rsidP="00C75A5D" w:rsidRDefault="00734F80" w14:paraId="6DB05E7B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7114EC" w14:paraId="660F4A59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1546ABCE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Conversation Skills</w:t>
            </w:r>
          </w:p>
        </w:tc>
        <w:tc>
          <w:tcPr>
            <w:tcW w:w="4320" w:type="dxa"/>
          </w:tcPr>
          <w:p w:rsidRPr="008C0702" w:rsidR="00734F80" w:rsidP="00C75A5D" w:rsidRDefault="00734F80" w14:paraId="5339A8D8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7114EC" w14:paraId="2DC63064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73A4170A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Eye Contact</w:t>
            </w:r>
          </w:p>
        </w:tc>
        <w:tc>
          <w:tcPr>
            <w:tcW w:w="4320" w:type="dxa"/>
          </w:tcPr>
          <w:p w:rsidRPr="008C0702" w:rsidR="00734F80" w:rsidP="00C75A5D" w:rsidRDefault="00734F80" w14:paraId="7914CB3F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Consistent  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Variable  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Avoids</w:t>
            </w:r>
          </w:p>
        </w:tc>
      </w:tr>
      <w:tr w:rsidRPr="008C0702" w:rsidR="00734F80" w:rsidTr="007114EC" w14:paraId="430ACEC0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273B3396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Visual Supports Used</w:t>
            </w:r>
          </w:p>
        </w:tc>
        <w:tc>
          <w:tcPr>
            <w:tcW w:w="4320" w:type="dxa"/>
          </w:tcPr>
          <w:p w:rsidR="00E12A17" w:rsidP="00C75A5D" w:rsidRDefault="00734F80" w14:paraId="5D7DCC86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Visual Timetable  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Symbols   </w:t>
            </w:r>
          </w:p>
          <w:p w:rsidR="000B5389" w:rsidP="00C75A5D" w:rsidRDefault="00734F80" w14:paraId="157AC17D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Now/Next  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PECS   </w:t>
            </w:r>
          </w:p>
          <w:p w:rsidR="00734F80" w:rsidP="00C75A5D" w:rsidRDefault="00734F80" w14:paraId="410D42E3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Other</w:t>
            </w:r>
            <w:r w:rsidR="000B5389">
              <w:rPr>
                <w:rFonts w:ascii="Century Gothic" w:hAnsi="Century Gothic"/>
              </w:rPr>
              <w:t xml:space="preserve"> </w:t>
            </w:r>
            <w:r w:rsidRPr="003F1871" w:rsidR="000B5389">
              <w:rPr>
                <w:rFonts w:ascii="Century Gothic" w:hAnsi="Century Gothic"/>
                <w:i/>
                <w:iCs/>
                <w:sz w:val="20"/>
                <w:szCs w:val="20"/>
              </w:rPr>
              <w:t>(please specify)</w:t>
            </w:r>
            <w:r w:rsidR="000B5389">
              <w:rPr>
                <w:rFonts w:ascii="Century Gothic" w:hAnsi="Century Gothic"/>
                <w:sz w:val="20"/>
                <w:szCs w:val="20"/>
              </w:rPr>
              <w:t>:</w:t>
            </w:r>
          </w:p>
          <w:p w:rsidRPr="008C0702" w:rsidR="000B5389" w:rsidP="00C75A5D" w:rsidRDefault="000B5389" w14:paraId="2536D15E" w14:textId="1D02F2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Pr="008C0702" w:rsidR="00734F80" w:rsidTr="007114EC" w14:paraId="2FECAE04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10AA8028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Strategies That Support Communication</w:t>
            </w:r>
          </w:p>
        </w:tc>
        <w:tc>
          <w:tcPr>
            <w:tcW w:w="4320" w:type="dxa"/>
          </w:tcPr>
          <w:p w:rsidRPr="008C0702" w:rsidR="00734F80" w:rsidP="00C75A5D" w:rsidRDefault="00734F80" w14:paraId="7803414A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  <w:r w:rsidRPr="008C0702">
              <w:rPr>
                <w:rFonts w:ascii="Century Gothic" w:hAnsi="Century Gothic"/>
              </w:rPr>
              <w:br/>
            </w:r>
            <w:r w:rsidRPr="008C0702">
              <w:rPr>
                <w:rFonts w:ascii="Century Gothic" w:hAnsi="Century Gothic"/>
              </w:rPr>
              <w:br/>
            </w:r>
          </w:p>
        </w:tc>
      </w:tr>
    </w:tbl>
    <w:p w:rsidRPr="008C0702" w:rsidR="00A53877" w:rsidP="00734F80" w:rsidRDefault="00A53877" w14:paraId="779A2988" w14:textId="77777777">
      <w:pPr>
        <w:rPr>
          <w:rFonts w:ascii="Century Gothic" w:hAnsi="Century Gothic"/>
        </w:rPr>
      </w:pPr>
    </w:p>
    <w:p w:rsidRPr="008C0702" w:rsidR="00734F80" w:rsidP="00734F80" w:rsidRDefault="00734F80" w14:paraId="1DCA6EBF" w14:textId="77777777">
      <w:pPr>
        <w:pStyle w:val="Heading2"/>
        <w:rPr>
          <w:rFonts w:ascii="Century Gothic" w:hAnsi="Century Gothic"/>
        </w:rPr>
      </w:pPr>
      <w:r w:rsidRPr="008C0702">
        <w:rPr>
          <w:rFonts w:ascii="Century Gothic" w:hAnsi="Century Gothic"/>
          <w:color w:val="5F7A61"/>
        </w:rPr>
        <w:t>Speech &amp; Language Therapy</w:t>
      </w:r>
    </w:p>
    <w:tbl>
      <w:tblPr>
        <w:tblStyle w:val="GridTable4-Accent3"/>
        <w:tblW w:w="0" w:type="auto"/>
        <w:tblLook w:val="04A0" w:firstRow="1" w:lastRow="0" w:firstColumn="1" w:lastColumn="0" w:noHBand="0" w:noVBand="1"/>
      </w:tblPr>
      <w:tblGrid>
        <w:gridCol w:w="4316"/>
        <w:gridCol w:w="4314"/>
      </w:tblGrid>
      <w:tr w:rsidRPr="008C0702" w:rsidR="00734F80" w:rsidTr="00DA0368" w14:paraId="319958B0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7A076362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Information Required</w:t>
            </w:r>
          </w:p>
        </w:tc>
        <w:tc>
          <w:tcPr>
            <w:tcW w:w="4320" w:type="dxa"/>
          </w:tcPr>
          <w:p w:rsidRPr="008C0702" w:rsidR="00734F80" w:rsidP="00C75A5D" w:rsidRDefault="00734F80" w14:paraId="087CAA2E" w14:textId="7777777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Response</w:t>
            </w:r>
          </w:p>
        </w:tc>
      </w:tr>
      <w:tr w:rsidRPr="008C0702" w:rsidR="00734F80" w:rsidTr="00DA0368" w14:paraId="703B3A7B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62EC37B2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Speech &amp; Language Therapist Currently Involved</w:t>
            </w:r>
          </w:p>
        </w:tc>
        <w:tc>
          <w:tcPr>
            <w:tcW w:w="4320" w:type="dxa"/>
          </w:tcPr>
          <w:p w:rsidRPr="008C0702" w:rsidR="00734F80" w:rsidP="00C75A5D" w:rsidRDefault="00734F80" w14:paraId="1B2186C0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Yes  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No</w:t>
            </w:r>
          </w:p>
        </w:tc>
      </w:tr>
      <w:tr w:rsidRPr="008C0702" w:rsidR="00734F80" w:rsidTr="00DA0368" w14:paraId="1A67B3B8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2B3F6C82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Frequency of Input</w:t>
            </w:r>
          </w:p>
        </w:tc>
        <w:tc>
          <w:tcPr>
            <w:tcW w:w="4320" w:type="dxa"/>
          </w:tcPr>
          <w:p w:rsidRPr="008C0702" w:rsidR="00734F80" w:rsidP="00C75A5D" w:rsidRDefault="00734F80" w14:paraId="3B327964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DA0368" w14:paraId="6110BBF9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17664AC6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Key Recommendations from SALT</w:t>
            </w:r>
          </w:p>
        </w:tc>
        <w:tc>
          <w:tcPr>
            <w:tcW w:w="4320" w:type="dxa"/>
          </w:tcPr>
          <w:p w:rsidRPr="008C0702" w:rsidR="00734F80" w:rsidP="00C75A5D" w:rsidRDefault="00734F80" w14:paraId="4A4F58DC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  <w:r w:rsidRPr="008C0702">
              <w:rPr>
                <w:rFonts w:ascii="Century Gothic" w:hAnsi="Century Gothic"/>
              </w:rPr>
              <w:br/>
            </w: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DA0368" w14:paraId="6A00DF19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5A08274E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Communication Targets Currently Being Worked On</w:t>
            </w:r>
          </w:p>
        </w:tc>
        <w:tc>
          <w:tcPr>
            <w:tcW w:w="4320" w:type="dxa"/>
          </w:tcPr>
          <w:p w:rsidRPr="008C0702" w:rsidR="00734F80" w:rsidP="00C75A5D" w:rsidRDefault="00734F80" w14:paraId="05D8D21A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  <w:r w:rsidRPr="008C0702">
              <w:rPr>
                <w:rFonts w:ascii="Century Gothic" w:hAnsi="Century Gothic"/>
              </w:rPr>
              <w:br/>
            </w:r>
            <w:r w:rsidRPr="008C0702">
              <w:rPr>
                <w:rFonts w:ascii="Century Gothic" w:hAnsi="Century Gothic"/>
              </w:rPr>
              <w:br/>
            </w:r>
          </w:p>
        </w:tc>
      </w:tr>
    </w:tbl>
    <w:p w:rsidRPr="008C0702" w:rsidR="00734F80" w:rsidP="00734F80" w:rsidRDefault="00734F80" w14:paraId="3E7BB001" w14:textId="77777777">
      <w:pPr>
        <w:rPr>
          <w:rFonts w:ascii="Century Gothic" w:hAnsi="Century Gothic"/>
        </w:rPr>
      </w:pPr>
    </w:p>
    <w:p w:rsidRPr="008C0702" w:rsidR="00734F80" w:rsidP="00734F80" w:rsidRDefault="00734F80" w14:paraId="2A1BDBC0" w14:textId="77777777">
      <w:pPr>
        <w:pStyle w:val="Heading2"/>
        <w:rPr>
          <w:rFonts w:ascii="Century Gothic" w:hAnsi="Century Gothic"/>
        </w:rPr>
      </w:pPr>
      <w:r w:rsidRPr="008C0702">
        <w:rPr>
          <w:rFonts w:ascii="Century Gothic" w:hAnsi="Century Gothic"/>
          <w:color w:val="5F7A61"/>
        </w:rPr>
        <w:t>Sensory Processing Profile</w:t>
      </w:r>
    </w:p>
    <w:tbl>
      <w:tblPr>
        <w:tblStyle w:val="GridTable4-Accent3"/>
        <w:tblW w:w="0" w:type="auto"/>
        <w:tblLook w:val="04A0" w:firstRow="1" w:lastRow="0" w:firstColumn="1" w:lastColumn="0" w:noHBand="0" w:noVBand="1"/>
      </w:tblPr>
      <w:tblGrid>
        <w:gridCol w:w="2878"/>
        <w:gridCol w:w="2876"/>
        <w:gridCol w:w="2876"/>
      </w:tblGrid>
      <w:tr w:rsidRPr="008C0702" w:rsidR="00734F80" w:rsidTr="00DA0368" w14:paraId="2DC2A96B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Pr="008C0702" w:rsidR="00734F80" w:rsidP="00C75A5D" w:rsidRDefault="00734F80" w14:paraId="09CA0FDF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Area</w:t>
            </w:r>
          </w:p>
        </w:tc>
        <w:tc>
          <w:tcPr>
            <w:tcW w:w="2880" w:type="dxa"/>
          </w:tcPr>
          <w:p w:rsidRPr="008C0702" w:rsidR="00734F80" w:rsidP="00C75A5D" w:rsidRDefault="00734F80" w14:paraId="27CF9D8D" w14:textId="7777777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Need Identified?</w:t>
            </w:r>
          </w:p>
        </w:tc>
        <w:tc>
          <w:tcPr>
            <w:tcW w:w="2880" w:type="dxa"/>
          </w:tcPr>
          <w:p w:rsidRPr="008C0702" w:rsidR="00734F80" w:rsidP="00C75A5D" w:rsidRDefault="00734F80" w14:paraId="62DC0542" w14:textId="7777777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Comments / Strategies</w:t>
            </w:r>
          </w:p>
        </w:tc>
      </w:tr>
      <w:tr w:rsidRPr="008C0702" w:rsidR="00734F80" w:rsidTr="00DA0368" w14:paraId="4F4BA665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Pr="008C0702" w:rsidR="00734F80" w:rsidP="00C75A5D" w:rsidRDefault="00734F80" w14:paraId="1FEA2BB0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Auditory</w:t>
            </w:r>
          </w:p>
        </w:tc>
        <w:tc>
          <w:tcPr>
            <w:tcW w:w="2880" w:type="dxa"/>
          </w:tcPr>
          <w:p w:rsidRPr="008C0702" w:rsidR="00734F80" w:rsidP="00C75A5D" w:rsidRDefault="00734F80" w14:paraId="759AD327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Yes  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No</w:t>
            </w:r>
          </w:p>
        </w:tc>
        <w:tc>
          <w:tcPr>
            <w:tcW w:w="2880" w:type="dxa"/>
          </w:tcPr>
          <w:p w:rsidRPr="008C0702" w:rsidR="00734F80" w:rsidP="00C75A5D" w:rsidRDefault="00734F80" w14:paraId="4FA385AA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DA0368" w14:paraId="23036F77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Pr="008C0702" w:rsidR="00734F80" w:rsidP="00C75A5D" w:rsidRDefault="00734F80" w14:paraId="243B5027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lastRenderedPageBreak/>
              <w:t>Visual</w:t>
            </w:r>
          </w:p>
        </w:tc>
        <w:tc>
          <w:tcPr>
            <w:tcW w:w="2880" w:type="dxa"/>
          </w:tcPr>
          <w:p w:rsidRPr="008C0702" w:rsidR="00734F80" w:rsidP="00C75A5D" w:rsidRDefault="00734F80" w14:paraId="127EAB62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Yes  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No</w:t>
            </w:r>
          </w:p>
        </w:tc>
        <w:tc>
          <w:tcPr>
            <w:tcW w:w="2880" w:type="dxa"/>
          </w:tcPr>
          <w:p w:rsidRPr="008C0702" w:rsidR="00734F80" w:rsidP="00C75A5D" w:rsidRDefault="00734F80" w14:paraId="20817F75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DA0368" w14:paraId="2864EBCC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Pr="008C0702" w:rsidR="00734F80" w:rsidP="00C75A5D" w:rsidRDefault="00734F80" w14:paraId="55D7F867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Touch</w:t>
            </w:r>
          </w:p>
        </w:tc>
        <w:tc>
          <w:tcPr>
            <w:tcW w:w="2880" w:type="dxa"/>
          </w:tcPr>
          <w:p w:rsidRPr="008C0702" w:rsidR="00734F80" w:rsidP="00C75A5D" w:rsidRDefault="00734F80" w14:paraId="59616EE5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Yes  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No</w:t>
            </w:r>
          </w:p>
        </w:tc>
        <w:tc>
          <w:tcPr>
            <w:tcW w:w="2880" w:type="dxa"/>
          </w:tcPr>
          <w:p w:rsidRPr="008C0702" w:rsidR="00734F80" w:rsidP="00C75A5D" w:rsidRDefault="00734F80" w14:paraId="09E81B1D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DA0368" w14:paraId="2565C3CE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Pr="008C0702" w:rsidR="00734F80" w:rsidP="00C75A5D" w:rsidRDefault="00734F80" w14:paraId="42B6B6CB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Taste</w:t>
            </w:r>
          </w:p>
        </w:tc>
        <w:tc>
          <w:tcPr>
            <w:tcW w:w="2880" w:type="dxa"/>
          </w:tcPr>
          <w:p w:rsidRPr="008C0702" w:rsidR="00734F80" w:rsidP="00C75A5D" w:rsidRDefault="00734F80" w14:paraId="768F60BC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Yes  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No</w:t>
            </w:r>
          </w:p>
        </w:tc>
        <w:tc>
          <w:tcPr>
            <w:tcW w:w="2880" w:type="dxa"/>
          </w:tcPr>
          <w:p w:rsidRPr="008C0702" w:rsidR="00734F80" w:rsidP="00C75A5D" w:rsidRDefault="00734F80" w14:paraId="757F0813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DA0368" w14:paraId="43E36C4D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Pr="008C0702" w:rsidR="00734F80" w:rsidP="00C75A5D" w:rsidRDefault="00734F80" w14:paraId="4C1575E6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Smell</w:t>
            </w:r>
          </w:p>
        </w:tc>
        <w:tc>
          <w:tcPr>
            <w:tcW w:w="2880" w:type="dxa"/>
          </w:tcPr>
          <w:p w:rsidRPr="008C0702" w:rsidR="00734F80" w:rsidP="00C75A5D" w:rsidRDefault="00734F80" w14:paraId="6E58DE01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Yes  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No</w:t>
            </w:r>
          </w:p>
        </w:tc>
        <w:tc>
          <w:tcPr>
            <w:tcW w:w="2880" w:type="dxa"/>
          </w:tcPr>
          <w:p w:rsidRPr="008C0702" w:rsidR="00734F80" w:rsidP="00C75A5D" w:rsidRDefault="00734F80" w14:paraId="6249CA51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DA0368" w14:paraId="741BD36A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Pr="008C0702" w:rsidR="00734F80" w:rsidP="00C75A5D" w:rsidRDefault="00734F80" w14:paraId="06BEAEE0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Movement (Vestibular)</w:t>
            </w:r>
          </w:p>
        </w:tc>
        <w:tc>
          <w:tcPr>
            <w:tcW w:w="2880" w:type="dxa"/>
          </w:tcPr>
          <w:p w:rsidRPr="008C0702" w:rsidR="00734F80" w:rsidP="00C75A5D" w:rsidRDefault="00734F80" w14:paraId="5C47863D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Yes  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No</w:t>
            </w:r>
          </w:p>
        </w:tc>
        <w:tc>
          <w:tcPr>
            <w:tcW w:w="2880" w:type="dxa"/>
          </w:tcPr>
          <w:p w:rsidRPr="008C0702" w:rsidR="00734F80" w:rsidP="00C75A5D" w:rsidRDefault="00734F80" w14:paraId="3EF5BB36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DA0368" w14:paraId="62333F03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Pr="008C0702" w:rsidR="00734F80" w:rsidP="00C75A5D" w:rsidRDefault="00734F80" w14:paraId="6A8A90AD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Body Awareness (Proprioception)</w:t>
            </w:r>
          </w:p>
        </w:tc>
        <w:tc>
          <w:tcPr>
            <w:tcW w:w="2880" w:type="dxa"/>
          </w:tcPr>
          <w:p w:rsidRPr="008C0702" w:rsidR="00734F80" w:rsidP="00C75A5D" w:rsidRDefault="00734F80" w14:paraId="60DD30C3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Yes  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No</w:t>
            </w:r>
          </w:p>
        </w:tc>
        <w:tc>
          <w:tcPr>
            <w:tcW w:w="2880" w:type="dxa"/>
          </w:tcPr>
          <w:p w:rsidRPr="008C0702" w:rsidR="00734F80" w:rsidP="00C75A5D" w:rsidRDefault="00734F80" w14:paraId="20A4829B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DA0368" w14:paraId="1D7E7530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Pr="008C0702" w:rsidR="00734F80" w:rsidP="00C75A5D" w:rsidRDefault="00734F80" w14:paraId="63053399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Interoception</w:t>
            </w:r>
          </w:p>
        </w:tc>
        <w:tc>
          <w:tcPr>
            <w:tcW w:w="2880" w:type="dxa"/>
          </w:tcPr>
          <w:p w:rsidRPr="008C0702" w:rsidR="00734F80" w:rsidP="00C75A5D" w:rsidRDefault="00734F80" w14:paraId="599968CB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Yes  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No</w:t>
            </w:r>
          </w:p>
        </w:tc>
        <w:tc>
          <w:tcPr>
            <w:tcW w:w="2880" w:type="dxa"/>
          </w:tcPr>
          <w:p w:rsidRPr="008C0702" w:rsidR="00734F80" w:rsidP="00C75A5D" w:rsidRDefault="00734F80" w14:paraId="6D562962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DA0368" w14:paraId="0973F75E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Pr="008C0702" w:rsidR="00734F80" w:rsidP="00C75A5D" w:rsidRDefault="00734F80" w14:paraId="17626B29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Sensory Seeking</w:t>
            </w:r>
          </w:p>
        </w:tc>
        <w:tc>
          <w:tcPr>
            <w:tcW w:w="2880" w:type="dxa"/>
          </w:tcPr>
          <w:p w:rsidRPr="008C0702" w:rsidR="00734F80" w:rsidP="00C75A5D" w:rsidRDefault="00734F80" w14:paraId="35B5CAA1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Yes  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No</w:t>
            </w:r>
          </w:p>
        </w:tc>
        <w:tc>
          <w:tcPr>
            <w:tcW w:w="2880" w:type="dxa"/>
          </w:tcPr>
          <w:p w:rsidRPr="008C0702" w:rsidR="00734F80" w:rsidP="00C75A5D" w:rsidRDefault="00734F80" w14:paraId="1A2B47F3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DA0368" w14:paraId="17BF0839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Pr="008C0702" w:rsidR="00734F80" w:rsidP="00C75A5D" w:rsidRDefault="00734F80" w14:paraId="40E58C91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Sensory Avoiding</w:t>
            </w:r>
          </w:p>
        </w:tc>
        <w:tc>
          <w:tcPr>
            <w:tcW w:w="2880" w:type="dxa"/>
          </w:tcPr>
          <w:p w:rsidRPr="008C0702" w:rsidR="00734F80" w:rsidP="00C75A5D" w:rsidRDefault="00734F80" w14:paraId="414E7217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Yes  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No</w:t>
            </w:r>
          </w:p>
        </w:tc>
        <w:tc>
          <w:tcPr>
            <w:tcW w:w="2880" w:type="dxa"/>
          </w:tcPr>
          <w:p w:rsidRPr="008C0702" w:rsidR="00734F80" w:rsidP="00C75A5D" w:rsidRDefault="00734F80" w14:paraId="797BA6E8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</w:p>
        </w:tc>
      </w:tr>
    </w:tbl>
    <w:p w:rsidRPr="008C0702" w:rsidR="00734F80" w:rsidP="00734F80" w:rsidRDefault="00734F80" w14:paraId="16AB2297" w14:textId="77777777">
      <w:pPr>
        <w:rPr>
          <w:rFonts w:ascii="Century Gothic" w:hAnsi="Century Gothic"/>
        </w:rPr>
      </w:pPr>
    </w:p>
    <w:p w:rsidRPr="008C0702" w:rsidR="00734F80" w:rsidP="00734F80" w:rsidRDefault="00734F80" w14:paraId="3E5AB0F4" w14:textId="77777777">
      <w:pPr>
        <w:pStyle w:val="Heading2"/>
        <w:rPr>
          <w:rFonts w:ascii="Century Gothic" w:hAnsi="Century Gothic"/>
        </w:rPr>
      </w:pPr>
      <w:r w:rsidRPr="008C0702">
        <w:rPr>
          <w:rFonts w:ascii="Century Gothic" w:hAnsi="Century Gothic"/>
          <w:color w:val="5F7A61"/>
        </w:rPr>
        <w:t>Sensory Regulation</w:t>
      </w:r>
    </w:p>
    <w:tbl>
      <w:tblPr>
        <w:tblStyle w:val="GridTable4-Accent3"/>
        <w:tblW w:w="0" w:type="auto"/>
        <w:tblLook w:val="04A0" w:firstRow="1" w:lastRow="0" w:firstColumn="1" w:lastColumn="0" w:noHBand="0" w:noVBand="1"/>
      </w:tblPr>
      <w:tblGrid>
        <w:gridCol w:w="4315"/>
        <w:gridCol w:w="4315"/>
      </w:tblGrid>
      <w:tr w:rsidRPr="008C0702" w:rsidR="00734F80" w:rsidTr="00D21664" w14:paraId="05A3025C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38436006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Information Required</w:t>
            </w:r>
          </w:p>
        </w:tc>
        <w:tc>
          <w:tcPr>
            <w:tcW w:w="4320" w:type="dxa"/>
          </w:tcPr>
          <w:p w:rsidRPr="008C0702" w:rsidR="00734F80" w:rsidP="00C75A5D" w:rsidRDefault="00734F80" w14:paraId="0BC7A8CA" w14:textId="7777777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Response</w:t>
            </w:r>
          </w:p>
        </w:tc>
      </w:tr>
      <w:tr w:rsidRPr="008C0702" w:rsidR="00734F80" w:rsidTr="00D21664" w14:paraId="125263F5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599E4702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Known Sensory Triggers</w:t>
            </w:r>
          </w:p>
        </w:tc>
        <w:tc>
          <w:tcPr>
            <w:tcW w:w="4320" w:type="dxa"/>
          </w:tcPr>
          <w:p w:rsidRPr="008C0702" w:rsidR="00734F80" w:rsidP="00C75A5D" w:rsidRDefault="00734F80" w14:paraId="2816EB6C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  <w:r w:rsidRPr="008C0702">
              <w:rPr>
                <w:rFonts w:ascii="Century Gothic" w:hAnsi="Century Gothic"/>
              </w:rPr>
              <w:br/>
            </w: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D21664" w14:paraId="095BE0F9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7DD159AF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Early Signs of Dysregulation</w:t>
            </w:r>
          </w:p>
        </w:tc>
        <w:tc>
          <w:tcPr>
            <w:tcW w:w="4320" w:type="dxa"/>
          </w:tcPr>
          <w:p w:rsidRPr="008C0702" w:rsidR="00734F80" w:rsidP="00C75A5D" w:rsidRDefault="00734F80" w14:paraId="636A8ACE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D21664" w14:paraId="3570FA03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24D265A8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Successful Co-regulation Strategies</w:t>
            </w:r>
          </w:p>
        </w:tc>
        <w:tc>
          <w:tcPr>
            <w:tcW w:w="4320" w:type="dxa"/>
          </w:tcPr>
          <w:p w:rsidRPr="008C0702" w:rsidR="00734F80" w:rsidP="00C75A5D" w:rsidRDefault="00734F80" w14:paraId="3692B686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  <w:r w:rsidRPr="008C0702">
              <w:rPr>
                <w:rFonts w:ascii="Century Gothic" w:hAnsi="Century Gothic"/>
              </w:rPr>
              <w:br/>
            </w: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D21664" w14:paraId="1228001E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4A341BEE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Calming Activities Used</w:t>
            </w:r>
          </w:p>
        </w:tc>
        <w:tc>
          <w:tcPr>
            <w:tcW w:w="4320" w:type="dxa"/>
          </w:tcPr>
          <w:p w:rsidRPr="008C0702" w:rsidR="00734F80" w:rsidP="00C75A5D" w:rsidRDefault="00734F80" w14:paraId="4C20674E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D21664" w14:paraId="7A1CEB14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23993E24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Environmental Adaptations Required</w:t>
            </w:r>
          </w:p>
        </w:tc>
        <w:tc>
          <w:tcPr>
            <w:tcW w:w="4320" w:type="dxa"/>
          </w:tcPr>
          <w:p w:rsidRPr="008C0702" w:rsidR="00734F80" w:rsidP="00C75A5D" w:rsidRDefault="00734F80" w14:paraId="48F1AA3E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D21664" w14:paraId="5728000F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4273674F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Sensory Equipment Currently Used</w:t>
            </w:r>
          </w:p>
        </w:tc>
        <w:tc>
          <w:tcPr>
            <w:tcW w:w="4320" w:type="dxa"/>
          </w:tcPr>
          <w:p w:rsidR="000E64B6" w:rsidP="00C75A5D" w:rsidRDefault="00734F80" w14:paraId="03F012D8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Ear Defenders  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Weighted Items  </w:t>
            </w:r>
          </w:p>
          <w:p w:rsidR="000E64B6" w:rsidP="00C75A5D" w:rsidRDefault="00734F80" w14:paraId="6BB95D49" w14:textId="749FCF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Fidget Tools  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Movement Breaks   </w:t>
            </w:r>
          </w:p>
          <w:p w:rsidR="00B6373F" w:rsidP="00C75A5D" w:rsidRDefault="00734F80" w14:paraId="20169316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Visual Supports   </w:t>
            </w:r>
          </w:p>
          <w:p w:rsidR="00734F80" w:rsidP="00C75A5D" w:rsidRDefault="00734F80" w14:paraId="3AD02B06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Other</w:t>
            </w:r>
            <w:r w:rsidR="00B6373F">
              <w:rPr>
                <w:rFonts w:ascii="Century Gothic" w:hAnsi="Century Gothic"/>
              </w:rPr>
              <w:t xml:space="preserve"> </w:t>
            </w:r>
            <w:r w:rsidRPr="003F1871" w:rsidR="00B6373F">
              <w:rPr>
                <w:rFonts w:ascii="Century Gothic" w:hAnsi="Century Gothic"/>
                <w:i/>
                <w:iCs/>
                <w:sz w:val="20"/>
                <w:szCs w:val="20"/>
              </w:rPr>
              <w:t>(please specify)</w:t>
            </w:r>
            <w:r w:rsidR="00B6373F">
              <w:rPr>
                <w:rFonts w:ascii="Century Gothic" w:hAnsi="Century Gothic"/>
                <w:sz w:val="20"/>
                <w:szCs w:val="20"/>
              </w:rPr>
              <w:t>:</w:t>
            </w:r>
          </w:p>
          <w:p w:rsidRPr="008C0702" w:rsidR="00B6373F" w:rsidP="00C75A5D" w:rsidRDefault="00B6373F" w14:paraId="604F2414" w14:textId="5D69E8D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</w:tbl>
    <w:p w:rsidRPr="008C0702" w:rsidR="00734F80" w:rsidP="00734F80" w:rsidRDefault="00734F80" w14:paraId="349735C3" w14:textId="77777777">
      <w:pPr>
        <w:rPr>
          <w:rFonts w:ascii="Century Gothic" w:hAnsi="Century Gothic"/>
        </w:rPr>
      </w:pPr>
    </w:p>
    <w:p w:rsidR="00D21664" w:rsidP="00734F80" w:rsidRDefault="00D21664" w14:paraId="7092A9F3" w14:textId="77777777">
      <w:pPr>
        <w:pStyle w:val="Heading2"/>
        <w:rPr>
          <w:rFonts w:ascii="Century Gothic" w:hAnsi="Century Gothic"/>
          <w:color w:val="5F7A61"/>
        </w:rPr>
      </w:pPr>
    </w:p>
    <w:p w:rsidRPr="008C0702" w:rsidR="00734F80" w:rsidP="00734F80" w:rsidRDefault="00734F80" w14:paraId="27F64C6A" w14:textId="541624E8">
      <w:pPr>
        <w:pStyle w:val="Heading2"/>
        <w:rPr>
          <w:rFonts w:ascii="Century Gothic" w:hAnsi="Century Gothic"/>
        </w:rPr>
      </w:pPr>
      <w:r w:rsidRPr="008C0702">
        <w:rPr>
          <w:rFonts w:ascii="Century Gothic" w:hAnsi="Century Gothic"/>
          <w:color w:val="5F7A61"/>
        </w:rPr>
        <w:t>Additional Information</w:t>
      </w:r>
    </w:p>
    <w:tbl>
      <w:tblPr>
        <w:tblStyle w:val="GridTable1Light-Accent3"/>
        <w:tblW w:w="0" w:type="auto"/>
        <w:tblLook w:val="04A0" w:firstRow="1" w:lastRow="0" w:firstColumn="1" w:lastColumn="0" w:noHBand="0" w:noVBand="1"/>
      </w:tblPr>
      <w:tblGrid>
        <w:gridCol w:w="8630"/>
      </w:tblGrid>
      <w:tr w:rsidRPr="008C0702" w:rsidR="00734F80" w:rsidTr="00D21664" w14:paraId="1E279719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0" w:type="dxa"/>
          </w:tcPr>
          <w:p w:rsidRPr="008C0702" w:rsidR="00734F80" w:rsidP="00C75A5D" w:rsidRDefault="00734F80" w14:paraId="2EDE386E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Please provide any additional information regarding communication, speech and language or sensory processing that would support the admissions assessment.</w:t>
            </w:r>
          </w:p>
        </w:tc>
      </w:tr>
      <w:tr w:rsidRPr="008C0702" w:rsidR="00734F80" w:rsidTr="00D21664" w14:paraId="75E806F5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0" w:type="dxa"/>
          </w:tcPr>
          <w:p w:rsidRPr="008C0702" w:rsidR="00734F80" w:rsidP="00C75A5D" w:rsidRDefault="00734F80" w14:paraId="6FDC6A54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lastRenderedPageBreak/>
              <w:br/>
            </w:r>
            <w:r w:rsidRPr="008C0702">
              <w:rPr>
                <w:rFonts w:ascii="Century Gothic" w:hAnsi="Century Gothic"/>
              </w:rPr>
              <w:br/>
            </w:r>
            <w:r w:rsidRPr="008C0702">
              <w:rPr>
                <w:rFonts w:ascii="Century Gothic" w:hAnsi="Century Gothic"/>
              </w:rPr>
              <w:br/>
            </w:r>
            <w:r w:rsidRPr="008C0702">
              <w:rPr>
                <w:rFonts w:ascii="Century Gothic" w:hAnsi="Century Gothic"/>
              </w:rPr>
              <w:br/>
            </w:r>
            <w:r w:rsidRPr="008C0702">
              <w:rPr>
                <w:rFonts w:ascii="Century Gothic" w:hAnsi="Century Gothic"/>
              </w:rPr>
              <w:br/>
            </w:r>
          </w:p>
        </w:tc>
      </w:tr>
    </w:tbl>
    <w:p w:rsidRPr="009726CB" w:rsidR="00734F80" w:rsidRDefault="00734F80" w14:paraId="356D8513" w14:textId="77777777">
      <w:pPr>
        <w:rPr>
          <w:rFonts w:ascii="Century Gothic" w:hAnsi="Century Gothic"/>
          <w:color w:val="4F6228" w:themeColor="accent3" w:themeShade="80"/>
        </w:rPr>
      </w:pPr>
    </w:p>
    <w:p w:rsidRPr="003D4EDB" w:rsidR="00734F80" w:rsidP="009726CB" w:rsidRDefault="00734F80" w14:paraId="4596EACA" w14:textId="786FE3EB">
      <w:pPr>
        <w:pStyle w:val="Heading1"/>
        <w:keepNext w:val="0"/>
        <w:shd w:val="clear" w:color="auto" w:fill="C2D69B" w:themeFill="accent3" w:themeFillTint="99"/>
        <w:spacing w:before="0"/>
        <w:rPr>
          <w:rFonts w:ascii="Century Gothic" w:hAnsi="Century Gothic"/>
          <w:color w:val="4F6228" w:themeColor="accent3" w:themeShade="80"/>
          <w:sz w:val="20"/>
          <w:szCs w:val="20"/>
        </w:rPr>
      </w:pPr>
      <w:r w:rsidRPr="003D4EDB">
        <w:rPr>
          <w:rFonts w:ascii="Century Gothic" w:hAnsi="Century Gothic"/>
          <w:color w:val="4F6228" w:themeColor="accent3" w:themeShade="80"/>
          <w:sz w:val="20"/>
          <w:szCs w:val="20"/>
        </w:rPr>
        <w:t>SECTION 5</w:t>
      </w:r>
      <w:r w:rsidRPr="003D4EDB" w:rsidR="00C362FB">
        <w:rPr>
          <w:rFonts w:ascii="Century Gothic" w:hAnsi="Century Gothic"/>
          <w:color w:val="4F6228" w:themeColor="accent3" w:themeShade="80"/>
          <w:sz w:val="20"/>
          <w:szCs w:val="20"/>
        </w:rPr>
        <w:t xml:space="preserve"> OF 8</w:t>
      </w:r>
    </w:p>
    <w:p w:rsidRPr="003D4EDB" w:rsidR="00734F80" w:rsidP="009726CB" w:rsidRDefault="00734F80" w14:paraId="49BA2CC3" w14:textId="77777777">
      <w:pPr>
        <w:pStyle w:val="Heading2"/>
        <w:shd w:val="clear" w:color="auto" w:fill="C2D69B" w:themeFill="accent3" w:themeFillTint="99"/>
        <w:spacing w:before="0"/>
        <w:rPr>
          <w:rFonts w:ascii="Century Gothic" w:hAnsi="Century Gothic"/>
          <w:color w:val="4F6228" w:themeColor="accent3" w:themeShade="80"/>
          <w:sz w:val="28"/>
          <w:szCs w:val="28"/>
        </w:rPr>
      </w:pPr>
      <w:r w:rsidRPr="003D4EDB">
        <w:rPr>
          <w:rFonts w:ascii="Century Gothic" w:hAnsi="Century Gothic"/>
          <w:color w:val="4F6228" w:themeColor="accent3" w:themeShade="80"/>
          <w:sz w:val="28"/>
          <w:szCs w:val="28"/>
        </w:rPr>
        <w:t>Learning Profile, Strengths, Interests &amp; Curriculum</w:t>
      </w:r>
    </w:p>
    <w:p w:rsidRPr="008C0702" w:rsidR="00734F80" w:rsidP="00734F80" w:rsidRDefault="00734F80" w14:paraId="06540577" w14:textId="77777777">
      <w:pPr>
        <w:rPr>
          <w:rFonts w:ascii="Century Gothic" w:hAnsi="Century Gothic"/>
        </w:rPr>
      </w:pPr>
      <w:r w:rsidRPr="008C0702">
        <w:rPr>
          <w:rFonts w:ascii="Century Gothic" w:hAnsi="Century Gothic"/>
        </w:rPr>
        <w:t>This section provides information about the child's learning profile, academic attainment, strengths, interests and the educational approaches that enable them to make progress.</w:t>
      </w:r>
    </w:p>
    <w:p w:rsidRPr="008C0702" w:rsidR="00734F80" w:rsidP="00734F80" w:rsidRDefault="00734F80" w14:paraId="60626ACA" w14:textId="77777777">
      <w:pPr>
        <w:pStyle w:val="Heading2"/>
        <w:rPr>
          <w:rFonts w:ascii="Century Gothic" w:hAnsi="Century Gothic"/>
        </w:rPr>
      </w:pPr>
      <w:r w:rsidRPr="008C0702">
        <w:rPr>
          <w:rFonts w:ascii="Century Gothic" w:hAnsi="Century Gothic"/>
          <w:color w:val="5F7A61"/>
        </w:rPr>
        <w:t>Learning Profile</w:t>
      </w:r>
    </w:p>
    <w:tbl>
      <w:tblPr>
        <w:tblStyle w:val="GridTable4-Accent3"/>
        <w:tblW w:w="0" w:type="auto"/>
        <w:tblLook w:val="04A0" w:firstRow="1" w:lastRow="0" w:firstColumn="1" w:lastColumn="0" w:noHBand="0" w:noVBand="1"/>
      </w:tblPr>
      <w:tblGrid>
        <w:gridCol w:w="4315"/>
        <w:gridCol w:w="4315"/>
      </w:tblGrid>
      <w:tr w:rsidRPr="008C0702" w:rsidR="00734F80" w:rsidTr="009726CB" w14:paraId="6A54D25D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3AA7A8F1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Information Required</w:t>
            </w:r>
          </w:p>
        </w:tc>
        <w:tc>
          <w:tcPr>
            <w:tcW w:w="4320" w:type="dxa"/>
          </w:tcPr>
          <w:p w:rsidRPr="008C0702" w:rsidR="00734F80" w:rsidP="00C75A5D" w:rsidRDefault="00734F80" w14:paraId="4D08EC0F" w14:textId="7777777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Response</w:t>
            </w:r>
          </w:p>
        </w:tc>
      </w:tr>
      <w:tr w:rsidRPr="008C0702" w:rsidR="00734F80" w:rsidTr="009726CB" w14:paraId="73D4FE22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53172E99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Current National Curriculum Attainment (if known)</w:t>
            </w:r>
          </w:p>
        </w:tc>
        <w:tc>
          <w:tcPr>
            <w:tcW w:w="4320" w:type="dxa"/>
          </w:tcPr>
          <w:p w:rsidRPr="008C0702" w:rsidR="00734F80" w:rsidP="00C75A5D" w:rsidRDefault="00734F80" w14:paraId="3B63843D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9726CB" w14:paraId="02B0B674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4D2666B8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Reading</w:t>
            </w:r>
          </w:p>
        </w:tc>
        <w:tc>
          <w:tcPr>
            <w:tcW w:w="4320" w:type="dxa"/>
          </w:tcPr>
          <w:p w:rsidRPr="008C0702" w:rsidR="00734F80" w:rsidP="00C75A5D" w:rsidRDefault="00734F80" w14:paraId="553F9129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9726CB" w14:paraId="1D605A46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50542A79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Writing</w:t>
            </w:r>
          </w:p>
        </w:tc>
        <w:tc>
          <w:tcPr>
            <w:tcW w:w="4320" w:type="dxa"/>
          </w:tcPr>
          <w:p w:rsidRPr="008C0702" w:rsidR="00734F80" w:rsidP="00C75A5D" w:rsidRDefault="00734F80" w14:paraId="47EE55DA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9726CB" w14:paraId="386411F1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1473ED40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Mathematics</w:t>
            </w:r>
          </w:p>
        </w:tc>
        <w:tc>
          <w:tcPr>
            <w:tcW w:w="4320" w:type="dxa"/>
          </w:tcPr>
          <w:p w:rsidRPr="008C0702" w:rsidR="00734F80" w:rsidP="00C75A5D" w:rsidRDefault="00734F80" w14:paraId="3E615E1B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9726CB" w14:paraId="101776F4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7211261C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Areas of Academic Strength</w:t>
            </w:r>
          </w:p>
        </w:tc>
        <w:tc>
          <w:tcPr>
            <w:tcW w:w="4320" w:type="dxa"/>
          </w:tcPr>
          <w:p w:rsidRPr="008C0702" w:rsidR="00734F80" w:rsidP="00C75A5D" w:rsidRDefault="00734F80" w14:paraId="16EFFF07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9726CB" w14:paraId="326868B6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6F3B2616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Areas of Greatest Difficulty</w:t>
            </w:r>
          </w:p>
        </w:tc>
        <w:tc>
          <w:tcPr>
            <w:tcW w:w="4320" w:type="dxa"/>
          </w:tcPr>
          <w:p w:rsidRPr="008C0702" w:rsidR="00734F80" w:rsidP="00C75A5D" w:rsidRDefault="00734F80" w14:paraId="4B3103B7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9726CB" w14:paraId="1304BD06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6A85D0CD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Attention and Concentration</w:t>
            </w:r>
          </w:p>
        </w:tc>
        <w:tc>
          <w:tcPr>
            <w:tcW w:w="4320" w:type="dxa"/>
          </w:tcPr>
          <w:p w:rsidRPr="008C0702" w:rsidR="00734F80" w:rsidP="00C75A5D" w:rsidRDefault="00734F80" w14:paraId="2AA83BA4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9726CB" w14:paraId="4BC2DCBB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37D45CBB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Independent Working Skills</w:t>
            </w:r>
          </w:p>
        </w:tc>
        <w:tc>
          <w:tcPr>
            <w:tcW w:w="4320" w:type="dxa"/>
          </w:tcPr>
          <w:p w:rsidRPr="008C0702" w:rsidR="00734F80" w:rsidP="00C75A5D" w:rsidRDefault="00734F80" w14:paraId="68F64BB2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9726CB" w14:paraId="4F03FDFA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0D9ACF73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Organisation Skills</w:t>
            </w:r>
          </w:p>
        </w:tc>
        <w:tc>
          <w:tcPr>
            <w:tcW w:w="4320" w:type="dxa"/>
          </w:tcPr>
          <w:p w:rsidRPr="008C0702" w:rsidR="00734F80" w:rsidP="00C75A5D" w:rsidRDefault="00734F80" w14:paraId="07151645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9726CB" w14:paraId="4576D1BA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67334067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Learning Pace</w:t>
            </w:r>
          </w:p>
        </w:tc>
        <w:tc>
          <w:tcPr>
            <w:tcW w:w="4320" w:type="dxa"/>
          </w:tcPr>
          <w:p w:rsidRPr="008C0702" w:rsidR="00734F80" w:rsidP="00C75A5D" w:rsidRDefault="00734F80" w14:paraId="343A8E6E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Below Age Expectations  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At Age Expectations  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Above Age Expectations</w:t>
            </w:r>
          </w:p>
        </w:tc>
      </w:tr>
      <w:tr w:rsidRPr="008C0702" w:rsidR="00734F80" w:rsidTr="009726CB" w14:paraId="13F1F81F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7A589626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Can Follow Whole-Class Teaching?</w:t>
            </w:r>
          </w:p>
        </w:tc>
        <w:tc>
          <w:tcPr>
            <w:tcW w:w="4320" w:type="dxa"/>
          </w:tcPr>
          <w:p w:rsidRPr="008C0702" w:rsidR="00734F80" w:rsidP="00C75A5D" w:rsidRDefault="00734F80" w14:paraId="338517E2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Always  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Sometimes  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Rarely</w:t>
            </w:r>
          </w:p>
        </w:tc>
      </w:tr>
      <w:tr w:rsidRPr="008C0702" w:rsidR="00734F80" w:rsidTr="009726CB" w14:paraId="249EB9B8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44C86785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Requires Individualised Teaching?</w:t>
            </w:r>
          </w:p>
        </w:tc>
        <w:tc>
          <w:tcPr>
            <w:tcW w:w="4320" w:type="dxa"/>
          </w:tcPr>
          <w:p w:rsidRPr="008C0702" w:rsidR="00734F80" w:rsidP="00C75A5D" w:rsidRDefault="00734F80" w14:paraId="5738443D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Yes  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No</w:t>
            </w:r>
          </w:p>
        </w:tc>
      </w:tr>
    </w:tbl>
    <w:p w:rsidRPr="008C0702" w:rsidR="00734F80" w:rsidP="00734F80" w:rsidRDefault="00734F80" w14:paraId="78478E59" w14:textId="77777777">
      <w:pPr>
        <w:rPr>
          <w:rFonts w:ascii="Century Gothic" w:hAnsi="Century Gothic"/>
        </w:rPr>
      </w:pPr>
    </w:p>
    <w:p w:rsidRPr="008C0702" w:rsidR="00734F80" w:rsidP="00734F80" w:rsidRDefault="00734F80" w14:paraId="6C2CE99C" w14:textId="77777777">
      <w:pPr>
        <w:pStyle w:val="Heading2"/>
        <w:rPr>
          <w:rFonts w:ascii="Century Gothic" w:hAnsi="Century Gothic"/>
        </w:rPr>
      </w:pPr>
      <w:r w:rsidRPr="008C0702">
        <w:rPr>
          <w:rFonts w:ascii="Century Gothic" w:hAnsi="Century Gothic"/>
          <w:color w:val="5F7A61"/>
        </w:rPr>
        <w:t>Learning Style</w:t>
      </w:r>
    </w:p>
    <w:tbl>
      <w:tblPr>
        <w:tblStyle w:val="GridTable4-Accent3"/>
        <w:tblW w:w="0" w:type="auto"/>
        <w:tblLook w:val="04A0" w:firstRow="1" w:lastRow="0" w:firstColumn="1" w:lastColumn="0" w:noHBand="0" w:noVBand="1"/>
      </w:tblPr>
      <w:tblGrid>
        <w:gridCol w:w="4315"/>
        <w:gridCol w:w="4315"/>
      </w:tblGrid>
      <w:tr w:rsidRPr="008C0702" w:rsidR="00734F80" w:rsidTr="009726CB" w14:paraId="6C268A3D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120AFA7D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Information Required</w:t>
            </w:r>
          </w:p>
        </w:tc>
        <w:tc>
          <w:tcPr>
            <w:tcW w:w="4320" w:type="dxa"/>
          </w:tcPr>
          <w:p w:rsidRPr="008C0702" w:rsidR="00734F80" w:rsidP="00C75A5D" w:rsidRDefault="00734F80" w14:paraId="4A3847C7" w14:textId="7777777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Response</w:t>
            </w:r>
          </w:p>
        </w:tc>
      </w:tr>
      <w:tr w:rsidRPr="008C0702" w:rsidR="00734F80" w:rsidTr="009726CB" w14:paraId="120CE2D8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1D92240C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Preferred Learning Style</w:t>
            </w:r>
          </w:p>
        </w:tc>
        <w:tc>
          <w:tcPr>
            <w:tcW w:w="4320" w:type="dxa"/>
          </w:tcPr>
          <w:p w:rsidRPr="008C0702" w:rsidR="00734F80" w:rsidP="00C75A5D" w:rsidRDefault="00734F80" w14:paraId="0A7DAAC4" w14:textId="5A8C2C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Visual  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Auditory  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Practical / Hands-on  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</w:t>
            </w:r>
            <w:r w:rsidRPr="008C0702" w:rsidR="003452D3">
              <w:rPr>
                <w:rFonts w:ascii="Century Gothic" w:hAnsi="Century Gothic"/>
              </w:rPr>
              <w:t>multi-sensory</w:t>
            </w:r>
          </w:p>
        </w:tc>
      </w:tr>
      <w:tr w:rsidRPr="008C0702" w:rsidR="00734F80" w:rsidTr="009726CB" w14:paraId="19568953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13673071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lastRenderedPageBreak/>
              <w:t>Motivators for Learning</w:t>
            </w:r>
          </w:p>
        </w:tc>
        <w:tc>
          <w:tcPr>
            <w:tcW w:w="4320" w:type="dxa"/>
          </w:tcPr>
          <w:p w:rsidRPr="008C0702" w:rsidR="00734F80" w:rsidP="00C75A5D" w:rsidRDefault="00734F80" w14:paraId="78BA2CD3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9726CB" w14:paraId="4EDF7452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27DEF392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Rewards That Work Well</w:t>
            </w:r>
          </w:p>
        </w:tc>
        <w:tc>
          <w:tcPr>
            <w:tcW w:w="4320" w:type="dxa"/>
          </w:tcPr>
          <w:p w:rsidRPr="008C0702" w:rsidR="00734F80" w:rsidP="00C75A5D" w:rsidRDefault="00734F80" w14:paraId="2F32E748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9726CB" w14:paraId="424FB679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6D7E4C59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Strategies That Have Been Successful</w:t>
            </w:r>
          </w:p>
        </w:tc>
        <w:tc>
          <w:tcPr>
            <w:tcW w:w="4320" w:type="dxa"/>
          </w:tcPr>
          <w:p w:rsidRPr="008C0702" w:rsidR="00734F80" w:rsidP="00C75A5D" w:rsidRDefault="00734F80" w14:paraId="2143D504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  <w:r w:rsidRPr="008C0702">
              <w:rPr>
                <w:rFonts w:ascii="Century Gothic" w:hAnsi="Century Gothic"/>
              </w:rPr>
              <w:br/>
            </w: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9726CB" w14:paraId="5CC3485D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07180665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Strategies That Have Not Been Successful</w:t>
            </w:r>
          </w:p>
        </w:tc>
        <w:tc>
          <w:tcPr>
            <w:tcW w:w="4320" w:type="dxa"/>
          </w:tcPr>
          <w:p w:rsidRPr="008C0702" w:rsidR="00734F80" w:rsidP="00C75A5D" w:rsidRDefault="00734F80" w14:paraId="3FB9FA47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  <w:r w:rsidRPr="008C0702">
              <w:rPr>
                <w:rFonts w:ascii="Century Gothic" w:hAnsi="Century Gothic"/>
              </w:rPr>
              <w:br/>
            </w:r>
            <w:r w:rsidRPr="008C0702">
              <w:rPr>
                <w:rFonts w:ascii="Century Gothic" w:hAnsi="Century Gothic"/>
              </w:rPr>
              <w:br/>
            </w:r>
          </w:p>
        </w:tc>
      </w:tr>
    </w:tbl>
    <w:p w:rsidRPr="008C0702" w:rsidR="00734F80" w:rsidP="00734F80" w:rsidRDefault="00734F80" w14:paraId="4ABBF811" w14:textId="77777777">
      <w:pPr>
        <w:rPr>
          <w:rFonts w:ascii="Century Gothic" w:hAnsi="Century Gothic"/>
        </w:rPr>
      </w:pPr>
    </w:p>
    <w:p w:rsidRPr="008C0702" w:rsidR="00734F80" w:rsidP="00734F80" w:rsidRDefault="00734F80" w14:paraId="28288DAD" w14:textId="77777777">
      <w:pPr>
        <w:pStyle w:val="Heading2"/>
        <w:rPr>
          <w:rFonts w:ascii="Century Gothic" w:hAnsi="Century Gothic"/>
        </w:rPr>
      </w:pPr>
      <w:r w:rsidRPr="008C0702">
        <w:rPr>
          <w:rFonts w:ascii="Century Gothic" w:hAnsi="Century Gothic"/>
          <w:color w:val="5F7A61"/>
        </w:rPr>
        <w:t>Strengths and Interests</w:t>
      </w:r>
    </w:p>
    <w:tbl>
      <w:tblPr>
        <w:tblStyle w:val="GridTable4-Accent3"/>
        <w:tblW w:w="0" w:type="auto"/>
        <w:tblLook w:val="04A0" w:firstRow="1" w:lastRow="0" w:firstColumn="1" w:lastColumn="0" w:noHBand="0" w:noVBand="1"/>
      </w:tblPr>
      <w:tblGrid>
        <w:gridCol w:w="4316"/>
        <w:gridCol w:w="4314"/>
      </w:tblGrid>
      <w:tr w:rsidRPr="008C0702" w:rsidR="00734F80" w:rsidTr="003452D3" w14:paraId="00044C10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36CFF619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Area</w:t>
            </w:r>
          </w:p>
        </w:tc>
        <w:tc>
          <w:tcPr>
            <w:tcW w:w="4320" w:type="dxa"/>
          </w:tcPr>
          <w:p w:rsidRPr="008C0702" w:rsidR="00734F80" w:rsidP="00C75A5D" w:rsidRDefault="00734F80" w14:paraId="6320E529" w14:textId="7777777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Details</w:t>
            </w:r>
          </w:p>
        </w:tc>
      </w:tr>
      <w:tr w:rsidRPr="008C0702" w:rsidR="00734F80" w:rsidTr="003452D3" w14:paraId="222F84C8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3FE6A015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Personal strengths</w:t>
            </w:r>
          </w:p>
        </w:tc>
        <w:tc>
          <w:tcPr>
            <w:tcW w:w="4320" w:type="dxa"/>
          </w:tcPr>
          <w:p w:rsidRPr="008C0702" w:rsidR="00734F80" w:rsidP="00C75A5D" w:rsidRDefault="00734F80" w14:paraId="0D982E29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3452D3" w14:paraId="4E7A2180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1405B4BE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Special interests</w:t>
            </w:r>
          </w:p>
        </w:tc>
        <w:tc>
          <w:tcPr>
            <w:tcW w:w="4320" w:type="dxa"/>
          </w:tcPr>
          <w:p w:rsidRPr="008C0702" w:rsidR="00734F80" w:rsidP="00C75A5D" w:rsidRDefault="00734F80" w14:paraId="39F38676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3452D3" w14:paraId="47200BC1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3E641406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Hobbies</w:t>
            </w:r>
          </w:p>
        </w:tc>
        <w:tc>
          <w:tcPr>
            <w:tcW w:w="4320" w:type="dxa"/>
          </w:tcPr>
          <w:p w:rsidRPr="008C0702" w:rsidR="00734F80" w:rsidP="00C75A5D" w:rsidRDefault="00734F80" w14:paraId="206112EF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3452D3" w14:paraId="3A4E0436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336FB60B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Favourite subjects</w:t>
            </w:r>
          </w:p>
        </w:tc>
        <w:tc>
          <w:tcPr>
            <w:tcW w:w="4320" w:type="dxa"/>
          </w:tcPr>
          <w:p w:rsidRPr="008C0702" w:rsidR="00734F80" w:rsidP="00C75A5D" w:rsidRDefault="00734F80" w14:paraId="5FA7900C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3452D3" w14:paraId="1AD27884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5E045C04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Creative strengths</w:t>
            </w:r>
          </w:p>
        </w:tc>
        <w:tc>
          <w:tcPr>
            <w:tcW w:w="4320" w:type="dxa"/>
          </w:tcPr>
          <w:p w:rsidRPr="008C0702" w:rsidR="00734F80" w:rsidP="00C75A5D" w:rsidRDefault="00734F80" w14:paraId="684ADB78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3452D3" w14:paraId="2A20E01C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17662557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Physical strengths</w:t>
            </w:r>
          </w:p>
        </w:tc>
        <w:tc>
          <w:tcPr>
            <w:tcW w:w="4320" w:type="dxa"/>
          </w:tcPr>
          <w:p w:rsidRPr="008C0702" w:rsidR="00734F80" w:rsidP="00C75A5D" w:rsidRDefault="00734F80" w14:paraId="44B335B9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3452D3" w14:paraId="375D307B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4A426D36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Talents and achievements</w:t>
            </w:r>
          </w:p>
        </w:tc>
        <w:tc>
          <w:tcPr>
            <w:tcW w:w="4320" w:type="dxa"/>
          </w:tcPr>
          <w:p w:rsidRPr="008C0702" w:rsidR="00734F80" w:rsidP="00C75A5D" w:rsidRDefault="00734F80" w14:paraId="71647EB1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3452D3" w14:paraId="05E0C02E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0D19B2FB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Aspirations and future goals</w:t>
            </w:r>
          </w:p>
        </w:tc>
        <w:tc>
          <w:tcPr>
            <w:tcW w:w="4320" w:type="dxa"/>
          </w:tcPr>
          <w:p w:rsidRPr="008C0702" w:rsidR="00734F80" w:rsidP="00C75A5D" w:rsidRDefault="00734F80" w14:paraId="2DF407EC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</w:p>
        </w:tc>
      </w:tr>
    </w:tbl>
    <w:p w:rsidRPr="008C0702" w:rsidR="00734F80" w:rsidP="00734F80" w:rsidRDefault="00734F80" w14:paraId="1A395737" w14:textId="77777777">
      <w:pPr>
        <w:rPr>
          <w:rFonts w:ascii="Century Gothic" w:hAnsi="Century Gothic"/>
        </w:rPr>
      </w:pPr>
    </w:p>
    <w:p w:rsidRPr="008C0702" w:rsidR="00734F80" w:rsidP="00734F80" w:rsidRDefault="00734F80" w14:paraId="24D39CCB" w14:textId="77777777">
      <w:pPr>
        <w:pStyle w:val="Heading2"/>
        <w:rPr>
          <w:rFonts w:ascii="Century Gothic" w:hAnsi="Century Gothic"/>
        </w:rPr>
      </w:pPr>
      <w:r w:rsidRPr="008C0702">
        <w:rPr>
          <w:rFonts w:ascii="Century Gothic" w:hAnsi="Century Gothic"/>
          <w:color w:val="5F7A61"/>
        </w:rPr>
        <w:t>Curriculum Access</w:t>
      </w:r>
    </w:p>
    <w:tbl>
      <w:tblPr>
        <w:tblStyle w:val="GridTable4-Accent3"/>
        <w:tblW w:w="0" w:type="auto"/>
        <w:tblLook w:val="04A0" w:firstRow="1" w:lastRow="0" w:firstColumn="1" w:lastColumn="0" w:noHBand="0" w:noVBand="1"/>
      </w:tblPr>
      <w:tblGrid>
        <w:gridCol w:w="4315"/>
        <w:gridCol w:w="4315"/>
      </w:tblGrid>
      <w:tr w:rsidRPr="008C0702" w:rsidR="00734F80" w:rsidTr="009F6BBD" w14:paraId="6375AE16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6532D9FB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Information Required</w:t>
            </w:r>
          </w:p>
        </w:tc>
        <w:tc>
          <w:tcPr>
            <w:tcW w:w="4320" w:type="dxa"/>
          </w:tcPr>
          <w:p w:rsidRPr="008C0702" w:rsidR="00734F80" w:rsidP="00C75A5D" w:rsidRDefault="00734F80" w14:paraId="6AE161E6" w14:textId="7777777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Response</w:t>
            </w:r>
          </w:p>
        </w:tc>
      </w:tr>
      <w:tr w:rsidRPr="008C0702" w:rsidR="00734F80" w:rsidTr="009F6BBD" w14:paraId="079C4521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34A473CF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Current Curriculum Adaptations</w:t>
            </w:r>
          </w:p>
        </w:tc>
        <w:tc>
          <w:tcPr>
            <w:tcW w:w="4320" w:type="dxa"/>
          </w:tcPr>
          <w:p w:rsidRPr="008C0702" w:rsidR="00734F80" w:rsidP="00C75A5D" w:rsidRDefault="00734F80" w14:paraId="23FBA2AB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  <w:r w:rsidRPr="008C0702">
              <w:rPr>
                <w:rFonts w:ascii="Century Gothic" w:hAnsi="Century Gothic"/>
              </w:rPr>
              <w:br/>
            </w: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9F6BBD" w14:paraId="4C8F0742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1114AFA6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Differentiation Required</w:t>
            </w:r>
          </w:p>
        </w:tc>
        <w:tc>
          <w:tcPr>
            <w:tcW w:w="4320" w:type="dxa"/>
          </w:tcPr>
          <w:p w:rsidRPr="008C0702" w:rsidR="00734F80" w:rsidP="00C75A5D" w:rsidRDefault="00734F80" w14:paraId="61A330AB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9F6BBD" w14:paraId="63107CAF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26164179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Assistive Technology Used</w:t>
            </w:r>
          </w:p>
        </w:tc>
        <w:tc>
          <w:tcPr>
            <w:tcW w:w="4320" w:type="dxa"/>
          </w:tcPr>
          <w:p w:rsidRPr="008C0702" w:rsidR="00734F80" w:rsidP="00C75A5D" w:rsidRDefault="00734F80" w14:paraId="3EDA9846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9F6BBD" w14:paraId="555F3DA9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0A8C3BD1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Reasonable Adjustments Required</w:t>
            </w:r>
          </w:p>
        </w:tc>
        <w:tc>
          <w:tcPr>
            <w:tcW w:w="4320" w:type="dxa"/>
          </w:tcPr>
          <w:p w:rsidRPr="008C0702" w:rsidR="00734F80" w:rsidP="00C75A5D" w:rsidRDefault="00734F80" w14:paraId="40DF662A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  <w:r w:rsidRPr="008C0702">
              <w:rPr>
                <w:rFonts w:ascii="Century Gothic" w:hAnsi="Century Gothic"/>
              </w:rPr>
              <w:br/>
            </w: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9F6BBD" w14:paraId="7B97EFAD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41CD6585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lastRenderedPageBreak/>
              <w:t>Therapy Integrated into Learning</w:t>
            </w:r>
          </w:p>
        </w:tc>
        <w:tc>
          <w:tcPr>
            <w:tcW w:w="4320" w:type="dxa"/>
          </w:tcPr>
          <w:p w:rsidR="00947B06" w:rsidP="00C75A5D" w:rsidRDefault="00734F80" w14:paraId="481AE6E4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Speech &amp; Language   </w:t>
            </w:r>
          </w:p>
          <w:p w:rsidR="00947B06" w:rsidP="00C75A5D" w:rsidRDefault="00734F80" w14:paraId="7DCF1CDD" w14:textId="35603D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Occupational Therapy  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Other </w:t>
            </w:r>
            <w:r w:rsidRPr="003F1871" w:rsidR="00947B06">
              <w:rPr>
                <w:rFonts w:ascii="Century Gothic" w:hAnsi="Century Gothic"/>
                <w:i/>
                <w:iCs/>
                <w:sz w:val="20"/>
                <w:szCs w:val="20"/>
              </w:rPr>
              <w:t>(please specify)</w:t>
            </w:r>
            <w:r w:rsidR="00947B06">
              <w:rPr>
                <w:rFonts w:ascii="Century Gothic" w:hAnsi="Century Gothic"/>
                <w:sz w:val="20"/>
                <w:szCs w:val="20"/>
              </w:rPr>
              <w:t>:</w:t>
            </w:r>
          </w:p>
          <w:p w:rsidRPr="008C0702" w:rsidR="00734F80" w:rsidP="00C75A5D" w:rsidRDefault="00734F80" w14:paraId="7FBC7315" w14:textId="6338317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None</w:t>
            </w:r>
          </w:p>
        </w:tc>
      </w:tr>
      <w:tr w:rsidRPr="008C0702" w:rsidR="00734F80" w:rsidTr="009F6BBD" w14:paraId="0C57753B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0ED2B437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Preparation for Transitions</w:t>
            </w:r>
          </w:p>
        </w:tc>
        <w:tc>
          <w:tcPr>
            <w:tcW w:w="4320" w:type="dxa"/>
          </w:tcPr>
          <w:p w:rsidRPr="008C0702" w:rsidR="00734F80" w:rsidP="00C75A5D" w:rsidRDefault="00734F80" w14:paraId="445858E7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  <w:r w:rsidRPr="008C0702">
              <w:rPr>
                <w:rFonts w:ascii="Century Gothic" w:hAnsi="Century Gothic"/>
              </w:rPr>
              <w:br/>
            </w:r>
          </w:p>
        </w:tc>
      </w:tr>
    </w:tbl>
    <w:p w:rsidRPr="008C0702" w:rsidR="00734F80" w:rsidP="00734F80" w:rsidRDefault="00734F80" w14:paraId="12390DB6" w14:textId="77777777">
      <w:pPr>
        <w:rPr>
          <w:rFonts w:ascii="Century Gothic" w:hAnsi="Century Gothic"/>
        </w:rPr>
      </w:pPr>
    </w:p>
    <w:p w:rsidRPr="008C0702" w:rsidR="00734F80" w:rsidP="00734F80" w:rsidRDefault="00734F80" w14:paraId="31CFB837" w14:textId="77777777">
      <w:pPr>
        <w:pStyle w:val="Heading2"/>
        <w:rPr>
          <w:rFonts w:ascii="Century Gothic" w:hAnsi="Century Gothic"/>
        </w:rPr>
      </w:pPr>
      <w:r w:rsidRPr="008C0702">
        <w:rPr>
          <w:rFonts w:ascii="Century Gothic" w:hAnsi="Century Gothic"/>
          <w:color w:val="5F7A61"/>
        </w:rPr>
        <w:t>Additional Educational Information</w:t>
      </w:r>
    </w:p>
    <w:tbl>
      <w:tblPr>
        <w:tblStyle w:val="GridTable1Light-Accent3"/>
        <w:tblW w:w="0" w:type="auto"/>
        <w:tblLook w:val="04A0" w:firstRow="1" w:lastRow="0" w:firstColumn="1" w:lastColumn="0" w:noHBand="0" w:noVBand="1"/>
      </w:tblPr>
      <w:tblGrid>
        <w:gridCol w:w="8630"/>
      </w:tblGrid>
      <w:tr w:rsidRPr="008C0702" w:rsidR="00734F80" w:rsidTr="003D4EDB" w14:paraId="4ECB0404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0" w:type="dxa"/>
          </w:tcPr>
          <w:p w:rsidRPr="008C0702" w:rsidR="00734F80" w:rsidP="00C75A5D" w:rsidRDefault="00734F80" w14:paraId="08DAD932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Please include any additional educational information that would help Homebrook Woods understand how the child learns best.</w:t>
            </w:r>
          </w:p>
        </w:tc>
      </w:tr>
      <w:tr w:rsidRPr="008C0702" w:rsidR="00734F80" w:rsidTr="003D4EDB" w14:paraId="2BDF5D78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0" w:type="dxa"/>
          </w:tcPr>
          <w:p w:rsidRPr="008C0702" w:rsidR="00734F80" w:rsidP="00C75A5D" w:rsidRDefault="00734F80" w14:paraId="5D65F7C6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  <w:r w:rsidRPr="008C0702">
              <w:rPr>
                <w:rFonts w:ascii="Century Gothic" w:hAnsi="Century Gothic"/>
              </w:rPr>
              <w:br/>
            </w:r>
            <w:r w:rsidRPr="008C0702">
              <w:rPr>
                <w:rFonts w:ascii="Century Gothic" w:hAnsi="Century Gothic"/>
              </w:rPr>
              <w:br/>
            </w:r>
            <w:r w:rsidRPr="008C0702">
              <w:rPr>
                <w:rFonts w:ascii="Century Gothic" w:hAnsi="Century Gothic"/>
              </w:rPr>
              <w:br/>
            </w:r>
            <w:r w:rsidRPr="008C0702">
              <w:rPr>
                <w:rFonts w:ascii="Century Gothic" w:hAnsi="Century Gothic"/>
              </w:rPr>
              <w:br/>
            </w:r>
          </w:p>
        </w:tc>
      </w:tr>
    </w:tbl>
    <w:p w:rsidRPr="008C0702" w:rsidR="00A53877" w:rsidP="00734F80" w:rsidRDefault="00A53877" w14:paraId="6D7F1095" w14:textId="77777777">
      <w:pPr>
        <w:rPr>
          <w:rFonts w:ascii="Century Gothic" w:hAnsi="Century Gothic"/>
        </w:rPr>
      </w:pPr>
    </w:p>
    <w:p w:rsidRPr="003D4EDB" w:rsidR="00734F80" w:rsidP="003D4EDB" w:rsidRDefault="00734F80" w14:paraId="424344AC" w14:textId="2B647952">
      <w:pPr>
        <w:pStyle w:val="Heading1"/>
        <w:keepNext w:val="0"/>
        <w:shd w:val="clear" w:color="auto" w:fill="C2D69B" w:themeFill="accent3" w:themeFillTint="99"/>
        <w:spacing w:before="0"/>
        <w:rPr>
          <w:rFonts w:ascii="Century Gothic" w:hAnsi="Century Gothic"/>
          <w:color w:val="4F6228" w:themeColor="accent3" w:themeShade="80"/>
          <w:sz w:val="20"/>
          <w:szCs w:val="20"/>
        </w:rPr>
      </w:pPr>
      <w:r w:rsidRPr="003D4EDB">
        <w:rPr>
          <w:rFonts w:ascii="Century Gothic" w:hAnsi="Century Gothic"/>
          <w:color w:val="4F6228" w:themeColor="accent3" w:themeShade="80"/>
          <w:sz w:val="20"/>
          <w:szCs w:val="20"/>
        </w:rPr>
        <w:t>SECTION 6</w:t>
      </w:r>
      <w:r w:rsidRPr="003D4EDB" w:rsidR="00C362FB">
        <w:rPr>
          <w:rFonts w:ascii="Century Gothic" w:hAnsi="Century Gothic"/>
          <w:color w:val="4F6228" w:themeColor="accent3" w:themeShade="80"/>
          <w:sz w:val="20"/>
          <w:szCs w:val="20"/>
        </w:rPr>
        <w:t xml:space="preserve"> OF 8</w:t>
      </w:r>
    </w:p>
    <w:p w:rsidRPr="003D4EDB" w:rsidR="00734F80" w:rsidP="003D4EDB" w:rsidRDefault="00734F80" w14:paraId="29AE651C" w14:textId="77777777">
      <w:pPr>
        <w:pStyle w:val="Heading2"/>
        <w:shd w:val="clear" w:color="auto" w:fill="C2D69B" w:themeFill="accent3" w:themeFillTint="99"/>
        <w:spacing w:before="0"/>
        <w:rPr>
          <w:rFonts w:ascii="Century Gothic" w:hAnsi="Century Gothic"/>
          <w:color w:val="4F6228" w:themeColor="accent3" w:themeShade="80"/>
          <w:sz w:val="28"/>
          <w:szCs w:val="28"/>
        </w:rPr>
      </w:pPr>
      <w:r w:rsidRPr="003D4EDB">
        <w:rPr>
          <w:rFonts w:ascii="Century Gothic" w:hAnsi="Century Gothic"/>
          <w:color w:val="4F6228" w:themeColor="accent3" w:themeShade="80"/>
          <w:sz w:val="28"/>
          <w:szCs w:val="28"/>
        </w:rPr>
        <w:t>Social, Emotional, Mental Health &amp; Behaviour</w:t>
      </w:r>
    </w:p>
    <w:p w:rsidRPr="008C0702" w:rsidR="00734F80" w:rsidP="00734F80" w:rsidRDefault="00734F80" w14:paraId="2269A8DB" w14:textId="77777777">
      <w:pPr>
        <w:rPr>
          <w:rFonts w:ascii="Century Gothic" w:hAnsi="Century Gothic"/>
        </w:rPr>
      </w:pPr>
      <w:r w:rsidRPr="008C0702">
        <w:rPr>
          <w:rFonts w:ascii="Century Gothic" w:hAnsi="Century Gothic"/>
        </w:rPr>
        <w:t>This section helps Homebrook Woods understand the child's emotional wellbeing, relationships, behaviour, emotional regulation and the strategies that enable them to thrive.</w:t>
      </w:r>
    </w:p>
    <w:p w:rsidRPr="008C0702" w:rsidR="00734F80" w:rsidP="00734F80" w:rsidRDefault="00734F80" w14:paraId="4A7FB08D" w14:textId="77777777">
      <w:pPr>
        <w:pStyle w:val="Heading2"/>
        <w:rPr>
          <w:rFonts w:ascii="Century Gothic" w:hAnsi="Century Gothic"/>
        </w:rPr>
      </w:pPr>
      <w:r w:rsidRPr="008C0702">
        <w:rPr>
          <w:rFonts w:ascii="Century Gothic" w:hAnsi="Century Gothic"/>
          <w:color w:val="5F7A61"/>
        </w:rPr>
        <w:t>Social &amp; Emotional Development</w:t>
      </w:r>
    </w:p>
    <w:tbl>
      <w:tblPr>
        <w:tblStyle w:val="GridTable4-Accent3"/>
        <w:tblW w:w="0" w:type="auto"/>
        <w:tblLook w:val="04A0" w:firstRow="1" w:lastRow="0" w:firstColumn="1" w:lastColumn="0" w:noHBand="0" w:noVBand="1"/>
      </w:tblPr>
      <w:tblGrid>
        <w:gridCol w:w="4315"/>
        <w:gridCol w:w="4315"/>
      </w:tblGrid>
      <w:tr w:rsidRPr="008C0702" w:rsidR="00734F80" w:rsidTr="003D4EDB" w14:paraId="369184E3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1FA4E6A5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Information Required</w:t>
            </w:r>
          </w:p>
        </w:tc>
        <w:tc>
          <w:tcPr>
            <w:tcW w:w="4320" w:type="dxa"/>
          </w:tcPr>
          <w:p w:rsidRPr="008C0702" w:rsidR="00734F80" w:rsidP="00C75A5D" w:rsidRDefault="00734F80" w14:paraId="1430FE1E" w14:textId="7777777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Response</w:t>
            </w:r>
          </w:p>
        </w:tc>
      </w:tr>
      <w:tr w:rsidRPr="008C0702" w:rsidR="00734F80" w:rsidTr="003D4EDB" w14:paraId="6AF7E756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07A3D6F4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How does the child interact with adults?</w:t>
            </w:r>
          </w:p>
        </w:tc>
        <w:tc>
          <w:tcPr>
            <w:tcW w:w="4320" w:type="dxa"/>
          </w:tcPr>
          <w:p w:rsidRPr="008C0702" w:rsidR="00734F80" w:rsidP="00C75A5D" w:rsidRDefault="00734F80" w14:paraId="337A03FE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3D4EDB" w14:paraId="0644E329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4372B3B2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How does the child interact with peers?</w:t>
            </w:r>
          </w:p>
        </w:tc>
        <w:tc>
          <w:tcPr>
            <w:tcW w:w="4320" w:type="dxa"/>
          </w:tcPr>
          <w:p w:rsidRPr="008C0702" w:rsidR="00734F80" w:rsidP="00C75A5D" w:rsidRDefault="00734F80" w14:paraId="22648B68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3D4EDB" w14:paraId="78632DAE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1BCB4F39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Friendships</w:t>
            </w:r>
          </w:p>
        </w:tc>
        <w:tc>
          <w:tcPr>
            <w:tcW w:w="4320" w:type="dxa"/>
          </w:tcPr>
          <w:p w:rsidRPr="008C0702" w:rsidR="00734F80" w:rsidP="00C75A5D" w:rsidRDefault="00734F80" w14:paraId="61AB0171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3D4EDB" w14:paraId="67A96DE1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0FDC600E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Self-esteem and confidence</w:t>
            </w:r>
          </w:p>
        </w:tc>
        <w:tc>
          <w:tcPr>
            <w:tcW w:w="4320" w:type="dxa"/>
          </w:tcPr>
          <w:p w:rsidRPr="008C0702" w:rsidR="00734F80" w:rsidP="00C75A5D" w:rsidRDefault="00734F80" w14:paraId="145DA5AC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3D4EDB" w14:paraId="696EBA4F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69E94BFE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Awareness of emotions</w:t>
            </w:r>
          </w:p>
        </w:tc>
        <w:tc>
          <w:tcPr>
            <w:tcW w:w="4320" w:type="dxa"/>
          </w:tcPr>
          <w:p w:rsidRPr="008C0702" w:rsidR="00734F80" w:rsidP="00C75A5D" w:rsidRDefault="00734F80" w14:paraId="361547C2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3D4EDB" w14:paraId="4C3DA04B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57EE6AEC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Ability to recognise others' emotions</w:t>
            </w:r>
          </w:p>
        </w:tc>
        <w:tc>
          <w:tcPr>
            <w:tcW w:w="4320" w:type="dxa"/>
          </w:tcPr>
          <w:p w:rsidRPr="008C0702" w:rsidR="00734F80" w:rsidP="00C75A5D" w:rsidRDefault="00734F80" w14:paraId="7088D418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3D4EDB" w14:paraId="70E7C57B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733B3595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Current SEMH support</w:t>
            </w:r>
          </w:p>
        </w:tc>
        <w:tc>
          <w:tcPr>
            <w:tcW w:w="4320" w:type="dxa"/>
          </w:tcPr>
          <w:p w:rsidRPr="008C0702" w:rsidR="00734F80" w:rsidP="00C75A5D" w:rsidRDefault="00734F80" w14:paraId="41839B40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  <w:r w:rsidRPr="008C0702">
              <w:rPr>
                <w:rFonts w:ascii="Century Gothic" w:hAnsi="Century Gothic"/>
              </w:rPr>
              <w:br/>
            </w:r>
          </w:p>
        </w:tc>
      </w:tr>
    </w:tbl>
    <w:p w:rsidRPr="008C0702" w:rsidR="00734F80" w:rsidP="00734F80" w:rsidRDefault="00734F80" w14:paraId="068FFAB8" w14:textId="77777777">
      <w:pPr>
        <w:rPr>
          <w:rFonts w:ascii="Century Gothic" w:hAnsi="Century Gothic"/>
        </w:rPr>
      </w:pPr>
    </w:p>
    <w:p w:rsidRPr="008C0702" w:rsidR="00734F80" w:rsidP="00734F80" w:rsidRDefault="00734F80" w14:paraId="5C922235" w14:textId="77777777">
      <w:pPr>
        <w:pStyle w:val="Heading2"/>
        <w:rPr>
          <w:rFonts w:ascii="Century Gothic" w:hAnsi="Century Gothic"/>
        </w:rPr>
      </w:pPr>
      <w:r w:rsidRPr="008C0702">
        <w:rPr>
          <w:rFonts w:ascii="Century Gothic" w:hAnsi="Century Gothic"/>
          <w:color w:val="5F7A61"/>
        </w:rPr>
        <w:lastRenderedPageBreak/>
        <w:t>Emotional Regulation</w:t>
      </w:r>
    </w:p>
    <w:tbl>
      <w:tblPr>
        <w:tblStyle w:val="GridTable4-Accent3"/>
        <w:tblW w:w="0" w:type="auto"/>
        <w:tblLook w:val="04A0" w:firstRow="1" w:lastRow="0" w:firstColumn="1" w:lastColumn="0" w:noHBand="0" w:noVBand="1"/>
      </w:tblPr>
      <w:tblGrid>
        <w:gridCol w:w="4315"/>
        <w:gridCol w:w="4315"/>
      </w:tblGrid>
      <w:tr w:rsidRPr="008C0702" w:rsidR="00734F80" w:rsidTr="003D4EDB" w14:paraId="5EF7200A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6D374263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Information Required</w:t>
            </w:r>
          </w:p>
        </w:tc>
        <w:tc>
          <w:tcPr>
            <w:tcW w:w="4320" w:type="dxa"/>
          </w:tcPr>
          <w:p w:rsidRPr="008C0702" w:rsidR="00734F80" w:rsidP="00C75A5D" w:rsidRDefault="00734F80" w14:paraId="7BFAC8D2" w14:textId="7777777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Response</w:t>
            </w:r>
          </w:p>
        </w:tc>
      </w:tr>
      <w:tr w:rsidRPr="008C0702" w:rsidR="00734F80" w:rsidTr="003D4EDB" w14:paraId="4CB9D6BC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4995144C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Known anxiety triggers</w:t>
            </w:r>
          </w:p>
        </w:tc>
        <w:tc>
          <w:tcPr>
            <w:tcW w:w="4320" w:type="dxa"/>
          </w:tcPr>
          <w:p w:rsidRPr="008C0702" w:rsidR="00734F80" w:rsidP="00C75A5D" w:rsidRDefault="00734F80" w14:paraId="77387A54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  <w:r w:rsidRPr="008C0702">
              <w:rPr>
                <w:rFonts w:ascii="Century Gothic" w:hAnsi="Century Gothic"/>
              </w:rPr>
              <w:br/>
            </w: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3D4EDB" w14:paraId="5A01C06B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106FCBA2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Early signs of dysregulation</w:t>
            </w:r>
          </w:p>
        </w:tc>
        <w:tc>
          <w:tcPr>
            <w:tcW w:w="4320" w:type="dxa"/>
          </w:tcPr>
          <w:p w:rsidRPr="008C0702" w:rsidR="00734F80" w:rsidP="00C75A5D" w:rsidRDefault="00734F80" w14:paraId="2BE3B775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3D4EDB" w14:paraId="239A600E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103FBC90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How does the child communicate distress?</w:t>
            </w:r>
          </w:p>
        </w:tc>
        <w:tc>
          <w:tcPr>
            <w:tcW w:w="4320" w:type="dxa"/>
          </w:tcPr>
          <w:p w:rsidRPr="008C0702" w:rsidR="00734F80" w:rsidP="00C75A5D" w:rsidRDefault="00734F80" w14:paraId="7831A52B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3D4EDB" w14:paraId="5FD43E26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7463AF42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Successful regulation strategies</w:t>
            </w:r>
          </w:p>
        </w:tc>
        <w:tc>
          <w:tcPr>
            <w:tcW w:w="4320" w:type="dxa"/>
          </w:tcPr>
          <w:p w:rsidRPr="008C0702" w:rsidR="00734F80" w:rsidP="00C75A5D" w:rsidRDefault="00734F80" w14:paraId="2F475D54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  <w:r w:rsidRPr="008C0702">
              <w:rPr>
                <w:rFonts w:ascii="Century Gothic" w:hAnsi="Century Gothic"/>
              </w:rPr>
              <w:br/>
            </w: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3D4EDB" w14:paraId="5F367F6E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6C612174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Calming activities</w:t>
            </w:r>
          </w:p>
        </w:tc>
        <w:tc>
          <w:tcPr>
            <w:tcW w:w="4320" w:type="dxa"/>
          </w:tcPr>
          <w:p w:rsidRPr="008C0702" w:rsidR="00734F80" w:rsidP="00C75A5D" w:rsidRDefault="00734F80" w14:paraId="654D3D53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3D4EDB" w14:paraId="0EE9EC39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48C3767A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Recovery time following dysregulation</w:t>
            </w:r>
          </w:p>
        </w:tc>
        <w:tc>
          <w:tcPr>
            <w:tcW w:w="4320" w:type="dxa"/>
          </w:tcPr>
          <w:p w:rsidRPr="008C0702" w:rsidR="00734F80" w:rsidP="00C75A5D" w:rsidRDefault="00734F80" w14:paraId="0DA50628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</w:p>
        </w:tc>
      </w:tr>
    </w:tbl>
    <w:p w:rsidRPr="008C0702" w:rsidR="00734F80" w:rsidP="00734F80" w:rsidRDefault="00734F80" w14:paraId="3F180952" w14:textId="77777777">
      <w:pPr>
        <w:rPr>
          <w:rFonts w:ascii="Century Gothic" w:hAnsi="Century Gothic"/>
        </w:rPr>
      </w:pPr>
    </w:p>
    <w:p w:rsidRPr="008C0702" w:rsidR="00734F80" w:rsidP="00734F80" w:rsidRDefault="00734F80" w14:paraId="182A54A0" w14:textId="77777777">
      <w:pPr>
        <w:pStyle w:val="Heading2"/>
        <w:rPr>
          <w:rFonts w:ascii="Century Gothic" w:hAnsi="Century Gothic"/>
        </w:rPr>
      </w:pPr>
      <w:r w:rsidRPr="008C0702">
        <w:rPr>
          <w:rFonts w:ascii="Century Gothic" w:hAnsi="Century Gothic"/>
          <w:color w:val="5F7A61"/>
        </w:rPr>
        <w:t>Behaviour Profile</w:t>
      </w:r>
    </w:p>
    <w:tbl>
      <w:tblPr>
        <w:tblStyle w:val="GridTable4-Accent3"/>
        <w:tblW w:w="0" w:type="auto"/>
        <w:tblLook w:val="04A0" w:firstRow="1" w:lastRow="0" w:firstColumn="1" w:lastColumn="0" w:noHBand="0" w:noVBand="1"/>
      </w:tblPr>
      <w:tblGrid>
        <w:gridCol w:w="2877"/>
        <w:gridCol w:w="2876"/>
        <w:gridCol w:w="2877"/>
      </w:tblGrid>
      <w:tr w:rsidRPr="008C0702" w:rsidR="00734F80" w:rsidTr="003D4EDB" w14:paraId="7DEBE19D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Pr="008C0702" w:rsidR="00734F80" w:rsidP="00C75A5D" w:rsidRDefault="00734F80" w14:paraId="2AFD3CB1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Behaviour</w:t>
            </w:r>
          </w:p>
        </w:tc>
        <w:tc>
          <w:tcPr>
            <w:tcW w:w="2880" w:type="dxa"/>
          </w:tcPr>
          <w:p w:rsidRPr="008C0702" w:rsidR="00734F80" w:rsidP="00C75A5D" w:rsidRDefault="00734F80" w14:paraId="500E1F7A" w14:textId="7777777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Present?</w:t>
            </w:r>
          </w:p>
        </w:tc>
        <w:tc>
          <w:tcPr>
            <w:tcW w:w="2880" w:type="dxa"/>
          </w:tcPr>
          <w:p w:rsidRPr="008C0702" w:rsidR="00734F80" w:rsidP="00C75A5D" w:rsidRDefault="00734F80" w14:paraId="48DA689B" w14:textId="7777777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Details / Frequency / Triggers</w:t>
            </w:r>
          </w:p>
        </w:tc>
      </w:tr>
      <w:tr w:rsidRPr="008C0702" w:rsidR="00734F80" w:rsidTr="003D4EDB" w14:paraId="4D5A278C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Pr="008C0702" w:rsidR="00734F80" w:rsidP="00C75A5D" w:rsidRDefault="00734F80" w14:paraId="5D3B4609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Physical aggression</w:t>
            </w:r>
          </w:p>
        </w:tc>
        <w:tc>
          <w:tcPr>
            <w:tcW w:w="2880" w:type="dxa"/>
          </w:tcPr>
          <w:p w:rsidRPr="008C0702" w:rsidR="00734F80" w:rsidP="00C75A5D" w:rsidRDefault="00734F80" w14:paraId="45FAA6CE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Yes  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No</w:t>
            </w:r>
          </w:p>
        </w:tc>
        <w:tc>
          <w:tcPr>
            <w:tcW w:w="2880" w:type="dxa"/>
          </w:tcPr>
          <w:p w:rsidRPr="008C0702" w:rsidR="00734F80" w:rsidP="00C75A5D" w:rsidRDefault="00734F80" w14:paraId="3BDDF704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3D4EDB" w14:paraId="31E88FB8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Pr="008C0702" w:rsidR="00734F80" w:rsidP="00C75A5D" w:rsidRDefault="00734F80" w14:paraId="16AC108F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Verbal aggression</w:t>
            </w:r>
          </w:p>
        </w:tc>
        <w:tc>
          <w:tcPr>
            <w:tcW w:w="2880" w:type="dxa"/>
          </w:tcPr>
          <w:p w:rsidRPr="008C0702" w:rsidR="00734F80" w:rsidP="00C75A5D" w:rsidRDefault="00734F80" w14:paraId="62040A99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Yes  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No</w:t>
            </w:r>
          </w:p>
        </w:tc>
        <w:tc>
          <w:tcPr>
            <w:tcW w:w="2880" w:type="dxa"/>
          </w:tcPr>
          <w:p w:rsidRPr="008C0702" w:rsidR="00734F80" w:rsidP="00C75A5D" w:rsidRDefault="00734F80" w14:paraId="501788D1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3D4EDB" w14:paraId="473B5FCA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Pr="008C0702" w:rsidR="00734F80" w:rsidP="00C75A5D" w:rsidRDefault="00734F80" w14:paraId="41DE5EDC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Property damage</w:t>
            </w:r>
          </w:p>
        </w:tc>
        <w:tc>
          <w:tcPr>
            <w:tcW w:w="2880" w:type="dxa"/>
          </w:tcPr>
          <w:p w:rsidRPr="008C0702" w:rsidR="00734F80" w:rsidP="00C75A5D" w:rsidRDefault="00734F80" w14:paraId="0AE9EFAC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Yes  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No</w:t>
            </w:r>
          </w:p>
        </w:tc>
        <w:tc>
          <w:tcPr>
            <w:tcW w:w="2880" w:type="dxa"/>
          </w:tcPr>
          <w:p w:rsidRPr="008C0702" w:rsidR="00734F80" w:rsidP="00C75A5D" w:rsidRDefault="00734F80" w14:paraId="4B9C537A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3D4EDB" w14:paraId="0588999D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Pr="008C0702" w:rsidR="00734F80" w:rsidP="00C75A5D" w:rsidRDefault="00734F80" w14:paraId="4BD69482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Self-injurious behaviour</w:t>
            </w:r>
          </w:p>
        </w:tc>
        <w:tc>
          <w:tcPr>
            <w:tcW w:w="2880" w:type="dxa"/>
          </w:tcPr>
          <w:p w:rsidRPr="008C0702" w:rsidR="00734F80" w:rsidP="00C75A5D" w:rsidRDefault="00734F80" w14:paraId="020C2E0D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Yes  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No</w:t>
            </w:r>
          </w:p>
        </w:tc>
        <w:tc>
          <w:tcPr>
            <w:tcW w:w="2880" w:type="dxa"/>
          </w:tcPr>
          <w:p w:rsidRPr="008C0702" w:rsidR="00734F80" w:rsidP="00C75A5D" w:rsidRDefault="00734F80" w14:paraId="284F4EA3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3D4EDB" w14:paraId="586AA467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Pr="008C0702" w:rsidR="00734F80" w:rsidP="00C75A5D" w:rsidRDefault="00734F80" w14:paraId="6479D0B5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Running away / Absconding</w:t>
            </w:r>
          </w:p>
        </w:tc>
        <w:tc>
          <w:tcPr>
            <w:tcW w:w="2880" w:type="dxa"/>
          </w:tcPr>
          <w:p w:rsidRPr="008C0702" w:rsidR="00734F80" w:rsidP="00C75A5D" w:rsidRDefault="00734F80" w14:paraId="3048A432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Yes  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No</w:t>
            </w:r>
          </w:p>
        </w:tc>
        <w:tc>
          <w:tcPr>
            <w:tcW w:w="2880" w:type="dxa"/>
          </w:tcPr>
          <w:p w:rsidRPr="008C0702" w:rsidR="00734F80" w:rsidP="00C75A5D" w:rsidRDefault="00734F80" w14:paraId="6DCFCFFA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3D4EDB" w14:paraId="1C726EED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Pr="008C0702" w:rsidR="00734F80" w:rsidP="00C75A5D" w:rsidRDefault="00734F80" w14:paraId="0E31E38E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Refusal to engage</w:t>
            </w:r>
          </w:p>
        </w:tc>
        <w:tc>
          <w:tcPr>
            <w:tcW w:w="2880" w:type="dxa"/>
          </w:tcPr>
          <w:p w:rsidRPr="008C0702" w:rsidR="00734F80" w:rsidP="00C75A5D" w:rsidRDefault="00734F80" w14:paraId="2AF373C9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Yes  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No</w:t>
            </w:r>
          </w:p>
        </w:tc>
        <w:tc>
          <w:tcPr>
            <w:tcW w:w="2880" w:type="dxa"/>
          </w:tcPr>
          <w:p w:rsidRPr="008C0702" w:rsidR="00734F80" w:rsidP="00C75A5D" w:rsidRDefault="00734F80" w14:paraId="58ADBE82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3D4EDB" w14:paraId="3B792F1A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Pr="008C0702" w:rsidR="00734F80" w:rsidP="00C75A5D" w:rsidRDefault="00734F80" w14:paraId="6D162A93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High levels of anxiety</w:t>
            </w:r>
          </w:p>
        </w:tc>
        <w:tc>
          <w:tcPr>
            <w:tcW w:w="2880" w:type="dxa"/>
          </w:tcPr>
          <w:p w:rsidRPr="008C0702" w:rsidR="00734F80" w:rsidP="00C75A5D" w:rsidRDefault="00734F80" w14:paraId="066C3740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Yes  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No</w:t>
            </w:r>
          </w:p>
        </w:tc>
        <w:tc>
          <w:tcPr>
            <w:tcW w:w="2880" w:type="dxa"/>
          </w:tcPr>
          <w:p w:rsidRPr="008C0702" w:rsidR="00734F80" w:rsidP="00C75A5D" w:rsidRDefault="00734F80" w14:paraId="009050D2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3D4EDB" w14:paraId="37C111A0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Pr="008C0702" w:rsidR="00734F80" w:rsidP="00C75A5D" w:rsidRDefault="00734F80" w14:paraId="3310D5BC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Emotionally overwhelmed</w:t>
            </w:r>
          </w:p>
        </w:tc>
        <w:tc>
          <w:tcPr>
            <w:tcW w:w="2880" w:type="dxa"/>
          </w:tcPr>
          <w:p w:rsidRPr="008C0702" w:rsidR="00734F80" w:rsidP="00C75A5D" w:rsidRDefault="00734F80" w14:paraId="27E451B5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Yes  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No</w:t>
            </w:r>
          </w:p>
        </w:tc>
        <w:tc>
          <w:tcPr>
            <w:tcW w:w="2880" w:type="dxa"/>
          </w:tcPr>
          <w:p w:rsidRPr="008C0702" w:rsidR="00734F80" w:rsidP="00C75A5D" w:rsidRDefault="00734F80" w14:paraId="7D1F605F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3D4EDB" w14:paraId="203A2EC5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Pr="008C0702" w:rsidR="00734F80" w:rsidP="00C75A5D" w:rsidRDefault="00734F80" w14:paraId="04CDFD5F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Shut down / Withdrawal</w:t>
            </w:r>
          </w:p>
        </w:tc>
        <w:tc>
          <w:tcPr>
            <w:tcW w:w="2880" w:type="dxa"/>
          </w:tcPr>
          <w:p w:rsidRPr="008C0702" w:rsidR="00734F80" w:rsidP="00C75A5D" w:rsidRDefault="00734F80" w14:paraId="6D7DDB9C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Yes  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No</w:t>
            </w:r>
          </w:p>
        </w:tc>
        <w:tc>
          <w:tcPr>
            <w:tcW w:w="2880" w:type="dxa"/>
          </w:tcPr>
          <w:p w:rsidRPr="008C0702" w:rsidR="00734F80" w:rsidP="00C75A5D" w:rsidRDefault="00734F80" w14:paraId="105ECF0F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3D4EDB" w14:paraId="4F55C599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Pr="008C0702" w:rsidR="00734F80" w:rsidP="00C75A5D" w:rsidRDefault="00734F80" w14:paraId="7320F782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Obsessive / repetitive behaviours</w:t>
            </w:r>
          </w:p>
        </w:tc>
        <w:tc>
          <w:tcPr>
            <w:tcW w:w="2880" w:type="dxa"/>
          </w:tcPr>
          <w:p w:rsidRPr="008C0702" w:rsidR="00734F80" w:rsidP="00C75A5D" w:rsidRDefault="00734F80" w14:paraId="52C41C0E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Yes  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No</w:t>
            </w:r>
          </w:p>
        </w:tc>
        <w:tc>
          <w:tcPr>
            <w:tcW w:w="2880" w:type="dxa"/>
          </w:tcPr>
          <w:p w:rsidRPr="008C0702" w:rsidR="00734F80" w:rsidP="00C75A5D" w:rsidRDefault="00734F80" w14:paraId="4875193B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3D4EDB" w14:paraId="2839C587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Pr="008C0702" w:rsidR="00734F80" w:rsidP="00C75A5D" w:rsidRDefault="00734F80" w14:paraId="288A5E44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Rigid thinking</w:t>
            </w:r>
          </w:p>
        </w:tc>
        <w:tc>
          <w:tcPr>
            <w:tcW w:w="2880" w:type="dxa"/>
          </w:tcPr>
          <w:p w:rsidRPr="008C0702" w:rsidR="00734F80" w:rsidP="00C75A5D" w:rsidRDefault="00734F80" w14:paraId="5F4F2ED1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Yes  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No</w:t>
            </w:r>
          </w:p>
        </w:tc>
        <w:tc>
          <w:tcPr>
            <w:tcW w:w="2880" w:type="dxa"/>
          </w:tcPr>
          <w:p w:rsidRPr="008C0702" w:rsidR="00734F80" w:rsidP="00C75A5D" w:rsidRDefault="00734F80" w14:paraId="7BC3F924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3D4EDB" w14:paraId="45F212AC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Pr="008C0702" w:rsidR="00734F80" w:rsidP="00C75A5D" w:rsidRDefault="00734F80" w14:paraId="4B5B91CD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Other behaviours of concern</w:t>
            </w:r>
          </w:p>
        </w:tc>
        <w:tc>
          <w:tcPr>
            <w:tcW w:w="2880" w:type="dxa"/>
          </w:tcPr>
          <w:p w:rsidRPr="008C0702" w:rsidR="00734F80" w:rsidP="00C75A5D" w:rsidRDefault="00734F80" w14:paraId="12F54370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Yes  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No</w:t>
            </w:r>
          </w:p>
        </w:tc>
        <w:tc>
          <w:tcPr>
            <w:tcW w:w="2880" w:type="dxa"/>
          </w:tcPr>
          <w:p w:rsidRPr="008C0702" w:rsidR="00734F80" w:rsidP="00C75A5D" w:rsidRDefault="00734F80" w14:paraId="6628CA9F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</w:p>
        </w:tc>
      </w:tr>
    </w:tbl>
    <w:p w:rsidRPr="008C0702" w:rsidR="00734F80" w:rsidP="00734F80" w:rsidRDefault="00734F80" w14:paraId="72C33350" w14:textId="77777777">
      <w:pPr>
        <w:rPr>
          <w:rFonts w:ascii="Century Gothic" w:hAnsi="Century Gothic"/>
        </w:rPr>
      </w:pPr>
    </w:p>
    <w:p w:rsidRPr="008C0702" w:rsidR="00734F80" w:rsidP="00734F80" w:rsidRDefault="00734F80" w14:paraId="4594744E" w14:textId="77777777">
      <w:pPr>
        <w:pStyle w:val="Heading2"/>
        <w:rPr>
          <w:rFonts w:ascii="Century Gothic" w:hAnsi="Century Gothic"/>
        </w:rPr>
      </w:pPr>
      <w:r w:rsidRPr="008C0702">
        <w:rPr>
          <w:rFonts w:ascii="Century Gothic" w:hAnsi="Century Gothic"/>
          <w:color w:val="5F7A61"/>
        </w:rPr>
        <w:lastRenderedPageBreak/>
        <w:t>Positive Behaviour Support</w:t>
      </w:r>
    </w:p>
    <w:tbl>
      <w:tblPr>
        <w:tblStyle w:val="GridTable4-Accent3"/>
        <w:tblW w:w="0" w:type="auto"/>
        <w:tblLook w:val="04A0" w:firstRow="1" w:lastRow="0" w:firstColumn="1" w:lastColumn="0" w:noHBand="0" w:noVBand="1"/>
      </w:tblPr>
      <w:tblGrid>
        <w:gridCol w:w="4315"/>
        <w:gridCol w:w="4315"/>
      </w:tblGrid>
      <w:tr w:rsidRPr="008C0702" w:rsidR="00734F80" w:rsidTr="003D4EDB" w14:paraId="0B8309AC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6B3EB212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Information Required</w:t>
            </w:r>
          </w:p>
        </w:tc>
        <w:tc>
          <w:tcPr>
            <w:tcW w:w="4320" w:type="dxa"/>
          </w:tcPr>
          <w:p w:rsidRPr="008C0702" w:rsidR="00734F80" w:rsidP="00C75A5D" w:rsidRDefault="00734F80" w14:paraId="5F423F4B" w14:textId="7777777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Response</w:t>
            </w:r>
          </w:p>
        </w:tc>
      </w:tr>
      <w:tr w:rsidRPr="008C0702" w:rsidR="00734F80" w:rsidTr="003D4EDB" w14:paraId="39407835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3D16D4C4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What strategies work well?</w:t>
            </w:r>
          </w:p>
        </w:tc>
        <w:tc>
          <w:tcPr>
            <w:tcW w:w="4320" w:type="dxa"/>
          </w:tcPr>
          <w:p w:rsidRPr="008C0702" w:rsidR="00734F80" w:rsidP="00C75A5D" w:rsidRDefault="00734F80" w14:paraId="2FED2F68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  <w:r w:rsidRPr="008C0702">
              <w:rPr>
                <w:rFonts w:ascii="Century Gothic" w:hAnsi="Century Gothic"/>
              </w:rPr>
              <w:br/>
            </w: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3D4EDB" w14:paraId="2D1974AC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79505168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What strategies should be avoided?</w:t>
            </w:r>
          </w:p>
        </w:tc>
        <w:tc>
          <w:tcPr>
            <w:tcW w:w="4320" w:type="dxa"/>
          </w:tcPr>
          <w:p w:rsidRPr="008C0702" w:rsidR="00734F80" w:rsidP="00C75A5D" w:rsidRDefault="00734F80" w14:paraId="194FFFEA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  <w:r w:rsidRPr="008C0702">
              <w:rPr>
                <w:rFonts w:ascii="Century Gothic" w:hAnsi="Century Gothic"/>
              </w:rPr>
              <w:br/>
            </w: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3D4EDB" w14:paraId="703044B5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449DBAF5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Current Behaviour Support Plan in place?</w:t>
            </w:r>
          </w:p>
        </w:tc>
        <w:tc>
          <w:tcPr>
            <w:tcW w:w="4320" w:type="dxa"/>
          </w:tcPr>
          <w:p w:rsidRPr="008C0702" w:rsidR="00734F80" w:rsidP="00C75A5D" w:rsidRDefault="00734F80" w14:paraId="721A25FD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Yes  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No</w:t>
            </w:r>
          </w:p>
        </w:tc>
      </w:tr>
      <w:tr w:rsidRPr="008C0702" w:rsidR="00734F80" w:rsidTr="003D4EDB" w14:paraId="6915DE68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06C8BFE1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Positive reinforcement used</w:t>
            </w:r>
          </w:p>
        </w:tc>
        <w:tc>
          <w:tcPr>
            <w:tcW w:w="4320" w:type="dxa"/>
          </w:tcPr>
          <w:p w:rsidRPr="008C0702" w:rsidR="00734F80" w:rsidP="00C75A5D" w:rsidRDefault="00734F80" w14:paraId="5E75D269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3D4EDB" w14:paraId="2208E744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07023AF0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Preferred motivators</w:t>
            </w:r>
          </w:p>
        </w:tc>
        <w:tc>
          <w:tcPr>
            <w:tcW w:w="4320" w:type="dxa"/>
          </w:tcPr>
          <w:p w:rsidRPr="008C0702" w:rsidR="00734F80" w:rsidP="00C75A5D" w:rsidRDefault="00734F80" w14:paraId="7B9BC607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  <w:r w:rsidRPr="008C0702">
              <w:rPr>
                <w:rFonts w:ascii="Century Gothic" w:hAnsi="Century Gothic"/>
              </w:rPr>
              <w:br/>
            </w:r>
          </w:p>
        </w:tc>
      </w:tr>
    </w:tbl>
    <w:p w:rsidRPr="008C0702" w:rsidR="00734F80" w:rsidP="00734F80" w:rsidRDefault="00734F80" w14:paraId="4A9CE4C2" w14:textId="77777777">
      <w:pPr>
        <w:rPr>
          <w:rFonts w:ascii="Century Gothic" w:hAnsi="Century Gothic"/>
        </w:rPr>
      </w:pPr>
    </w:p>
    <w:p w:rsidRPr="008C0702" w:rsidR="00734F80" w:rsidP="00734F80" w:rsidRDefault="00734F80" w14:paraId="0000C424" w14:textId="77777777">
      <w:pPr>
        <w:pStyle w:val="Heading2"/>
        <w:rPr>
          <w:rFonts w:ascii="Century Gothic" w:hAnsi="Century Gothic"/>
        </w:rPr>
      </w:pPr>
      <w:r w:rsidRPr="008C0702">
        <w:rPr>
          <w:rFonts w:ascii="Century Gothic" w:hAnsi="Century Gothic"/>
          <w:color w:val="5F7A61"/>
        </w:rPr>
        <w:t>Risk Assessment Summary</w:t>
      </w:r>
    </w:p>
    <w:tbl>
      <w:tblPr>
        <w:tblStyle w:val="GridTable4-Accent3"/>
        <w:tblW w:w="0" w:type="auto"/>
        <w:tblLook w:val="04A0" w:firstRow="1" w:lastRow="0" w:firstColumn="1" w:lastColumn="0" w:noHBand="0" w:noVBand="1"/>
      </w:tblPr>
      <w:tblGrid>
        <w:gridCol w:w="2158"/>
        <w:gridCol w:w="2157"/>
        <w:gridCol w:w="2157"/>
        <w:gridCol w:w="2158"/>
      </w:tblGrid>
      <w:tr w:rsidRPr="008C0702" w:rsidR="00734F80" w:rsidTr="003D4EDB" w14:paraId="6255CBF9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0" w:type="dxa"/>
          </w:tcPr>
          <w:p w:rsidRPr="008C0702" w:rsidR="00734F80" w:rsidP="00C75A5D" w:rsidRDefault="00734F80" w14:paraId="38714E81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Risk Area</w:t>
            </w:r>
          </w:p>
        </w:tc>
        <w:tc>
          <w:tcPr>
            <w:tcW w:w="2160" w:type="dxa"/>
          </w:tcPr>
          <w:p w:rsidRPr="008C0702" w:rsidR="00734F80" w:rsidP="00C75A5D" w:rsidRDefault="00734F80" w14:paraId="6DDD71E5" w14:textId="7777777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Present?</w:t>
            </w:r>
          </w:p>
        </w:tc>
        <w:tc>
          <w:tcPr>
            <w:tcW w:w="2160" w:type="dxa"/>
          </w:tcPr>
          <w:p w:rsidRPr="008C0702" w:rsidR="00734F80" w:rsidP="00C75A5D" w:rsidRDefault="00734F80" w14:paraId="63674D4F" w14:textId="7777777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Current Level</w:t>
            </w:r>
          </w:p>
        </w:tc>
        <w:tc>
          <w:tcPr>
            <w:tcW w:w="2160" w:type="dxa"/>
          </w:tcPr>
          <w:p w:rsidRPr="008C0702" w:rsidR="00734F80" w:rsidP="00C75A5D" w:rsidRDefault="00734F80" w14:paraId="0D0DB7EE" w14:textId="7777777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Comments / Management</w:t>
            </w:r>
          </w:p>
        </w:tc>
      </w:tr>
      <w:tr w:rsidRPr="008C0702" w:rsidR="00734F80" w:rsidTr="003D4EDB" w14:paraId="682DB43F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0" w:type="dxa"/>
          </w:tcPr>
          <w:p w:rsidRPr="008C0702" w:rsidR="00734F80" w:rsidP="00C75A5D" w:rsidRDefault="00734F80" w14:paraId="107EF73C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Risk to self</w:t>
            </w:r>
          </w:p>
        </w:tc>
        <w:tc>
          <w:tcPr>
            <w:tcW w:w="2160" w:type="dxa"/>
          </w:tcPr>
          <w:p w:rsidRPr="008C0702" w:rsidR="00734F80" w:rsidP="00C75A5D" w:rsidRDefault="00734F80" w14:paraId="71DF8239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Yes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No</w:t>
            </w:r>
          </w:p>
        </w:tc>
        <w:tc>
          <w:tcPr>
            <w:tcW w:w="2160" w:type="dxa"/>
          </w:tcPr>
          <w:p w:rsidRPr="008C0702" w:rsidR="00734F80" w:rsidP="00C75A5D" w:rsidRDefault="00734F80" w14:paraId="2693C536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Low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Medium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High</w:t>
            </w:r>
          </w:p>
        </w:tc>
        <w:tc>
          <w:tcPr>
            <w:tcW w:w="2160" w:type="dxa"/>
          </w:tcPr>
          <w:p w:rsidRPr="008C0702" w:rsidR="00734F80" w:rsidP="00C75A5D" w:rsidRDefault="00734F80" w14:paraId="0E016FE1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3D4EDB" w14:paraId="0AA6AF5F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0" w:type="dxa"/>
          </w:tcPr>
          <w:p w:rsidRPr="008C0702" w:rsidR="00734F80" w:rsidP="00C75A5D" w:rsidRDefault="00734F80" w14:paraId="3C68C6DA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Risk to others</w:t>
            </w:r>
          </w:p>
        </w:tc>
        <w:tc>
          <w:tcPr>
            <w:tcW w:w="2160" w:type="dxa"/>
          </w:tcPr>
          <w:p w:rsidRPr="008C0702" w:rsidR="00734F80" w:rsidP="00C75A5D" w:rsidRDefault="00734F80" w14:paraId="1AA17D9A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Yes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No</w:t>
            </w:r>
          </w:p>
        </w:tc>
        <w:tc>
          <w:tcPr>
            <w:tcW w:w="2160" w:type="dxa"/>
          </w:tcPr>
          <w:p w:rsidRPr="008C0702" w:rsidR="00734F80" w:rsidP="00C75A5D" w:rsidRDefault="00734F80" w14:paraId="405C3FB5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Low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Medium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High</w:t>
            </w:r>
          </w:p>
        </w:tc>
        <w:tc>
          <w:tcPr>
            <w:tcW w:w="2160" w:type="dxa"/>
          </w:tcPr>
          <w:p w:rsidRPr="008C0702" w:rsidR="00734F80" w:rsidP="00C75A5D" w:rsidRDefault="00734F80" w14:paraId="2E04D686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3D4EDB" w14:paraId="66F50651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0" w:type="dxa"/>
          </w:tcPr>
          <w:p w:rsidRPr="008C0702" w:rsidR="00734F80" w:rsidP="00C75A5D" w:rsidRDefault="00734F80" w14:paraId="37A27713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Damage to property</w:t>
            </w:r>
          </w:p>
        </w:tc>
        <w:tc>
          <w:tcPr>
            <w:tcW w:w="2160" w:type="dxa"/>
          </w:tcPr>
          <w:p w:rsidRPr="008C0702" w:rsidR="00734F80" w:rsidP="00C75A5D" w:rsidRDefault="00734F80" w14:paraId="6EBEEA24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Yes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No</w:t>
            </w:r>
          </w:p>
        </w:tc>
        <w:tc>
          <w:tcPr>
            <w:tcW w:w="2160" w:type="dxa"/>
          </w:tcPr>
          <w:p w:rsidRPr="008C0702" w:rsidR="00734F80" w:rsidP="00C75A5D" w:rsidRDefault="00734F80" w14:paraId="2D2969E8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Low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Medium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High</w:t>
            </w:r>
          </w:p>
        </w:tc>
        <w:tc>
          <w:tcPr>
            <w:tcW w:w="2160" w:type="dxa"/>
          </w:tcPr>
          <w:p w:rsidRPr="008C0702" w:rsidR="00734F80" w:rsidP="00C75A5D" w:rsidRDefault="00734F80" w14:paraId="28D0A274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3D4EDB" w14:paraId="3A8302EF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0" w:type="dxa"/>
          </w:tcPr>
          <w:p w:rsidRPr="008C0702" w:rsidR="00734F80" w:rsidP="00C75A5D" w:rsidRDefault="00734F80" w14:paraId="61004AE2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Absconding</w:t>
            </w:r>
          </w:p>
        </w:tc>
        <w:tc>
          <w:tcPr>
            <w:tcW w:w="2160" w:type="dxa"/>
          </w:tcPr>
          <w:p w:rsidRPr="008C0702" w:rsidR="00734F80" w:rsidP="00C75A5D" w:rsidRDefault="00734F80" w14:paraId="6345AACC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Yes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No</w:t>
            </w:r>
          </w:p>
        </w:tc>
        <w:tc>
          <w:tcPr>
            <w:tcW w:w="2160" w:type="dxa"/>
          </w:tcPr>
          <w:p w:rsidRPr="008C0702" w:rsidR="00734F80" w:rsidP="00C75A5D" w:rsidRDefault="00734F80" w14:paraId="02B64721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Low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Medium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High</w:t>
            </w:r>
          </w:p>
        </w:tc>
        <w:tc>
          <w:tcPr>
            <w:tcW w:w="2160" w:type="dxa"/>
          </w:tcPr>
          <w:p w:rsidRPr="008C0702" w:rsidR="00734F80" w:rsidP="00C75A5D" w:rsidRDefault="00734F80" w14:paraId="25D3697F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3D4EDB" w14:paraId="27052BC9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0" w:type="dxa"/>
          </w:tcPr>
          <w:p w:rsidRPr="008C0702" w:rsidR="00734F80" w:rsidP="00C75A5D" w:rsidRDefault="00734F80" w14:paraId="4F14547A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Online safety</w:t>
            </w:r>
          </w:p>
        </w:tc>
        <w:tc>
          <w:tcPr>
            <w:tcW w:w="2160" w:type="dxa"/>
          </w:tcPr>
          <w:p w:rsidRPr="008C0702" w:rsidR="00734F80" w:rsidP="00C75A5D" w:rsidRDefault="00734F80" w14:paraId="59F9BB5D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Yes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No</w:t>
            </w:r>
          </w:p>
        </w:tc>
        <w:tc>
          <w:tcPr>
            <w:tcW w:w="2160" w:type="dxa"/>
          </w:tcPr>
          <w:p w:rsidRPr="008C0702" w:rsidR="00734F80" w:rsidP="00C75A5D" w:rsidRDefault="00734F80" w14:paraId="5C95BFF7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Low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Medium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High</w:t>
            </w:r>
          </w:p>
        </w:tc>
        <w:tc>
          <w:tcPr>
            <w:tcW w:w="2160" w:type="dxa"/>
          </w:tcPr>
          <w:p w:rsidRPr="008C0702" w:rsidR="00734F80" w:rsidP="00C75A5D" w:rsidRDefault="00734F80" w14:paraId="77F2571F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3D4EDB" w14:paraId="58D2BC5D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0" w:type="dxa"/>
          </w:tcPr>
          <w:p w:rsidRPr="008C0702" w:rsidR="00734F80" w:rsidP="00C75A5D" w:rsidRDefault="00734F80" w14:paraId="0C6D8AAD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Safeguarding vulnerability</w:t>
            </w:r>
          </w:p>
        </w:tc>
        <w:tc>
          <w:tcPr>
            <w:tcW w:w="2160" w:type="dxa"/>
          </w:tcPr>
          <w:p w:rsidRPr="008C0702" w:rsidR="00734F80" w:rsidP="00C75A5D" w:rsidRDefault="00734F80" w14:paraId="616DBB5A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Yes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No</w:t>
            </w:r>
          </w:p>
        </w:tc>
        <w:tc>
          <w:tcPr>
            <w:tcW w:w="2160" w:type="dxa"/>
          </w:tcPr>
          <w:p w:rsidRPr="008C0702" w:rsidR="00734F80" w:rsidP="00C75A5D" w:rsidRDefault="00734F80" w14:paraId="49B967DA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Low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Medium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High</w:t>
            </w:r>
          </w:p>
        </w:tc>
        <w:tc>
          <w:tcPr>
            <w:tcW w:w="2160" w:type="dxa"/>
          </w:tcPr>
          <w:p w:rsidRPr="008C0702" w:rsidR="00734F80" w:rsidP="00C75A5D" w:rsidRDefault="00734F80" w14:paraId="68D1EF35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3D4EDB" w14:paraId="1223876E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0" w:type="dxa"/>
          </w:tcPr>
          <w:p w:rsidRPr="008C0702" w:rsidR="00734F80" w:rsidP="00C75A5D" w:rsidRDefault="00734F80" w14:paraId="27911C25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Other</w:t>
            </w:r>
          </w:p>
        </w:tc>
        <w:tc>
          <w:tcPr>
            <w:tcW w:w="2160" w:type="dxa"/>
          </w:tcPr>
          <w:p w:rsidRPr="008C0702" w:rsidR="00734F80" w:rsidP="00C75A5D" w:rsidRDefault="00734F80" w14:paraId="04F1818D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Yes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No</w:t>
            </w:r>
          </w:p>
        </w:tc>
        <w:tc>
          <w:tcPr>
            <w:tcW w:w="2160" w:type="dxa"/>
          </w:tcPr>
          <w:p w:rsidRPr="008C0702" w:rsidR="00734F80" w:rsidP="00C75A5D" w:rsidRDefault="00734F80" w14:paraId="4003A3FD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Low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Medium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High</w:t>
            </w:r>
          </w:p>
        </w:tc>
        <w:tc>
          <w:tcPr>
            <w:tcW w:w="2160" w:type="dxa"/>
          </w:tcPr>
          <w:p w:rsidRPr="008C0702" w:rsidR="00734F80" w:rsidP="00C75A5D" w:rsidRDefault="00734F80" w14:paraId="66B6E95D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</w:p>
        </w:tc>
      </w:tr>
    </w:tbl>
    <w:p w:rsidR="00734F80" w:rsidP="00734F80" w:rsidRDefault="00734F80" w14:paraId="780F36FD" w14:textId="77777777">
      <w:pPr>
        <w:rPr>
          <w:rFonts w:ascii="Century Gothic" w:hAnsi="Century Gothic"/>
        </w:rPr>
      </w:pPr>
    </w:p>
    <w:p w:rsidRPr="008C0702" w:rsidR="003D4EDB" w:rsidP="00734F80" w:rsidRDefault="003D4EDB" w14:paraId="0CC09412" w14:textId="77777777">
      <w:pPr>
        <w:rPr>
          <w:rFonts w:ascii="Century Gothic" w:hAnsi="Century Gothic"/>
        </w:rPr>
      </w:pPr>
    </w:p>
    <w:p w:rsidRPr="008C0702" w:rsidR="00734F80" w:rsidP="00734F80" w:rsidRDefault="00734F80" w14:paraId="7ABD724E" w14:textId="77777777">
      <w:pPr>
        <w:pStyle w:val="Heading2"/>
        <w:rPr>
          <w:rFonts w:ascii="Century Gothic" w:hAnsi="Century Gothic"/>
        </w:rPr>
      </w:pPr>
      <w:r w:rsidRPr="008C0702">
        <w:rPr>
          <w:rFonts w:ascii="Century Gothic" w:hAnsi="Century Gothic"/>
          <w:color w:val="5F7A61"/>
        </w:rPr>
        <w:t>Additional Social, Emotional &amp; Behaviour Information</w:t>
      </w:r>
    </w:p>
    <w:tbl>
      <w:tblPr>
        <w:tblStyle w:val="GridTable1Light-Accent3"/>
        <w:tblW w:w="0" w:type="auto"/>
        <w:tblLook w:val="04A0" w:firstRow="1" w:lastRow="0" w:firstColumn="1" w:lastColumn="0" w:noHBand="0" w:noVBand="1"/>
      </w:tblPr>
      <w:tblGrid>
        <w:gridCol w:w="8630"/>
      </w:tblGrid>
      <w:tr w:rsidRPr="008C0702" w:rsidR="00734F80" w:rsidTr="003D4EDB" w14:paraId="66BA7689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0" w:type="dxa"/>
          </w:tcPr>
          <w:p w:rsidRPr="008C0702" w:rsidR="00734F80" w:rsidP="00C75A5D" w:rsidRDefault="00734F80" w14:paraId="50D717D7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Please provide any further information that would help Homebrook Woods understand the child's social, emotional and behavioural presentation.</w:t>
            </w:r>
          </w:p>
        </w:tc>
      </w:tr>
      <w:tr w:rsidRPr="008C0702" w:rsidR="00734F80" w:rsidTr="003D4EDB" w14:paraId="4665B2E3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0" w:type="dxa"/>
          </w:tcPr>
          <w:p w:rsidRPr="008C0702" w:rsidR="00734F80" w:rsidP="00C75A5D" w:rsidRDefault="00734F80" w14:paraId="1A624109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  <w:r w:rsidRPr="008C0702">
              <w:rPr>
                <w:rFonts w:ascii="Century Gothic" w:hAnsi="Century Gothic"/>
              </w:rPr>
              <w:br/>
            </w:r>
            <w:r w:rsidRPr="008C0702">
              <w:rPr>
                <w:rFonts w:ascii="Century Gothic" w:hAnsi="Century Gothic"/>
              </w:rPr>
              <w:br/>
            </w:r>
            <w:r w:rsidRPr="008C0702">
              <w:rPr>
                <w:rFonts w:ascii="Century Gothic" w:hAnsi="Century Gothic"/>
              </w:rPr>
              <w:br/>
            </w:r>
            <w:r w:rsidRPr="008C0702">
              <w:rPr>
                <w:rFonts w:ascii="Century Gothic" w:hAnsi="Century Gothic"/>
              </w:rPr>
              <w:br/>
            </w:r>
            <w:r w:rsidRPr="008C0702">
              <w:rPr>
                <w:rFonts w:ascii="Century Gothic" w:hAnsi="Century Gothic"/>
              </w:rPr>
              <w:lastRenderedPageBreak/>
              <w:br/>
            </w:r>
          </w:p>
        </w:tc>
      </w:tr>
    </w:tbl>
    <w:p w:rsidRPr="008C0702" w:rsidR="00734F80" w:rsidP="00734F80" w:rsidRDefault="00734F80" w14:paraId="468C8648" w14:textId="77777777">
      <w:pPr>
        <w:rPr>
          <w:rFonts w:ascii="Century Gothic" w:hAnsi="Century Gothic"/>
        </w:rPr>
      </w:pPr>
    </w:p>
    <w:p w:rsidRPr="006E751A" w:rsidR="00734F80" w:rsidP="003D4EDB" w:rsidRDefault="00734F80" w14:paraId="18084D81" w14:textId="15A3AA8B">
      <w:pPr>
        <w:pStyle w:val="Heading1"/>
        <w:keepNext w:val="0"/>
        <w:shd w:val="clear" w:color="auto" w:fill="C2D69B" w:themeFill="accent3" w:themeFillTint="99"/>
        <w:spacing w:before="0"/>
        <w:rPr>
          <w:rFonts w:ascii="Century Gothic" w:hAnsi="Century Gothic"/>
          <w:color w:val="4F6228" w:themeColor="accent3" w:themeShade="80"/>
          <w:sz w:val="20"/>
          <w:szCs w:val="20"/>
        </w:rPr>
      </w:pPr>
      <w:r w:rsidRPr="006E751A">
        <w:rPr>
          <w:rFonts w:ascii="Century Gothic" w:hAnsi="Century Gothic"/>
          <w:color w:val="4F6228" w:themeColor="accent3" w:themeShade="80"/>
          <w:sz w:val="20"/>
          <w:szCs w:val="20"/>
        </w:rPr>
        <w:t>SECTION 7</w:t>
      </w:r>
      <w:r w:rsidRPr="006E751A" w:rsidR="00C362FB">
        <w:rPr>
          <w:rFonts w:ascii="Century Gothic" w:hAnsi="Century Gothic"/>
          <w:color w:val="4F6228" w:themeColor="accent3" w:themeShade="80"/>
          <w:sz w:val="20"/>
          <w:szCs w:val="20"/>
        </w:rPr>
        <w:t xml:space="preserve"> OF 8</w:t>
      </w:r>
    </w:p>
    <w:p w:rsidRPr="006E751A" w:rsidR="00734F80" w:rsidP="003D4EDB" w:rsidRDefault="00734F80" w14:paraId="1191FD12" w14:textId="77777777">
      <w:pPr>
        <w:pStyle w:val="Heading2"/>
        <w:shd w:val="clear" w:color="auto" w:fill="C2D69B" w:themeFill="accent3" w:themeFillTint="99"/>
        <w:spacing w:before="0"/>
        <w:rPr>
          <w:rFonts w:ascii="Century Gothic" w:hAnsi="Century Gothic"/>
          <w:color w:val="4F6228" w:themeColor="accent3" w:themeShade="80"/>
          <w:sz w:val="28"/>
          <w:szCs w:val="28"/>
        </w:rPr>
      </w:pPr>
      <w:r w:rsidRPr="006E751A">
        <w:rPr>
          <w:rFonts w:ascii="Century Gothic" w:hAnsi="Century Gothic"/>
          <w:color w:val="4F6228" w:themeColor="accent3" w:themeShade="80"/>
          <w:sz w:val="28"/>
          <w:szCs w:val="28"/>
        </w:rPr>
        <w:t>Medical, Personal Care, Safeguarding &amp; Risk Management</w:t>
      </w:r>
    </w:p>
    <w:p w:rsidRPr="008C0702" w:rsidR="00734F80" w:rsidP="00734F80" w:rsidRDefault="00734F80" w14:paraId="28A65FA7" w14:textId="77777777">
      <w:pPr>
        <w:rPr>
          <w:rFonts w:ascii="Century Gothic" w:hAnsi="Century Gothic"/>
        </w:rPr>
      </w:pPr>
      <w:r w:rsidRPr="008C0702">
        <w:rPr>
          <w:rFonts w:ascii="Century Gothic" w:hAnsi="Century Gothic"/>
        </w:rPr>
        <w:t>This section provides essential information regarding the child's health, personal care, safeguarding needs and any identified risks that Homebrook Woods should consider during the admissions process.</w:t>
      </w:r>
    </w:p>
    <w:p w:rsidRPr="008C0702" w:rsidR="00734F80" w:rsidP="00734F80" w:rsidRDefault="00734F80" w14:paraId="11B0416B" w14:textId="77777777">
      <w:pPr>
        <w:pStyle w:val="Heading2"/>
        <w:rPr>
          <w:rFonts w:ascii="Century Gothic" w:hAnsi="Century Gothic"/>
        </w:rPr>
      </w:pPr>
      <w:r w:rsidRPr="008C0702">
        <w:rPr>
          <w:rFonts w:ascii="Century Gothic" w:hAnsi="Century Gothic"/>
          <w:color w:val="5F7A61"/>
        </w:rPr>
        <w:t>Medical Information</w:t>
      </w:r>
    </w:p>
    <w:tbl>
      <w:tblPr>
        <w:tblStyle w:val="GridTable4-Accent3"/>
        <w:tblW w:w="0" w:type="auto"/>
        <w:tblLook w:val="04A0" w:firstRow="1" w:lastRow="0" w:firstColumn="1" w:lastColumn="0" w:noHBand="0" w:noVBand="1"/>
      </w:tblPr>
      <w:tblGrid>
        <w:gridCol w:w="4315"/>
        <w:gridCol w:w="4315"/>
      </w:tblGrid>
      <w:tr w:rsidRPr="008C0702" w:rsidR="00734F80" w:rsidTr="006E751A" w14:paraId="3BE030E2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31CA5EBE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Information Required</w:t>
            </w:r>
          </w:p>
        </w:tc>
        <w:tc>
          <w:tcPr>
            <w:tcW w:w="4320" w:type="dxa"/>
          </w:tcPr>
          <w:p w:rsidRPr="008C0702" w:rsidR="00734F80" w:rsidP="00C75A5D" w:rsidRDefault="00734F80" w14:paraId="3BA173B1" w14:textId="7777777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Response</w:t>
            </w:r>
          </w:p>
        </w:tc>
      </w:tr>
      <w:tr w:rsidRPr="008C0702" w:rsidR="00734F80" w:rsidTr="006E751A" w14:paraId="3F8ED9AA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22C010F1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Primary Medical Diagnosis / Diagnoses</w:t>
            </w:r>
          </w:p>
        </w:tc>
        <w:tc>
          <w:tcPr>
            <w:tcW w:w="4320" w:type="dxa"/>
          </w:tcPr>
          <w:p w:rsidRPr="008C0702" w:rsidR="00734F80" w:rsidP="00C75A5D" w:rsidRDefault="00734F80" w14:paraId="3D56A1ED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6E751A" w14:paraId="2AC1AED8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66411D0E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Current Medication (include dosage if known)</w:t>
            </w:r>
          </w:p>
        </w:tc>
        <w:tc>
          <w:tcPr>
            <w:tcW w:w="4320" w:type="dxa"/>
          </w:tcPr>
          <w:p w:rsidRPr="008C0702" w:rsidR="00734F80" w:rsidP="00C75A5D" w:rsidRDefault="00734F80" w14:paraId="6B049B2B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  <w:r w:rsidRPr="008C0702">
              <w:rPr>
                <w:rFonts w:ascii="Century Gothic" w:hAnsi="Century Gothic"/>
              </w:rPr>
              <w:br/>
            </w: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6E751A" w14:paraId="333F10F3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635D4F6F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Medication Administered During the School Day?</w:t>
            </w:r>
          </w:p>
        </w:tc>
        <w:tc>
          <w:tcPr>
            <w:tcW w:w="4320" w:type="dxa"/>
          </w:tcPr>
          <w:p w:rsidRPr="008C0702" w:rsidR="00734F80" w:rsidP="00C75A5D" w:rsidRDefault="00734F80" w14:paraId="0DBD53A8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Yes  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No</w:t>
            </w:r>
          </w:p>
        </w:tc>
      </w:tr>
      <w:tr w:rsidRPr="008C0702" w:rsidR="00734F80" w:rsidTr="006E751A" w14:paraId="7BFB6AAF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157A079B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Known Allergies</w:t>
            </w:r>
          </w:p>
        </w:tc>
        <w:tc>
          <w:tcPr>
            <w:tcW w:w="4320" w:type="dxa"/>
          </w:tcPr>
          <w:p w:rsidRPr="008C0702" w:rsidR="00734F80" w:rsidP="00C75A5D" w:rsidRDefault="00734F80" w14:paraId="05828A2C" w14:textId="4B1891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None  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Yes </w:t>
            </w:r>
            <w:r w:rsidRPr="00947B06">
              <w:rPr>
                <w:rFonts w:ascii="Century Gothic" w:hAnsi="Century Gothic"/>
                <w:i/>
                <w:iCs/>
              </w:rPr>
              <w:t>(please provide details)</w:t>
            </w:r>
            <w:r w:rsidR="00947B06">
              <w:rPr>
                <w:rFonts w:ascii="Century Gothic" w:hAnsi="Century Gothic"/>
              </w:rPr>
              <w:t>:</w:t>
            </w:r>
            <w:r w:rsidRPr="008C0702">
              <w:rPr>
                <w:rFonts w:ascii="Century Gothic" w:hAnsi="Century Gothic"/>
              </w:rPr>
              <w:br/>
            </w: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6E751A" w14:paraId="75D7D758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7738BE52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Dietary Requirements</w:t>
            </w:r>
          </w:p>
        </w:tc>
        <w:tc>
          <w:tcPr>
            <w:tcW w:w="4320" w:type="dxa"/>
          </w:tcPr>
          <w:p w:rsidRPr="008C0702" w:rsidR="00734F80" w:rsidP="00C75A5D" w:rsidRDefault="00734F80" w14:paraId="56EA4EA4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6E751A" w14:paraId="368BFAB4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746D4F24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Medical Equipment Required in School</w:t>
            </w:r>
          </w:p>
        </w:tc>
        <w:tc>
          <w:tcPr>
            <w:tcW w:w="4320" w:type="dxa"/>
          </w:tcPr>
          <w:p w:rsidRPr="008C0702" w:rsidR="00734F80" w:rsidP="00C75A5D" w:rsidRDefault="00734F80" w14:paraId="208201CE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6E751A" w14:paraId="2E1F06FC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331D8E14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Current Healthcare Plan</w:t>
            </w:r>
          </w:p>
        </w:tc>
        <w:tc>
          <w:tcPr>
            <w:tcW w:w="4320" w:type="dxa"/>
          </w:tcPr>
          <w:p w:rsidRPr="008C0702" w:rsidR="00734F80" w:rsidP="00C75A5D" w:rsidRDefault="00734F80" w14:paraId="0FE06212" w14:textId="5536410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Yes (</w:t>
            </w:r>
            <w:proofErr w:type="gramStart"/>
            <w:r w:rsidR="00947B06">
              <w:rPr>
                <w:rFonts w:ascii="Century Gothic" w:hAnsi="Century Gothic"/>
              </w:rPr>
              <w:t>included</w:t>
            </w:r>
            <w:r w:rsidRPr="008C0702">
              <w:rPr>
                <w:rFonts w:ascii="Century Gothic" w:hAnsi="Century Gothic"/>
              </w:rPr>
              <w:t xml:space="preserve">)   </w:t>
            </w:r>
            <w:proofErr w:type="gramEnd"/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No</w:t>
            </w:r>
          </w:p>
        </w:tc>
      </w:tr>
      <w:tr w:rsidRPr="008C0702" w:rsidR="00734F80" w:rsidTr="006E751A" w14:paraId="5AD07EAF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A1599" w14:paraId="775BBF18" w14:textId="1FA52E9C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Medical Professionals / Specialist Services Currently Involved</w:t>
            </w:r>
          </w:p>
        </w:tc>
        <w:tc>
          <w:tcPr>
            <w:tcW w:w="4320" w:type="dxa"/>
          </w:tcPr>
          <w:p w:rsidRPr="008C0702" w:rsidR="00734F80" w:rsidP="00C75A5D" w:rsidRDefault="00734F80" w14:paraId="15BEFBD9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  <w:r w:rsidRPr="008C0702">
              <w:rPr>
                <w:rFonts w:ascii="Century Gothic" w:hAnsi="Century Gothic"/>
              </w:rPr>
              <w:br/>
            </w:r>
          </w:p>
        </w:tc>
      </w:tr>
    </w:tbl>
    <w:p w:rsidRPr="008C0702" w:rsidR="00734F80" w:rsidP="00734F80" w:rsidRDefault="00734F80" w14:paraId="0B98EB06" w14:textId="77777777">
      <w:pPr>
        <w:rPr>
          <w:rFonts w:ascii="Century Gothic" w:hAnsi="Century Gothic"/>
        </w:rPr>
      </w:pPr>
    </w:p>
    <w:p w:rsidRPr="008C0702" w:rsidR="00734F80" w:rsidP="00734F80" w:rsidRDefault="00734F80" w14:paraId="047D0ACB" w14:textId="77777777">
      <w:pPr>
        <w:pStyle w:val="Heading2"/>
        <w:rPr>
          <w:rFonts w:ascii="Century Gothic" w:hAnsi="Century Gothic"/>
        </w:rPr>
      </w:pPr>
      <w:r w:rsidRPr="008C0702">
        <w:rPr>
          <w:rFonts w:ascii="Century Gothic" w:hAnsi="Century Gothic"/>
          <w:color w:val="5F7A61"/>
        </w:rPr>
        <w:t>Personal Care</w:t>
      </w:r>
    </w:p>
    <w:tbl>
      <w:tblPr>
        <w:tblStyle w:val="GridTable4-Accent3"/>
        <w:tblW w:w="0" w:type="auto"/>
        <w:tblLook w:val="04A0" w:firstRow="1" w:lastRow="0" w:firstColumn="1" w:lastColumn="0" w:noHBand="0" w:noVBand="1"/>
      </w:tblPr>
      <w:tblGrid>
        <w:gridCol w:w="4315"/>
        <w:gridCol w:w="4315"/>
      </w:tblGrid>
      <w:tr w:rsidRPr="008C0702" w:rsidR="00734F80" w:rsidTr="00F96FF0" w14:paraId="7F7D27F3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4C13B768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Information Required</w:t>
            </w:r>
          </w:p>
        </w:tc>
        <w:tc>
          <w:tcPr>
            <w:tcW w:w="4320" w:type="dxa"/>
          </w:tcPr>
          <w:p w:rsidRPr="008C0702" w:rsidR="00734F80" w:rsidP="00C75A5D" w:rsidRDefault="00734F80" w14:paraId="2B6FEA52" w14:textId="7777777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Response</w:t>
            </w:r>
          </w:p>
        </w:tc>
      </w:tr>
      <w:tr w:rsidRPr="008C0702" w:rsidR="00734F80" w:rsidTr="00F96FF0" w14:paraId="0EF855FB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7F727F26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Does the child require support with personal care?</w:t>
            </w:r>
          </w:p>
        </w:tc>
        <w:tc>
          <w:tcPr>
            <w:tcW w:w="4320" w:type="dxa"/>
          </w:tcPr>
          <w:p w:rsidRPr="008C0702" w:rsidR="00734F80" w:rsidP="00C75A5D" w:rsidRDefault="00734F80" w14:paraId="6684C7F8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Yes  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No</w:t>
            </w:r>
          </w:p>
        </w:tc>
      </w:tr>
      <w:tr w:rsidRPr="008C0702" w:rsidR="00734F80" w:rsidTr="00F96FF0" w14:paraId="17B3F155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68072C56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Toileting Support Required</w:t>
            </w:r>
          </w:p>
        </w:tc>
        <w:tc>
          <w:tcPr>
            <w:tcW w:w="4320" w:type="dxa"/>
          </w:tcPr>
          <w:p w:rsidRPr="008C0702" w:rsidR="00734F80" w:rsidP="00C75A5D" w:rsidRDefault="00734F80" w14:paraId="763CDB3F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F96FF0" w14:paraId="668B5009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6D3DFDA7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Eating / Drinking Support Required</w:t>
            </w:r>
          </w:p>
        </w:tc>
        <w:tc>
          <w:tcPr>
            <w:tcW w:w="4320" w:type="dxa"/>
          </w:tcPr>
          <w:p w:rsidRPr="008C0702" w:rsidR="00734F80" w:rsidP="00C75A5D" w:rsidRDefault="00734F80" w14:paraId="7E38DD36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F96FF0" w14:paraId="6B206C2C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098A4702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Dressing / Physical Support Required</w:t>
            </w:r>
          </w:p>
        </w:tc>
        <w:tc>
          <w:tcPr>
            <w:tcW w:w="4320" w:type="dxa"/>
          </w:tcPr>
          <w:p w:rsidRPr="008C0702" w:rsidR="00734F80" w:rsidP="00C75A5D" w:rsidRDefault="00734F80" w14:paraId="18D2D41F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F96FF0" w14:paraId="29723D10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55E2B5B1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Moving &amp; Handling Requirements</w:t>
            </w:r>
          </w:p>
        </w:tc>
        <w:tc>
          <w:tcPr>
            <w:tcW w:w="4320" w:type="dxa"/>
          </w:tcPr>
          <w:p w:rsidRPr="008C0702" w:rsidR="00734F80" w:rsidP="00C75A5D" w:rsidRDefault="00734F80" w14:paraId="75611BBE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F96FF0" w14:paraId="1EC61A4E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1E9D5E2A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lastRenderedPageBreak/>
              <w:t>Independence Skills</w:t>
            </w:r>
          </w:p>
        </w:tc>
        <w:tc>
          <w:tcPr>
            <w:tcW w:w="4320" w:type="dxa"/>
          </w:tcPr>
          <w:p w:rsidRPr="008C0702" w:rsidR="00734F80" w:rsidP="00C75A5D" w:rsidRDefault="00734F80" w14:paraId="16323273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  <w:r w:rsidRPr="008C0702">
              <w:rPr>
                <w:rFonts w:ascii="Century Gothic" w:hAnsi="Century Gothic"/>
              </w:rPr>
              <w:br/>
            </w:r>
          </w:p>
        </w:tc>
      </w:tr>
    </w:tbl>
    <w:p w:rsidRPr="008C0702" w:rsidR="00734F80" w:rsidP="00734F80" w:rsidRDefault="00734F80" w14:paraId="30EBE27A" w14:textId="77777777">
      <w:pPr>
        <w:rPr>
          <w:rFonts w:ascii="Century Gothic" w:hAnsi="Century Gothic"/>
        </w:rPr>
      </w:pPr>
    </w:p>
    <w:p w:rsidRPr="008C0702" w:rsidR="00734F80" w:rsidP="00734F80" w:rsidRDefault="00734F80" w14:paraId="645C2860" w14:textId="77777777">
      <w:pPr>
        <w:pStyle w:val="Heading2"/>
        <w:rPr>
          <w:rFonts w:ascii="Century Gothic" w:hAnsi="Century Gothic"/>
        </w:rPr>
      </w:pPr>
      <w:r w:rsidRPr="008C0702">
        <w:rPr>
          <w:rFonts w:ascii="Century Gothic" w:hAnsi="Century Gothic"/>
          <w:color w:val="5F7A61"/>
        </w:rPr>
        <w:t>Safeguarding Information</w:t>
      </w:r>
    </w:p>
    <w:tbl>
      <w:tblPr>
        <w:tblStyle w:val="GridTable4-Accent3"/>
        <w:tblW w:w="0" w:type="auto"/>
        <w:tblLook w:val="04A0" w:firstRow="1" w:lastRow="0" w:firstColumn="1" w:lastColumn="0" w:noHBand="0" w:noVBand="1"/>
      </w:tblPr>
      <w:tblGrid>
        <w:gridCol w:w="2878"/>
        <w:gridCol w:w="2876"/>
        <w:gridCol w:w="2876"/>
      </w:tblGrid>
      <w:tr w:rsidRPr="008C0702" w:rsidR="00734F80" w:rsidTr="00F96FF0" w14:paraId="4797D1C1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Pr="008C0702" w:rsidR="00734F80" w:rsidP="00C75A5D" w:rsidRDefault="00734F80" w14:paraId="3E85E4B5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Safeguarding Area</w:t>
            </w:r>
          </w:p>
        </w:tc>
        <w:tc>
          <w:tcPr>
            <w:tcW w:w="2880" w:type="dxa"/>
          </w:tcPr>
          <w:p w:rsidRPr="008C0702" w:rsidR="00734F80" w:rsidP="00C75A5D" w:rsidRDefault="00734F80" w14:paraId="31A3DAEE" w14:textId="7777777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Yes / No</w:t>
            </w:r>
          </w:p>
        </w:tc>
        <w:tc>
          <w:tcPr>
            <w:tcW w:w="2880" w:type="dxa"/>
          </w:tcPr>
          <w:p w:rsidRPr="008C0702" w:rsidR="00734F80" w:rsidP="00C75A5D" w:rsidRDefault="00734F80" w14:paraId="7612BADE" w14:textId="7777777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Details</w:t>
            </w:r>
          </w:p>
        </w:tc>
      </w:tr>
      <w:tr w:rsidRPr="008C0702" w:rsidR="00734F80" w:rsidTr="00F96FF0" w14:paraId="238F87CA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Pr="008C0702" w:rsidR="00734F80" w:rsidP="00C75A5D" w:rsidRDefault="00734F80" w14:paraId="2656C3BD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Current safeguarding concerns</w:t>
            </w:r>
          </w:p>
        </w:tc>
        <w:tc>
          <w:tcPr>
            <w:tcW w:w="2880" w:type="dxa"/>
          </w:tcPr>
          <w:p w:rsidRPr="008C0702" w:rsidR="00734F80" w:rsidP="00C75A5D" w:rsidRDefault="00734F80" w14:paraId="699FEF57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Yes  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No</w:t>
            </w:r>
          </w:p>
        </w:tc>
        <w:tc>
          <w:tcPr>
            <w:tcW w:w="2880" w:type="dxa"/>
          </w:tcPr>
          <w:p w:rsidRPr="008C0702" w:rsidR="00734F80" w:rsidP="00C75A5D" w:rsidRDefault="00734F80" w14:paraId="37ADD9F6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F96FF0" w14:paraId="7BFD7645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Pr="008C0702" w:rsidR="00734F80" w:rsidP="00C75A5D" w:rsidRDefault="00734F80" w14:paraId="5459068E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Child Protection Plan</w:t>
            </w:r>
          </w:p>
        </w:tc>
        <w:tc>
          <w:tcPr>
            <w:tcW w:w="2880" w:type="dxa"/>
          </w:tcPr>
          <w:p w:rsidRPr="008C0702" w:rsidR="00734F80" w:rsidP="00C75A5D" w:rsidRDefault="00734F80" w14:paraId="765D5BEF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Yes  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No</w:t>
            </w:r>
          </w:p>
        </w:tc>
        <w:tc>
          <w:tcPr>
            <w:tcW w:w="2880" w:type="dxa"/>
          </w:tcPr>
          <w:p w:rsidRPr="008C0702" w:rsidR="00734F80" w:rsidP="00C75A5D" w:rsidRDefault="00734F80" w14:paraId="769CE4AB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F96FF0" w14:paraId="6DD64525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Pr="008C0702" w:rsidR="00734F80" w:rsidP="00C75A5D" w:rsidRDefault="00734F80" w14:paraId="45AF2289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Child in Need Plan</w:t>
            </w:r>
          </w:p>
        </w:tc>
        <w:tc>
          <w:tcPr>
            <w:tcW w:w="2880" w:type="dxa"/>
          </w:tcPr>
          <w:p w:rsidRPr="008C0702" w:rsidR="00734F80" w:rsidP="00C75A5D" w:rsidRDefault="00734F80" w14:paraId="6ACCCA24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Yes  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No</w:t>
            </w:r>
          </w:p>
        </w:tc>
        <w:tc>
          <w:tcPr>
            <w:tcW w:w="2880" w:type="dxa"/>
          </w:tcPr>
          <w:p w:rsidRPr="008C0702" w:rsidR="00734F80" w:rsidP="00C75A5D" w:rsidRDefault="00734F80" w14:paraId="4D73C841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F96FF0" w14:paraId="5C928C39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Pr="008C0702" w:rsidR="00734F80" w:rsidP="00C75A5D" w:rsidRDefault="00734F80" w14:paraId="50278CFC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Looked After Child (CLA)</w:t>
            </w:r>
          </w:p>
        </w:tc>
        <w:tc>
          <w:tcPr>
            <w:tcW w:w="2880" w:type="dxa"/>
          </w:tcPr>
          <w:p w:rsidRPr="008C0702" w:rsidR="00734F80" w:rsidP="00C75A5D" w:rsidRDefault="00734F80" w14:paraId="185872CC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Yes  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No</w:t>
            </w:r>
          </w:p>
        </w:tc>
        <w:tc>
          <w:tcPr>
            <w:tcW w:w="2880" w:type="dxa"/>
          </w:tcPr>
          <w:p w:rsidRPr="008C0702" w:rsidR="00734F80" w:rsidP="00C75A5D" w:rsidRDefault="00734F80" w14:paraId="1438A805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F96FF0" w14:paraId="14672545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Pr="008C0702" w:rsidR="00734F80" w:rsidP="00C75A5D" w:rsidRDefault="00734F80" w14:paraId="7D1A60B0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Previously Looked After Child</w:t>
            </w:r>
          </w:p>
        </w:tc>
        <w:tc>
          <w:tcPr>
            <w:tcW w:w="2880" w:type="dxa"/>
          </w:tcPr>
          <w:p w:rsidRPr="008C0702" w:rsidR="00734F80" w:rsidP="00C75A5D" w:rsidRDefault="00734F80" w14:paraId="77FC350C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Yes  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No</w:t>
            </w:r>
          </w:p>
        </w:tc>
        <w:tc>
          <w:tcPr>
            <w:tcW w:w="2880" w:type="dxa"/>
          </w:tcPr>
          <w:p w:rsidRPr="008C0702" w:rsidR="00734F80" w:rsidP="00C75A5D" w:rsidRDefault="00734F80" w14:paraId="218C09F8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F96FF0" w14:paraId="014E8F2E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Pr="008C0702" w:rsidR="00734F80" w:rsidP="00C75A5D" w:rsidRDefault="00734F80" w14:paraId="540D880E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Social Worker Involved</w:t>
            </w:r>
          </w:p>
        </w:tc>
        <w:tc>
          <w:tcPr>
            <w:tcW w:w="2880" w:type="dxa"/>
          </w:tcPr>
          <w:p w:rsidRPr="008C0702" w:rsidR="00734F80" w:rsidP="00C75A5D" w:rsidRDefault="00734F80" w14:paraId="26295F93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Yes  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No</w:t>
            </w:r>
          </w:p>
        </w:tc>
        <w:tc>
          <w:tcPr>
            <w:tcW w:w="2880" w:type="dxa"/>
          </w:tcPr>
          <w:p w:rsidRPr="008C0702" w:rsidR="00734F80" w:rsidP="00C75A5D" w:rsidRDefault="00734F80" w14:paraId="1C443FC1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F96FF0" w14:paraId="699CCF2D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Pr="008C0702" w:rsidR="00734F80" w:rsidP="00C75A5D" w:rsidRDefault="00734F80" w14:paraId="3DD796CD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Family Support Services</w:t>
            </w:r>
          </w:p>
        </w:tc>
        <w:tc>
          <w:tcPr>
            <w:tcW w:w="2880" w:type="dxa"/>
          </w:tcPr>
          <w:p w:rsidRPr="008C0702" w:rsidR="00734F80" w:rsidP="00C75A5D" w:rsidRDefault="00734F80" w14:paraId="12C10E11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Yes  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No</w:t>
            </w:r>
          </w:p>
        </w:tc>
        <w:tc>
          <w:tcPr>
            <w:tcW w:w="2880" w:type="dxa"/>
          </w:tcPr>
          <w:p w:rsidRPr="008C0702" w:rsidR="00734F80" w:rsidP="00C75A5D" w:rsidRDefault="00734F80" w14:paraId="13456E15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F96FF0" w14:paraId="702E181C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Pr="008C0702" w:rsidR="00734F80" w:rsidP="00C75A5D" w:rsidRDefault="00734F80" w14:paraId="3FC4F05A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History of Missing Episodes</w:t>
            </w:r>
          </w:p>
        </w:tc>
        <w:tc>
          <w:tcPr>
            <w:tcW w:w="2880" w:type="dxa"/>
          </w:tcPr>
          <w:p w:rsidRPr="008C0702" w:rsidR="00734F80" w:rsidP="00C75A5D" w:rsidRDefault="00734F80" w14:paraId="014581F8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Yes  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No</w:t>
            </w:r>
          </w:p>
        </w:tc>
        <w:tc>
          <w:tcPr>
            <w:tcW w:w="2880" w:type="dxa"/>
          </w:tcPr>
          <w:p w:rsidRPr="008C0702" w:rsidR="00734F80" w:rsidP="00C75A5D" w:rsidRDefault="00734F80" w14:paraId="6297AF54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F96FF0" w14:paraId="7EC3A15F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Pr="008C0702" w:rsidR="00734F80" w:rsidP="00C75A5D" w:rsidRDefault="00734F80" w14:paraId="335FD35F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Restrictive Physical Intervention Plan</w:t>
            </w:r>
          </w:p>
        </w:tc>
        <w:tc>
          <w:tcPr>
            <w:tcW w:w="2880" w:type="dxa"/>
          </w:tcPr>
          <w:p w:rsidRPr="008C0702" w:rsidR="00734F80" w:rsidP="00C75A5D" w:rsidRDefault="00734F80" w14:paraId="7E3CBE3F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Yes  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No</w:t>
            </w:r>
          </w:p>
        </w:tc>
        <w:tc>
          <w:tcPr>
            <w:tcW w:w="2880" w:type="dxa"/>
          </w:tcPr>
          <w:p w:rsidRPr="008C0702" w:rsidR="00734F80" w:rsidP="00C75A5D" w:rsidRDefault="00734F80" w14:paraId="7B5B75D0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F96FF0" w14:paraId="352A10B8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Pr="008C0702" w:rsidR="00734F80" w:rsidP="00C75A5D" w:rsidRDefault="00734F80" w14:paraId="3212C09C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Other safeguarding information</w:t>
            </w:r>
          </w:p>
        </w:tc>
        <w:tc>
          <w:tcPr>
            <w:tcW w:w="2880" w:type="dxa"/>
          </w:tcPr>
          <w:p w:rsidRPr="008C0702" w:rsidR="00734F80" w:rsidP="00C75A5D" w:rsidRDefault="00734F80" w14:paraId="1473E755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Yes  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No</w:t>
            </w:r>
          </w:p>
        </w:tc>
        <w:tc>
          <w:tcPr>
            <w:tcW w:w="2880" w:type="dxa"/>
          </w:tcPr>
          <w:p w:rsidRPr="008C0702" w:rsidR="00734F80" w:rsidP="00C75A5D" w:rsidRDefault="00734F80" w14:paraId="3D7E665F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</w:p>
        </w:tc>
      </w:tr>
    </w:tbl>
    <w:p w:rsidRPr="008C0702" w:rsidR="00734F80" w:rsidP="00734F80" w:rsidRDefault="00734F80" w14:paraId="29D04441" w14:textId="77777777">
      <w:pPr>
        <w:rPr>
          <w:rFonts w:ascii="Century Gothic" w:hAnsi="Century Gothic"/>
        </w:rPr>
      </w:pPr>
    </w:p>
    <w:p w:rsidRPr="008C0702" w:rsidR="00734F80" w:rsidP="00734F80" w:rsidRDefault="00734F80" w14:paraId="35D72A2F" w14:textId="77777777">
      <w:pPr>
        <w:pStyle w:val="Heading2"/>
        <w:rPr>
          <w:rFonts w:ascii="Century Gothic" w:hAnsi="Century Gothic"/>
        </w:rPr>
      </w:pPr>
      <w:r w:rsidRPr="008C0702">
        <w:rPr>
          <w:rFonts w:ascii="Century Gothic" w:hAnsi="Century Gothic"/>
          <w:color w:val="5F7A61"/>
        </w:rPr>
        <w:t>Health &amp; Safety Risk Management</w:t>
      </w:r>
    </w:p>
    <w:tbl>
      <w:tblPr>
        <w:tblStyle w:val="GridTable4-Accent3"/>
        <w:tblW w:w="0" w:type="auto"/>
        <w:tblLook w:val="04A0" w:firstRow="1" w:lastRow="0" w:firstColumn="1" w:lastColumn="0" w:noHBand="0" w:noVBand="1"/>
      </w:tblPr>
      <w:tblGrid>
        <w:gridCol w:w="2158"/>
        <w:gridCol w:w="2157"/>
        <w:gridCol w:w="2157"/>
        <w:gridCol w:w="2158"/>
      </w:tblGrid>
      <w:tr w:rsidRPr="008C0702" w:rsidR="00734F80" w:rsidTr="00F96FF0" w14:paraId="7C91F502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8" w:type="dxa"/>
          </w:tcPr>
          <w:p w:rsidRPr="008C0702" w:rsidR="00734F80" w:rsidP="00C75A5D" w:rsidRDefault="00734F80" w14:paraId="1A7A2C3C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Risk Area</w:t>
            </w:r>
          </w:p>
        </w:tc>
        <w:tc>
          <w:tcPr>
            <w:tcW w:w="2157" w:type="dxa"/>
          </w:tcPr>
          <w:p w:rsidRPr="008C0702" w:rsidR="00734F80" w:rsidP="00C75A5D" w:rsidRDefault="00734F80" w14:paraId="5BFFC77F" w14:textId="7777777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Present?</w:t>
            </w:r>
          </w:p>
        </w:tc>
        <w:tc>
          <w:tcPr>
            <w:tcW w:w="2157" w:type="dxa"/>
          </w:tcPr>
          <w:p w:rsidRPr="008C0702" w:rsidR="00734F80" w:rsidP="00C75A5D" w:rsidRDefault="00734F80" w14:paraId="7E953AD5" w14:textId="7777777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Current Risk Level</w:t>
            </w:r>
          </w:p>
        </w:tc>
        <w:tc>
          <w:tcPr>
            <w:tcW w:w="2158" w:type="dxa"/>
          </w:tcPr>
          <w:p w:rsidRPr="008C0702" w:rsidR="00734F80" w:rsidP="00C75A5D" w:rsidRDefault="00734F80" w14:paraId="3DFF0C91" w14:textId="7777777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Control Measures in Place</w:t>
            </w:r>
          </w:p>
        </w:tc>
      </w:tr>
      <w:tr w:rsidRPr="008C0702" w:rsidR="00734F80" w:rsidTr="00F96FF0" w14:paraId="5960DE13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8" w:type="dxa"/>
          </w:tcPr>
          <w:p w:rsidRPr="008C0702" w:rsidR="00734F80" w:rsidP="00C75A5D" w:rsidRDefault="00734F80" w14:paraId="067141DF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Medical emergency</w:t>
            </w:r>
          </w:p>
        </w:tc>
        <w:tc>
          <w:tcPr>
            <w:tcW w:w="2157" w:type="dxa"/>
          </w:tcPr>
          <w:p w:rsidRPr="008C0702" w:rsidR="00734F80" w:rsidP="00C75A5D" w:rsidRDefault="00734F80" w14:paraId="41F8AA1B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Yes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No</w:t>
            </w:r>
          </w:p>
        </w:tc>
        <w:tc>
          <w:tcPr>
            <w:tcW w:w="2157" w:type="dxa"/>
          </w:tcPr>
          <w:p w:rsidRPr="008C0702" w:rsidR="00734F80" w:rsidP="00C75A5D" w:rsidRDefault="00734F80" w14:paraId="7BA29A15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Low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Medium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High</w:t>
            </w:r>
          </w:p>
        </w:tc>
        <w:tc>
          <w:tcPr>
            <w:tcW w:w="2158" w:type="dxa"/>
          </w:tcPr>
          <w:p w:rsidRPr="008C0702" w:rsidR="00734F80" w:rsidP="00C75A5D" w:rsidRDefault="00734F80" w14:paraId="27FE1463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F96FF0" w14:paraId="3D9B91BD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8" w:type="dxa"/>
          </w:tcPr>
          <w:p w:rsidRPr="008C0702" w:rsidR="00734F80" w:rsidP="00C75A5D" w:rsidRDefault="00734F80" w14:paraId="74345D02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Epilepsy / Seizures</w:t>
            </w:r>
          </w:p>
        </w:tc>
        <w:tc>
          <w:tcPr>
            <w:tcW w:w="2157" w:type="dxa"/>
          </w:tcPr>
          <w:p w:rsidRPr="008C0702" w:rsidR="00734F80" w:rsidP="00C75A5D" w:rsidRDefault="00734F80" w14:paraId="17E11B54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Yes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No</w:t>
            </w:r>
          </w:p>
        </w:tc>
        <w:tc>
          <w:tcPr>
            <w:tcW w:w="2157" w:type="dxa"/>
          </w:tcPr>
          <w:p w:rsidRPr="008C0702" w:rsidR="00734F80" w:rsidP="00C75A5D" w:rsidRDefault="00734F80" w14:paraId="31E213E6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Low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Medium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High</w:t>
            </w:r>
          </w:p>
        </w:tc>
        <w:tc>
          <w:tcPr>
            <w:tcW w:w="2158" w:type="dxa"/>
          </w:tcPr>
          <w:p w:rsidRPr="008C0702" w:rsidR="00734F80" w:rsidP="00C75A5D" w:rsidRDefault="00734F80" w14:paraId="492222BD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F96FF0" w14:paraId="740E6D36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8" w:type="dxa"/>
          </w:tcPr>
          <w:p w:rsidRPr="008C0702" w:rsidR="00734F80" w:rsidP="00C75A5D" w:rsidRDefault="00734F80" w14:paraId="1432DAC7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Anaphylaxis</w:t>
            </w:r>
          </w:p>
        </w:tc>
        <w:tc>
          <w:tcPr>
            <w:tcW w:w="2157" w:type="dxa"/>
          </w:tcPr>
          <w:p w:rsidRPr="008C0702" w:rsidR="00734F80" w:rsidP="00C75A5D" w:rsidRDefault="00734F80" w14:paraId="7DFFB2F8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Yes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No</w:t>
            </w:r>
          </w:p>
        </w:tc>
        <w:tc>
          <w:tcPr>
            <w:tcW w:w="2157" w:type="dxa"/>
          </w:tcPr>
          <w:p w:rsidRPr="008C0702" w:rsidR="00734F80" w:rsidP="00C75A5D" w:rsidRDefault="00734F80" w14:paraId="5581DA84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Low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Medium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High</w:t>
            </w:r>
          </w:p>
        </w:tc>
        <w:tc>
          <w:tcPr>
            <w:tcW w:w="2158" w:type="dxa"/>
          </w:tcPr>
          <w:p w:rsidRPr="008C0702" w:rsidR="00734F80" w:rsidP="00C75A5D" w:rsidRDefault="00734F80" w14:paraId="71A8CEB2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F96FF0" w14:paraId="1CE69B83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8" w:type="dxa"/>
          </w:tcPr>
          <w:p w:rsidRPr="008C0702" w:rsidR="00734F80" w:rsidP="00C75A5D" w:rsidRDefault="00734F80" w14:paraId="688095D8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Falls / Mobility</w:t>
            </w:r>
          </w:p>
        </w:tc>
        <w:tc>
          <w:tcPr>
            <w:tcW w:w="2157" w:type="dxa"/>
          </w:tcPr>
          <w:p w:rsidRPr="008C0702" w:rsidR="00734F80" w:rsidP="00C75A5D" w:rsidRDefault="00734F80" w14:paraId="28016898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Yes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No</w:t>
            </w:r>
          </w:p>
        </w:tc>
        <w:tc>
          <w:tcPr>
            <w:tcW w:w="2157" w:type="dxa"/>
          </w:tcPr>
          <w:p w:rsidRPr="008C0702" w:rsidR="00734F80" w:rsidP="00C75A5D" w:rsidRDefault="00734F80" w14:paraId="591662FD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Low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Medium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High</w:t>
            </w:r>
          </w:p>
        </w:tc>
        <w:tc>
          <w:tcPr>
            <w:tcW w:w="2158" w:type="dxa"/>
          </w:tcPr>
          <w:p w:rsidRPr="008C0702" w:rsidR="00734F80" w:rsidP="00C75A5D" w:rsidRDefault="00734F80" w14:paraId="4AE06099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F96FF0" w14:paraId="41BCB5DD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8" w:type="dxa"/>
          </w:tcPr>
          <w:p w:rsidRPr="008C0702" w:rsidR="00734F80" w:rsidP="00C75A5D" w:rsidRDefault="00734F80" w14:paraId="55E8A078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Other significant risks</w:t>
            </w:r>
          </w:p>
        </w:tc>
        <w:tc>
          <w:tcPr>
            <w:tcW w:w="2157" w:type="dxa"/>
          </w:tcPr>
          <w:p w:rsidRPr="008C0702" w:rsidR="00734F80" w:rsidP="00C75A5D" w:rsidRDefault="00734F80" w14:paraId="5860F80E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Yes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No</w:t>
            </w:r>
          </w:p>
        </w:tc>
        <w:tc>
          <w:tcPr>
            <w:tcW w:w="2157" w:type="dxa"/>
          </w:tcPr>
          <w:p w:rsidRPr="008C0702" w:rsidR="00734F80" w:rsidP="00C75A5D" w:rsidRDefault="00734F80" w14:paraId="1B191079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Low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Medium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High</w:t>
            </w:r>
          </w:p>
        </w:tc>
        <w:tc>
          <w:tcPr>
            <w:tcW w:w="2158" w:type="dxa"/>
          </w:tcPr>
          <w:p w:rsidRPr="008C0702" w:rsidR="00734F80" w:rsidP="00C75A5D" w:rsidRDefault="00734F80" w14:paraId="2B99AE33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</w:p>
        </w:tc>
      </w:tr>
    </w:tbl>
    <w:p w:rsidRPr="008C0702" w:rsidR="00734F80" w:rsidP="00734F80" w:rsidRDefault="00734F80" w14:paraId="7F99C93B" w14:textId="77777777">
      <w:pPr>
        <w:rPr>
          <w:rFonts w:ascii="Century Gothic" w:hAnsi="Century Gothic"/>
        </w:rPr>
      </w:pPr>
    </w:p>
    <w:p w:rsidRPr="008C0702" w:rsidR="00734F80" w:rsidP="00734F80" w:rsidRDefault="00734F80" w14:paraId="49C9D67E" w14:textId="77777777">
      <w:pPr>
        <w:pStyle w:val="Heading2"/>
        <w:rPr>
          <w:rFonts w:ascii="Century Gothic" w:hAnsi="Century Gothic"/>
        </w:rPr>
      </w:pPr>
      <w:r w:rsidRPr="008C0702">
        <w:rPr>
          <w:rFonts w:ascii="Century Gothic" w:hAnsi="Century Gothic"/>
          <w:color w:val="5F7A61"/>
        </w:rPr>
        <w:t>Emergency Information</w:t>
      </w:r>
    </w:p>
    <w:tbl>
      <w:tblPr>
        <w:tblStyle w:val="GridTable4-Accent3"/>
        <w:tblW w:w="0" w:type="auto"/>
        <w:tblLook w:val="04A0" w:firstRow="1" w:lastRow="0" w:firstColumn="1" w:lastColumn="0" w:noHBand="0" w:noVBand="1"/>
      </w:tblPr>
      <w:tblGrid>
        <w:gridCol w:w="4315"/>
        <w:gridCol w:w="4315"/>
      </w:tblGrid>
      <w:tr w:rsidRPr="008C0702" w:rsidR="00734F80" w:rsidTr="00F06F00" w14:paraId="59AB9C0C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5F367591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Information Required</w:t>
            </w:r>
          </w:p>
        </w:tc>
        <w:tc>
          <w:tcPr>
            <w:tcW w:w="4320" w:type="dxa"/>
          </w:tcPr>
          <w:p w:rsidRPr="008C0702" w:rsidR="00734F80" w:rsidP="00C75A5D" w:rsidRDefault="00734F80" w14:paraId="474914B1" w14:textId="7777777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Response</w:t>
            </w:r>
          </w:p>
        </w:tc>
      </w:tr>
      <w:tr w:rsidRPr="008C0702" w:rsidR="00734F80" w:rsidTr="00F06F00" w14:paraId="443DBA68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278E58B8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Emergency Contact Name</w:t>
            </w:r>
          </w:p>
        </w:tc>
        <w:tc>
          <w:tcPr>
            <w:tcW w:w="4320" w:type="dxa"/>
          </w:tcPr>
          <w:p w:rsidRPr="008C0702" w:rsidR="00734F80" w:rsidP="00C75A5D" w:rsidRDefault="00734F80" w14:paraId="1AEE54F3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F06F00" w14:paraId="6CE63F14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0F24F03D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Relationship to Child</w:t>
            </w:r>
          </w:p>
        </w:tc>
        <w:tc>
          <w:tcPr>
            <w:tcW w:w="4320" w:type="dxa"/>
          </w:tcPr>
          <w:p w:rsidRPr="008C0702" w:rsidR="00734F80" w:rsidP="00C75A5D" w:rsidRDefault="00734F80" w14:paraId="17212071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F06F00" w14:paraId="6C3496E8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580ECCAA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lastRenderedPageBreak/>
              <w:t>Telephone Number</w:t>
            </w:r>
          </w:p>
        </w:tc>
        <w:tc>
          <w:tcPr>
            <w:tcW w:w="4320" w:type="dxa"/>
          </w:tcPr>
          <w:p w:rsidRPr="008C0702" w:rsidR="00734F80" w:rsidP="00C75A5D" w:rsidRDefault="00734F80" w14:paraId="4ACE6CE6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F06F00" w14:paraId="6AC89031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388E3CF1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Alternative Emergency Contact</w:t>
            </w:r>
          </w:p>
        </w:tc>
        <w:tc>
          <w:tcPr>
            <w:tcW w:w="4320" w:type="dxa"/>
          </w:tcPr>
          <w:p w:rsidRPr="008C0702" w:rsidR="00734F80" w:rsidP="00C75A5D" w:rsidRDefault="00734F80" w14:paraId="43C4AA5D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F06F00" w14:paraId="773EF1F6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2B50A2E9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Emergency Contact Telephone</w:t>
            </w:r>
          </w:p>
        </w:tc>
        <w:tc>
          <w:tcPr>
            <w:tcW w:w="4320" w:type="dxa"/>
          </w:tcPr>
          <w:p w:rsidRPr="008C0702" w:rsidR="00734F80" w:rsidP="00C75A5D" w:rsidRDefault="00734F80" w14:paraId="4F8688E7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</w:p>
        </w:tc>
      </w:tr>
    </w:tbl>
    <w:p w:rsidRPr="008C0702" w:rsidR="00734F80" w:rsidP="00734F80" w:rsidRDefault="00734F80" w14:paraId="44D567B9" w14:textId="77777777">
      <w:pPr>
        <w:rPr>
          <w:rFonts w:ascii="Century Gothic" w:hAnsi="Century Gothic"/>
        </w:rPr>
      </w:pPr>
    </w:p>
    <w:p w:rsidRPr="008C0702" w:rsidR="00734F80" w:rsidP="00734F80" w:rsidRDefault="00734F80" w14:paraId="49F8F9B3" w14:textId="77777777">
      <w:pPr>
        <w:pStyle w:val="Heading2"/>
        <w:rPr>
          <w:rFonts w:ascii="Century Gothic" w:hAnsi="Century Gothic"/>
        </w:rPr>
      </w:pPr>
      <w:r w:rsidRPr="008C0702">
        <w:rPr>
          <w:rFonts w:ascii="Century Gothic" w:hAnsi="Century Gothic"/>
          <w:color w:val="5F7A61"/>
        </w:rPr>
        <w:t>Additional Medical or Safeguarding Information</w:t>
      </w:r>
    </w:p>
    <w:tbl>
      <w:tblPr>
        <w:tblStyle w:val="GridTable4-Accent3"/>
        <w:tblW w:w="0" w:type="auto"/>
        <w:tblLook w:val="04A0" w:firstRow="1" w:lastRow="0" w:firstColumn="1" w:lastColumn="0" w:noHBand="0" w:noVBand="1"/>
      </w:tblPr>
      <w:tblGrid>
        <w:gridCol w:w="8630"/>
      </w:tblGrid>
      <w:tr w:rsidRPr="008C0702" w:rsidR="00734F80" w:rsidTr="00F06F00" w14:paraId="08E2E2A4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0" w:type="dxa"/>
          </w:tcPr>
          <w:p w:rsidRPr="008C0702" w:rsidR="00734F80" w:rsidP="00C75A5D" w:rsidRDefault="00734F80" w14:paraId="6F902B88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Please provide any additional medical, safeguarding or risk management information that Homebrook Woods should be aware of before considering admission.</w:t>
            </w:r>
          </w:p>
        </w:tc>
      </w:tr>
      <w:tr w:rsidRPr="008C0702" w:rsidR="00734F80" w:rsidTr="00F06F00" w14:paraId="19E49EF7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0" w:type="dxa"/>
          </w:tcPr>
          <w:p w:rsidRPr="008C0702" w:rsidR="00734F80" w:rsidP="00C75A5D" w:rsidRDefault="00734F80" w14:paraId="031D6627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  <w:r w:rsidRPr="008C0702">
              <w:rPr>
                <w:rFonts w:ascii="Century Gothic" w:hAnsi="Century Gothic"/>
              </w:rPr>
              <w:br/>
            </w:r>
            <w:r w:rsidRPr="008C0702">
              <w:rPr>
                <w:rFonts w:ascii="Century Gothic" w:hAnsi="Century Gothic"/>
              </w:rPr>
              <w:br/>
            </w:r>
            <w:r w:rsidRPr="008C0702">
              <w:rPr>
                <w:rFonts w:ascii="Century Gothic" w:hAnsi="Century Gothic"/>
              </w:rPr>
              <w:br/>
            </w:r>
            <w:r w:rsidRPr="008C0702">
              <w:rPr>
                <w:rFonts w:ascii="Century Gothic" w:hAnsi="Century Gothic"/>
              </w:rPr>
              <w:br/>
            </w:r>
            <w:r w:rsidRPr="008C0702">
              <w:rPr>
                <w:rFonts w:ascii="Century Gothic" w:hAnsi="Century Gothic"/>
              </w:rPr>
              <w:br/>
            </w:r>
          </w:p>
        </w:tc>
      </w:tr>
    </w:tbl>
    <w:p w:rsidRPr="008C0702" w:rsidR="00734F80" w:rsidP="00734F80" w:rsidRDefault="00734F80" w14:paraId="72B3376E" w14:textId="77777777">
      <w:pPr>
        <w:rPr>
          <w:rFonts w:ascii="Century Gothic" w:hAnsi="Century Gothic"/>
        </w:rPr>
      </w:pPr>
    </w:p>
    <w:p w:rsidRPr="00F06F00" w:rsidR="00734F80" w:rsidP="00F06F00" w:rsidRDefault="00734F80" w14:paraId="606275AA" w14:textId="6185E9F6">
      <w:pPr>
        <w:pStyle w:val="Heading1"/>
        <w:keepNext w:val="0"/>
        <w:shd w:val="clear" w:color="auto" w:fill="C2D69B" w:themeFill="accent3" w:themeFillTint="99"/>
        <w:spacing w:before="0"/>
        <w:rPr>
          <w:rFonts w:ascii="Century Gothic" w:hAnsi="Century Gothic"/>
          <w:color w:val="4F6228" w:themeColor="accent3" w:themeShade="80"/>
          <w:sz w:val="20"/>
          <w:szCs w:val="20"/>
        </w:rPr>
      </w:pPr>
      <w:r w:rsidRPr="00F06F00">
        <w:rPr>
          <w:rFonts w:ascii="Century Gothic" w:hAnsi="Century Gothic"/>
          <w:color w:val="4F6228" w:themeColor="accent3" w:themeShade="80"/>
          <w:sz w:val="20"/>
          <w:szCs w:val="20"/>
        </w:rPr>
        <w:t>SECTION 8</w:t>
      </w:r>
      <w:r w:rsidRPr="00F06F00" w:rsidR="00C362FB">
        <w:rPr>
          <w:rFonts w:ascii="Century Gothic" w:hAnsi="Century Gothic"/>
          <w:color w:val="4F6228" w:themeColor="accent3" w:themeShade="80"/>
          <w:sz w:val="20"/>
          <w:szCs w:val="20"/>
        </w:rPr>
        <w:t xml:space="preserve"> OF 8</w:t>
      </w:r>
    </w:p>
    <w:p w:rsidRPr="00F06F00" w:rsidR="00734F80" w:rsidP="00F06F00" w:rsidRDefault="00734F80" w14:paraId="3C48DA97" w14:textId="77777777">
      <w:pPr>
        <w:pStyle w:val="Heading2"/>
        <w:shd w:val="clear" w:color="auto" w:fill="C2D69B" w:themeFill="accent3" w:themeFillTint="99"/>
        <w:spacing w:before="0"/>
        <w:rPr>
          <w:rFonts w:ascii="Century Gothic" w:hAnsi="Century Gothic"/>
          <w:color w:val="4F6228" w:themeColor="accent3" w:themeShade="80"/>
          <w:sz w:val="28"/>
          <w:szCs w:val="28"/>
        </w:rPr>
      </w:pPr>
      <w:r w:rsidRPr="00F06F00">
        <w:rPr>
          <w:rFonts w:ascii="Century Gothic" w:hAnsi="Century Gothic"/>
          <w:color w:val="4F6228" w:themeColor="accent3" w:themeShade="80"/>
          <w:sz w:val="28"/>
          <w:szCs w:val="28"/>
        </w:rPr>
        <w:t>Placement Requirements, Referral Summary &amp; Declaration</w:t>
      </w:r>
    </w:p>
    <w:p w:rsidRPr="008C0702" w:rsidR="00734F80" w:rsidP="00734F80" w:rsidRDefault="00734F80" w14:paraId="51F6B8E8" w14:textId="77777777">
      <w:pPr>
        <w:rPr>
          <w:rFonts w:ascii="Century Gothic" w:hAnsi="Century Gothic"/>
        </w:rPr>
      </w:pPr>
      <w:r w:rsidRPr="008C0702">
        <w:rPr>
          <w:rFonts w:ascii="Century Gothic" w:hAnsi="Century Gothic"/>
        </w:rPr>
        <w:t>Please complete this final section to summarise why Homebrook Woods is being requested and provide any additional information relevant to the admissions decision.</w:t>
      </w:r>
    </w:p>
    <w:p w:rsidRPr="008C0702" w:rsidR="00734F80" w:rsidP="00734F80" w:rsidRDefault="00734F80" w14:paraId="01208543" w14:textId="77777777">
      <w:pPr>
        <w:pStyle w:val="Heading2"/>
        <w:rPr>
          <w:rFonts w:ascii="Century Gothic" w:hAnsi="Century Gothic"/>
        </w:rPr>
      </w:pPr>
      <w:r w:rsidRPr="008C0702">
        <w:rPr>
          <w:rFonts w:ascii="Century Gothic" w:hAnsi="Century Gothic"/>
          <w:color w:val="5F7A61"/>
        </w:rPr>
        <w:t>Placement Requirements</w:t>
      </w:r>
    </w:p>
    <w:tbl>
      <w:tblPr>
        <w:tblStyle w:val="GridTable4-Accent3"/>
        <w:tblW w:w="0" w:type="auto"/>
        <w:tblLook w:val="04A0" w:firstRow="1" w:lastRow="0" w:firstColumn="1" w:lastColumn="0" w:noHBand="0" w:noVBand="1"/>
      </w:tblPr>
      <w:tblGrid>
        <w:gridCol w:w="4315"/>
        <w:gridCol w:w="4315"/>
      </w:tblGrid>
      <w:tr w:rsidRPr="008C0702" w:rsidR="00734F80" w:rsidTr="00F06F00" w14:paraId="21DC16A1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57A4FACF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Information Required</w:t>
            </w:r>
          </w:p>
        </w:tc>
        <w:tc>
          <w:tcPr>
            <w:tcW w:w="4320" w:type="dxa"/>
          </w:tcPr>
          <w:p w:rsidRPr="008C0702" w:rsidR="00734F80" w:rsidP="00C75A5D" w:rsidRDefault="00734F80" w14:paraId="6F36BC20" w14:textId="7777777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Response</w:t>
            </w:r>
          </w:p>
        </w:tc>
      </w:tr>
      <w:tr w:rsidRPr="008C0702" w:rsidR="00734F80" w:rsidTr="00F06F00" w14:paraId="3F54B963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135CF3D6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Preferred Admission Date</w:t>
            </w:r>
          </w:p>
        </w:tc>
        <w:tc>
          <w:tcPr>
            <w:tcW w:w="4320" w:type="dxa"/>
          </w:tcPr>
          <w:p w:rsidRPr="008C0702" w:rsidR="00734F80" w:rsidP="00C75A5D" w:rsidRDefault="00734F80" w14:paraId="700307F2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F06F00" w14:paraId="24324647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3058E927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Requested Placement Type</w:t>
            </w:r>
          </w:p>
        </w:tc>
        <w:tc>
          <w:tcPr>
            <w:tcW w:w="4320" w:type="dxa"/>
          </w:tcPr>
          <w:p w:rsidR="00734F80" w:rsidP="00C75A5D" w:rsidRDefault="00734F80" w14:paraId="5F7192D2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Day Placement  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Assessment Placement  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Other</w:t>
            </w:r>
            <w:r w:rsidR="00947B06">
              <w:rPr>
                <w:rFonts w:ascii="Century Gothic" w:hAnsi="Century Gothic"/>
              </w:rPr>
              <w:t xml:space="preserve"> </w:t>
            </w:r>
            <w:r w:rsidRPr="003F1871" w:rsidR="00947B06">
              <w:rPr>
                <w:rFonts w:ascii="Century Gothic" w:hAnsi="Century Gothic"/>
                <w:i/>
                <w:iCs/>
                <w:sz w:val="20"/>
                <w:szCs w:val="20"/>
              </w:rPr>
              <w:t>(please specify)</w:t>
            </w:r>
            <w:r w:rsidR="00947B06">
              <w:rPr>
                <w:rFonts w:ascii="Century Gothic" w:hAnsi="Century Gothic"/>
                <w:sz w:val="20"/>
                <w:szCs w:val="20"/>
              </w:rPr>
              <w:t>:</w:t>
            </w:r>
          </w:p>
          <w:p w:rsidRPr="008C0702" w:rsidR="00947B06" w:rsidP="00C75A5D" w:rsidRDefault="00947B06" w14:paraId="5DF53D01" w14:textId="1C1A89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Pr="008C0702" w:rsidR="00734F80" w:rsidTr="00F06F00" w14:paraId="20DE384B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37BECF63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Transport Arrangements</w:t>
            </w:r>
          </w:p>
        </w:tc>
        <w:tc>
          <w:tcPr>
            <w:tcW w:w="4320" w:type="dxa"/>
          </w:tcPr>
          <w:p w:rsidRPr="008C0702" w:rsidR="00734F80" w:rsidP="00C75A5D" w:rsidRDefault="00734F80" w14:paraId="2E26C848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F06F00" w14:paraId="59AA8A40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08224953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Approximate Daily Journey Time</w:t>
            </w:r>
          </w:p>
        </w:tc>
        <w:tc>
          <w:tcPr>
            <w:tcW w:w="4320" w:type="dxa"/>
          </w:tcPr>
          <w:p w:rsidRPr="008C0702" w:rsidR="00734F80" w:rsidP="00C75A5D" w:rsidRDefault="00734F80" w14:paraId="2663B1D9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F06F00" w14:paraId="3C713B9A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7E86B0D5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Any Transport Risks or Considerations</w:t>
            </w:r>
          </w:p>
        </w:tc>
        <w:tc>
          <w:tcPr>
            <w:tcW w:w="4320" w:type="dxa"/>
          </w:tcPr>
          <w:p w:rsidRPr="008C0702" w:rsidR="00734F80" w:rsidP="00C75A5D" w:rsidRDefault="00734F80" w14:paraId="103AD7B0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F06F00" w14:paraId="6E7B175B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5F08536B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Reasonable Adjustments Required on Admission</w:t>
            </w:r>
          </w:p>
        </w:tc>
        <w:tc>
          <w:tcPr>
            <w:tcW w:w="4320" w:type="dxa"/>
          </w:tcPr>
          <w:p w:rsidRPr="008C0702" w:rsidR="00734F80" w:rsidP="00C75A5D" w:rsidRDefault="00734F80" w14:paraId="5D750CDB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  <w:r w:rsidRPr="008C0702">
              <w:rPr>
                <w:rFonts w:ascii="Century Gothic" w:hAnsi="Century Gothic"/>
              </w:rPr>
              <w:br/>
            </w: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F06F00" w14:paraId="3BEFABA8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033BEA2F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Transition Arrangements Recommended</w:t>
            </w:r>
          </w:p>
        </w:tc>
        <w:tc>
          <w:tcPr>
            <w:tcW w:w="4320" w:type="dxa"/>
          </w:tcPr>
          <w:p w:rsidRPr="008C0702" w:rsidR="00734F80" w:rsidP="00C75A5D" w:rsidRDefault="00734F80" w14:paraId="2C93C4BF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  <w:r w:rsidRPr="008C0702">
              <w:rPr>
                <w:rFonts w:ascii="Century Gothic" w:hAnsi="Century Gothic"/>
              </w:rPr>
              <w:br/>
            </w:r>
            <w:r w:rsidRPr="008C0702">
              <w:rPr>
                <w:rFonts w:ascii="Century Gothic" w:hAnsi="Century Gothic"/>
              </w:rPr>
              <w:br/>
            </w:r>
          </w:p>
        </w:tc>
      </w:tr>
    </w:tbl>
    <w:p w:rsidRPr="008C0702" w:rsidR="00734F80" w:rsidP="00734F80" w:rsidRDefault="00734F80" w14:paraId="74991575" w14:textId="77777777">
      <w:pPr>
        <w:rPr>
          <w:rFonts w:ascii="Century Gothic" w:hAnsi="Century Gothic"/>
        </w:rPr>
      </w:pPr>
    </w:p>
    <w:p w:rsidRPr="008C0702" w:rsidR="00734F80" w:rsidP="00734F80" w:rsidRDefault="00734F80" w14:paraId="2FD92A02" w14:textId="77777777">
      <w:pPr>
        <w:pStyle w:val="Heading2"/>
        <w:rPr>
          <w:rFonts w:ascii="Century Gothic" w:hAnsi="Century Gothic"/>
        </w:rPr>
      </w:pPr>
      <w:r w:rsidRPr="008C0702">
        <w:rPr>
          <w:rFonts w:ascii="Century Gothic" w:hAnsi="Century Gothic"/>
          <w:color w:val="5F7A61"/>
        </w:rPr>
        <w:lastRenderedPageBreak/>
        <w:t>Why Homebrook Woods?</w:t>
      </w:r>
    </w:p>
    <w:tbl>
      <w:tblPr>
        <w:tblStyle w:val="GridTable4-Accent3"/>
        <w:tblW w:w="0" w:type="auto"/>
        <w:tblLook w:val="04A0" w:firstRow="1" w:lastRow="0" w:firstColumn="1" w:lastColumn="0" w:noHBand="0" w:noVBand="1"/>
      </w:tblPr>
      <w:tblGrid>
        <w:gridCol w:w="4315"/>
        <w:gridCol w:w="4315"/>
      </w:tblGrid>
      <w:tr w:rsidRPr="008C0702" w:rsidR="00734F80" w:rsidTr="00F06F00" w14:paraId="45A71ED6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392D55FC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Information Required</w:t>
            </w:r>
          </w:p>
        </w:tc>
        <w:tc>
          <w:tcPr>
            <w:tcW w:w="4320" w:type="dxa"/>
          </w:tcPr>
          <w:p w:rsidRPr="008C0702" w:rsidR="00734F80" w:rsidP="00C75A5D" w:rsidRDefault="00734F80" w14:paraId="1B48746C" w14:textId="7777777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Response</w:t>
            </w:r>
          </w:p>
        </w:tc>
      </w:tr>
      <w:tr w:rsidRPr="008C0702" w:rsidR="00734F80" w:rsidTr="00F06F00" w14:paraId="65AD6E72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3756DC26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Why is Homebrook Woods being requested for this child?</w:t>
            </w:r>
          </w:p>
        </w:tc>
        <w:tc>
          <w:tcPr>
            <w:tcW w:w="4320" w:type="dxa"/>
          </w:tcPr>
          <w:p w:rsidRPr="008C0702" w:rsidR="00734F80" w:rsidP="00C75A5D" w:rsidRDefault="00734F80" w14:paraId="1A486092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  <w:r w:rsidRPr="008C0702">
              <w:rPr>
                <w:rFonts w:ascii="Century Gothic" w:hAnsi="Century Gothic"/>
              </w:rPr>
              <w:br/>
            </w:r>
            <w:r w:rsidRPr="008C0702">
              <w:rPr>
                <w:rFonts w:ascii="Century Gothic" w:hAnsi="Century Gothic"/>
              </w:rPr>
              <w:br/>
            </w: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F06F00" w14:paraId="033E41C2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4972E81A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What outcomes do you hope the placement will achieve?</w:t>
            </w:r>
          </w:p>
        </w:tc>
        <w:tc>
          <w:tcPr>
            <w:tcW w:w="4320" w:type="dxa"/>
          </w:tcPr>
          <w:p w:rsidRPr="008C0702" w:rsidR="00734F80" w:rsidP="00C75A5D" w:rsidRDefault="00734F80" w14:paraId="583EFB5F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  <w:r w:rsidRPr="008C0702">
              <w:rPr>
                <w:rFonts w:ascii="Century Gothic" w:hAnsi="Century Gothic"/>
              </w:rPr>
              <w:br/>
            </w:r>
            <w:r w:rsidRPr="008C0702">
              <w:rPr>
                <w:rFonts w:ascii="Century Gothic" w:hAnsi="Century Gothic"/>
              </w:rPr>
              <w:br/>
            </w: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F06F00" w14:paraId="4F71F39E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8C0702" w:rsidR="00734F80" w:rsidP="00C75A5D" w:rsidRDefault="00734F80" w14:paraId="066D6594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Why is the current placement no longer able to meet need?</w:t>
            </w:r>
          </w:p>
        </w:tc>
        <w:tc>
          <w:tcPr>
            <w:tcW w:w="4320" w:type="dxa"/>
          </w:tcPr>
          <w:p w:rsidRPr="008C0702" w:rsidR="00734F80" w:rsidP="00C75A5D" w:rsidRDefault="00734F80" w14:paraId="2DDE97CA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  <w:r w:rsidRPr="008C0702">
              <w:rPr>
                <w:rFonts w:ascii="Century Gothic" w:hAnsi="Century Gothic"/>
              </w:rPr>
              <w:br/>
            </w:r>
            <w:r w:rsidRPr="008C0702">
              <w:rPr>
                <w:rFonts w:ascii="Century Gothic" w:hAnsi="Century Gothic"/>
              </w:rPr>
              <w:br/>
            </w:r>
          </w:p>
        </w:tc>
      </w:tr>
    </w:tbl>
    <w:p w:rsidR="00734F80" w:rsidP="00734F80" w:rsidRDefault="00734F80" w14:paraId="619BDDC9" w14:textId="77777777">
      <w:pPr>
        <w:rPr>
          <w:rFonts w:ascii="Century Gothic" w:hAnsi="Century Gothic"/>
        </w:rPr>
      </w:pPr>
    </w:p>
    <w:p w:rsidRPr="008C0702" w:rsidR="00734F80" w:rsidP="00734F80" w:rsidRDefault="009A26B1" w14:paraId="33984109" w14:textId="445A35E8">
      <w:pPr>
        <w:pStyle w:val="Heading2"/>
        <w:rPr>
          <w:rFonts w:ascii="Century Gothic" w:hAnsi="Century Gothic"/>
        </w:rPr>
      </w:pPr>
      <w:r w:rsidRPr="008C0702">
        <w:rPr>
          <w:rFonts w:ascii="Century Gothic" w:hAnsi="Century Gothic"/>
          <w:color w:val="5F7A61"/>
        </w:rPr>
        <w:t>Supporting Documentation Provided</w:t>
      </w:r>
    </w:p>
    <w:tbl>
      <w:tblPr>
        <w:tblStyle w:val="GridTable4-Accent3"/>
        <w:tblW w:w="0" w:type="auto"/>
        <w:tblLook w:val="04A0" w:firstRow="1" w:lastRow="0" w:firstColumn="1" w:lastColumn="0" w:noHBand="0" w:noVBand="1"/>
      </w:tblPr>
      <w:tblGrid>
        <w:gridCol w:w="2877"/>
        <w:gridCol w:w="2876"/>
        <w:gridCol w:w="2877"/>
      </w:tblGrid>
      <w:tr w:rsidRPr="008C0702" w:rsidR="00734F80" w:rsidTr="00F06F00" w14:paraId="02BE1612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Pr="008C0702" w:rsidR="00734F80" w:rsidP="00C75A5D" w:rsidRDefault="00734F80" w14:paraId="7303C803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Document</w:t>
            </w:r>
          </w:p>
        </w:tc>
        <w:tc>
          <w:tcPr>
            <w:tcW w:w="2880" w:type="dxa"/>
          </w:tcPr>
          <w:p w:rsidRPr="008C0702" w:rsidR="00734F80" w:rsidP="00C75A5D" w:rsidRDefault="004E21E2" w14:paraId="731D21CF" w14:textId="6018A6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Provided</w:t>
            </w:r>
            <w:r w:rsidRPr="008C0702" w:rsidR="00734F80">
              <w:rPr>
                <w:rFonts w:ascii="Century Gothic" w:hAnsi="Century Gothic"/>
              </w:rPr>
              <w:t>?</w:t>
            </w:r>
          </w:p>
        </w:tc>
        <w:tc>
          <w:tcPr>
            <w:tcW w:w="2880" w:type="dxa"/>
          </w:tcPr>
          <w:p w:rsidRPr="008C0702" w:rsidR="00734F80" w:rsidP="00C75A5D" w:rsidRDefault="00734F80" w14:paraId="3FA6F2D1" w14:textId="7777777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Comments</w:t>
            </w:r>
          </w:p>
        </w:tc>
      </w:tr>
      <w:tr w:rsidRPr="008C0702" w:rsidR="00734F80" w:rsidTr="00F06F00" w14:paraId="70BBC57C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Pr="008C0702" w:rsidR="00734F80" w:rsidP="00C75A5D" w:rsidRDefault="00734F80" w14:paraId="5161515B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Education, Health &amp; Care Plan</w:t>
            </w:r>
          </w:p>
        </w:tc>
        <w:tc>
          <w:tcPr>
            <w:tcW w:w="2880" w:type="dxa"/>
          </w:tcPr>
          <w:p w:rsidRPr="008C0702" w:rsidR="00734F80" w:rsidP="00C75A5D" w:rsidRDefault="00734F80" w14:paraId="1D7AFF55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Yes  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No</w:t>
            </w:r>
          </w:p>
        </w:tc>
        <w:tc>
          <w:tcPr>
            <w:tcW w:w="2880" w:type="dxa"/>
          </w:tcPr>
          <w:p w:rsidRPr="008C0702" w:rsidR="00734F80" w:rsidP="00C75A5D" w:rsidRDefault="00734F80" w14:paraId="12A2203F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F06F00" w14:paraId="7976F1EB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Pr="008C0702" w:rsidR="00734F80" w:rsidP="00C75A5D" w:rsidRDefault="00734F80" w14:paraId="6E941384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Latest Annual Review</w:t>
            </w:r>
          </w:p>
        </w:tc>
        <w:tc>
          <w:tcPr>
            <w:tcW w:w="2880" w:type="dxa"/>
          </w:tcPr>
          <w:p w:rsidRPr="008C0702" w:rsidR="00734F80" w:rsidP="00C75A5D" w:rsidRDefault="00734F80" w14:paraId="41BD9754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Yes  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No</w:t>
            </w:r>
          </w:p>
        </w:tc>
        <w:tc>
          <w:tcPr>
            <w:tcW w:w="2880" w:type="dxa"/>
          </w:tcPr>
          <w:p w:rsidRPr="008C0702" w:rsidR="00734F80" w:rsidP="00C75A5D" w:rsidRDefault="00734F80" w14:paraId="21634C68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F06F00" w14:paraId="68579ED4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Pr="008C0702" w:rsidR="00734F80" w:rsidP="00C75A5D" w:rsidRDefault="00734F80" w14:paraId="632BB0CA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Educational Psychology Report</w:t>
            </w:r>
          </w:p>
        </w:tc>
        <w:tc>
          <w:tcPr>
            <w:tcW w:w="2880" w:type="dxa"/>
          </w:tcPr>
          <w:p w:rsidRPr="008C0702" w:rsidR="00734F80" w:rsidP="00C75A5D" w:rsidRDefault="00734F80" w14:paraId="1E2A2F4B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Yes  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No</w:t>
            </w:r>
          </w:p>
        </w:tc>
        <w:tc>
          <w:tcPr>
            <w:tcW w:w="2880" w:type="dxa"/>
          </w:tcPr>
          <w:p w:rsidRPr="008C0702" w:rsidR="00734F80" w:rsidP="00C75A5D" w:rsidRDefault="00734F80" w14:paraId="53651807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F06F00" w14:paraId="659B16EB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Pr="008C0702" w:rsidR="00734F80" w:rsidP="00C75A5D" w:rsidRDefault="00734F80" w14:paraId="04752680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Speech &amp; Language Therapy Report</w:t>
            </w:r>
          </w:p>
        </w:tc>
        <w:tc>
          <w:tcPr>
            <w:tcW w:w="2880" w:type="dxa"/>
          </w:tcPr>
          <w:p w:rsidRPr="008C0702" w:rsidR="00734F80" w:rsidP="00C75A5D" w:rsidRDefault="00734F80" w14:paraId="1D52BD2A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Yes  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No</w:t>
            </w:r>
          </w:p>
        </w:tc>
        <w:tc>
          <w:tcPr>
            <w:tcW w:w="2880" w:type="dxa"/>
          </w:tcPr>
          <w:p w:rsidRPr="008C0702" w:rsidR="00734F80" w:rsidP="00C75A5D" w:rsidRDefault="00734F80" w14:paraId="0A2FC4BC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F06F00" w14:paraId="7B0772D7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Pr="008C0702" w:rsidR="00734F80" w:rsidP="00C75A5D" w:rsidRDefault="00734F80" w14:paraId="09CB1F2C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Occupational Therapy Report</w:t>
            </w:r>
          </w:p>
        </w:tc>
        <w:tc>
          <w:tcPr>
            <w:tcW w:w="2880" w:type="dxa"/>
          </w:tcPr>
          <w:p w:rsidRPr="008C0702" w:rsidR="00734F80" w:rsidP="00C75A5D" w:rsidRDefault="00734F80" w14:paraId="5077A0BE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Yes  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No</w:t>
            </w:r>
          </w:p>
        </w:tc>
        <w:tc>
          <w:tcPr>
            <w:tcW w:w="2880" w:type="dxa"/>
          </w:tcPr>
          <w:p w:rsidRPr="008C0702" w:rsidR="00734F80" w:rsidP="00C75A5D" w:rsidRDefault="00734F80" w14:paraId="185E76FC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F06F00" w14:paraId="0654F776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Pr="008C0702" w:rsidR="00734F80" w:rsidP="00C75A5D" w:rsidRDefault="00734F80" w14:paraId="67CDA561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Medical Information / Healthcare Plan</w:t>
            </w:r>
          </w:p>
        </w:tc>
        <w:tc>
          <w:tcPr>
            <w:tcW w:w="2880" w:type="dxa"/>
          </w:tcPr>
          <w:p w:rsidRPr="008C0702" w:rsidR="00734F80" w:rsidP="00C75A5D" w:rsidRDefault="00734F80" w14:paraId="574E5D11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Yes  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No</w:t>
            </w:r>
          </w:p>
        </w:tc>
        <w:tc>
          <w:tcPr>
            <w:tcW w:w="2880" w:type="dxa"/>
          </w:tcPr>
          <w:p w:rsidRPr="008C0702" w:rsidR="00734F80" w:rsidP="00C75A5D" w:rsidRDefault="00734F80" w14:paraId="7455456A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F06F00" w14:paraId="2A33E103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Pr="008C0702" w:rsidR="00734F80" w:rsidP="00C75A5D" w:rsidRDefault="00734F80" w14:paraId="04A61867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Behaviour Support Plan</w:t>
            </w:r>
          </w:p>
        </w:tc>
        <w:tc>
          <w:tcPr>
            <w:tcW w:w="2880" w:type="dxa"/>
          </w:tcPr>
          <w:p w:rsidRPr="008C0702" w:rsidR="00734F80" w:rsidP="00C75A5D" w:rsidRDefault="00734F80" w14:paraId="7302D32C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Yes  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No</w:t>
            </w:r>
          </w:p>
        </w:tc>
        <w:tc>
          <w:tcPr>
            <w:tcW w:w="2880" w:type="dxa"/>
          </w:tcPr>
          <w:p w:rsidRPr="008C0702" w:rsidR="00734F80" w:rsidP="00C75A5D" w:rsidRDefault="00734F80" w14:paraId="4E6C422F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F06F00" w14:paraId="6F350011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Pr="008C0702" w:rsidR="00734F80" w:rsidP="00C75A5D" w:rsidRDefault="00734F80" w14:paraId="234C0510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Risk Assessments</w:t>
            </w:r>
          </w:p>
        </w:tc>
        <w:tc>
          <w:tcPr>
            <w:tcW w:w="2880" w:type="dxa"/>
          </w:tcPr>
          <w:p w:rsidRPr="008C0702" w:rsidR="00734F80" w:rsidP="00C75A5D" w:rsidRDefault="00734F80" w14:paraId="366AE98A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Yes  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No</w:t>
            </w:r>
          </w:p>
        </w:tc>
        <w:tc>
          <w:tcPr>
            <w:tcW w:w="2880" w:type="dxa"/>
          </w:tcPr>
          <w:p w:rsidRPr="008C0702" w:rsidR="00734F80" w:rsidP="00C75A5D" w:rsidRDefault="00734F80" w14:paraId="3E8E2BD9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F06F00" w14:paraId="18CF5BB6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Pr="008C0702" w:rsidR="00734F80" w:rsidP="00C75A5D" w:rsidRDefault="00734F80" w14:paraId="5F507D04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Attendance Information</w:t>
            </w:r>
          </w:p>
        </w:tc>
        <w:tc>
          <w:tcPr>
            <w:tcW w:w="2880" w:type="dxa"/>
          </w:tcPr>
          <w:p w:rsidRPr="008C0702" w:rsidR="00734F80" w:rsidP="00C75A5D" w:rsidRDefault="00734F80" w14:paraId="2DD8F193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Yes  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No</w:t>
            </w:r>
          </w:p>
        </w:tc>
        <w:tc>
          <w:tcPr>
            <w:tcW w:w="2880" w:type="dxa"/>
          </w:tcPr>
          <w:p w:rsidRPr="008C0702" w:rsidR="00734F80" w:rsidP="00C75A5D" w:rsidRDefault="00734F80" w14:paraId="76B85630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F06F00" w14:paraId="1E45F7A4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Pr="008C0702" w:rsidR="00734F80" w:rsidP="00C75A5D" w:rsidRDefault="00734F80" w14:paraId="65FE1AB9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Current School Report</w:t>
            </w:r>
          </w:p>
        </w:tc>
        <w:tc>
          <w:tcPr>
            <w:tcW w:w="2880" w:type="dxa"/>
          </w:tcPr>
          <w:p w:rsidRPr="008C0702" w:rsidR="00734F80" w:rsidP="00C75A5D" w:rsidRDefault="00734F80" w14:paraId="60542198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Yes  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No</w:t>
            </w:r>
          </w:p>
        </w:tc>
        <w:tc>
          <w:tcPr>
            <w:tcW w:w="2880" w:type="dxa"/>
          </w:tcPr>
          <w:p w:rsidRPr="008C0702" w:rsidR="00734F80" w:rsidP="00C75A5D" w:rsidRDefault="00734F80" w14:paraId="16999DC3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F06F00" w14:paraId="353F4144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Pr="008C0702" w:rsidR="00734F80" w:rsidP="00C75A5D" w:rsidRDefault="00734F80" w14:paraId="7D3A1216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Social Care Information</w:t>
            </w:r>
          </w:p>
        </w:tc>
        <w:tc>
          <w:tcPr>
            <w:tcW w:w="2880" w:type="dxa"/>
          </w:tcPr>
          <w:p w:rsidRPr="008C0702" w:rsidR="00734F80" w:rsidP="00C75A5D" w:rsidRDefault="00734F80" w14:paraId="37D4C915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Yes  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No</w:t>
            </w:r>
          </w:p>
        </w:tc>
        <w:tc>
          <w:tcPr>
            <w:tcW w:w="2880" w:type="dxa"/>
          </w:tcPr>
          <w:p w:rsidRPr="008C0702" w:rsidR="00734F80" w:rsidP="00C75A5D" w:rsidRDefault="00734F80" w14:paraId="79330477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F06F00" w14:paraId="1107D882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Pr="008C0702" w:rsidR="00734F80" w:rsidP="00C75A5D" w:rsidRDefault="00734F80" w14:paraId="56B7A73E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Other Professional Reports</w:t>
            </w:r>
          </w:p>
        </w:tc>
        <w:tc>
          <w:tcPr>
            <w:tcW w:w="2880" w:type="dxa"/>
          </w:tcPr>
          <w:p w:rsidRPr="008C0702" w:rsidR="00734F80" w:rsidP="00C75A5D" w:rsidRDefault="00734F80" w14:paraId="5E97D1AF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Yes   </w:t>
            </w:r>
            <w:r w:rsidRPr="008C0702">
              <w:rPr>
                <w:rFonts w:ascii="Segoe UI Symbol" w:hAnsi="Segoe UI Symbol" w:cs="Segoe UI Symbol"/>
              </w:rPr>
              <w:t>☐</w:t>
            </w:r>
            <w:r w:rsidRPr="008C0702">
              <w:rPr>
                <w:rFonts w:ascii="Century Gothic" w:hAnsi="Century Gothic"/>
              </w:rPr>
              <w:t xml:space="preserve"> No</w:t>
            </w:r>
          </w:p>
        </w:tc>
        <w:tc>
          <w:tcPr>
            <w:tcW w:w="2880" w:type="dxa"/>
          </w:tcPr>
          <w:p w:rsidRPr="008C0702" w:rsidR="00734F80" w:rsidP="00C75A5D" w:rsidRDefault="00734F80" w14:paraId="01541074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</w:p>
        </w:tc>
      </w:tr>
    </w:tbl>
    <w:p w:rsidRPr="008C0702" w:rsidR="00734F80" w:rsidP="00734F80" w:rsidRDefault="00734F80" w14:paraId="7509A6B3" w14:textId="77777777">
      <w:pPr>
        <w:rPr>
          <w:rFonts w:ascii="Century Gothic" w:hAnsi="Century Gothic"/>
        </w:rPr>
      </w:pPr>
    </w:p>
    <w:p w:rsidRPr="008C0702" w:rsidR="00734F80" w:rsidP="00734F80" w:rsidRDefault="00734F80" w14:paraId="0E4D2491" w14:textId="77777777">
      <w:pPr>
        <w:pStyle w:val="Heading2"/>
        <w:rPr>
          <w:rFonts w:ascii="Century Gothic" w:hAnsi="Century Gothic"/>
        </w:rPr>
      </w:pPr>
      <w:r w:rsidRPr="008C0702">
        <w:rPr>
          <w:rFonts w:ascii="Century Gothic" w:hAnsi="Century Gothic"/>
          <w:color w:val="5F7A61"/>
        </w:rPr>
        <w:t>Professional Declaration</w:t>
      </w:r>
    </w:p>
    <w:tbl>
      <w:tblPr>
        <w:tblStyle w:val="ListTable3-Accent3"/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4316"/>
        <w:gridCol w:w="4314"/>
      </w:tblGrid>
      <w:tr w:rsidRPr="008C0702" w:rsidR="00734F80" w:rsidTr="006643E0" w14:paraId="112D1FB9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320" w:type="dxa"/>
            <w:tcBorders>
              <w:bottom w:val="none" w:color="auto" w:sz="0" w:space="0"/>
              <w:right w:val="none" w:color="auto" w:sz="0" w:space="0"/>
            </w:tcBorders>
          </w:tcPr>
          <w:p w:rsidRPr="008C0702" w:rsidR="00734F80" w:rsidP="00C75A5D" w:rsidRDefault="00734F80" w14:paraId="40809063" w14:textId="77777777">
            <w:pPr>
              <w:rPr>
                <w:rFonts w:ascii="Century Gothic" w:hAnsi="Century Gothic"/>
              </w:rPr>
            </w:pPr>
            <w:r w:rsidRPr="00CD711A">
              <w:rPr>
                <w:rFonts w:ascii="Century Gothic" w:hAnsi="Century Gothic"/>
                <w:sz w:val="40"/>
                <w:szCs w:val="44"/>
              </w:rPr>
              <w:t>Declaration</w:t>
            </w:r>
          </w:p>
        </w:tc>
        <w:tc>
          <w:tcPr>
            <w:tcW w:w="4320" w:type="dxa"/>
          </w:tcPr>
          <w:p w:rsidRPr="008C0702" w:rsidR="00734F80" w:rsidP="00C75A5D" w:rsidRDefault="00734F80" w14:paraId="1F300B45" w14:textId="7777777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 xml:space="preserve">I confirm that the information contained within this referral is accurate to the best of my knowledge and that all relevant information has been shared with </w:t>
            </w:r>
            <w:r w:rsidRPr="008C0702">
              <w:rPr>
                <w:rFonts w:ascii="Century Gothic" w:hAnsi="Century Gothic"/>
              </w:rPr>
              <w:lastRenderedPageBreak/>
              <w:t>Homebrook Woods to support the admissions assessment process.</w:t>
            </w:r>
          </w:p>
        </w:tc>
      </w:tr>
      <w:tr w:rsidRPr="008C0702" w:rsidR="00734F80" w:rsidTr="006643E0" w14:paraId="0D50BF56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tcBorders>
              <w:top w:val="none" w:color="auto" w:sz="0" w:space="0"/>
              <w:bottom w:val="none" w:color="auto" w:sz="0" w:space="0"/>
              <w:right w:val="none" w:color="auto" w:sz="0" w:space="0"/>
            </w:tcBorders>
          </w:tcPr>
          <w:p w:rsidRPr="008C0702" w:rsidR="00734F80" w:rsidP="00C75A5D" w:rsidRDefault="00734F80" w14:paraId="0B26C4E4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lastRenderedPageBreak/>
              <w:t>Name</w:t>
            </w:r>
          </w:p>
        </w:tc>
        <w:tc>
          <w:tcPr>
            <w:tcW w:w="4320" w:type="dxa"/>
            <w:tcBorders>
              <w:top w:val="none" w:color="auto" w:sz="0" w:space="0"/>
              <w:bottom w:val="none" w:color="auto" w:sz="0" w:space="0"/>
            </w:tcBorders>
          </w:tcPr>
          <w:p w:rsidRPr="008C0702" w:rsidR="00734F80" w:rsidP="00C75A5D" w:rsidRDefault="00734F80" w14:paraId="695C19A5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6643E0" w14:paraId="7A2F14B0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tcBorders>
              <w:right w:val="none" w:color="auto" w:sz="0" w:space="0"/>
            </w:tcBorders>
          </w:tcPr>
          <w:p w:rsidRPr="008C0702" w:rsidR="00734F80" w:rsidP="00C75A5D" w:rsidRDefault="00734F80" w14:paraId="6DC90B66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Job Title</w:t>
            </w:r>
          </w:p>
        </w:tc>
        <w:tc>
          <w:tcPr>
            <w:tcW w:w="4320" w:type="dxa"/>
          </w:tcPr>
          <w:p w:rsidRPr="008C0702" w:rsidR="00734F80" w:rsidP="00C75A5D" w:rsidRDefault="00734F80" w14:paraId="54C73AFE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6643E0" w14:paraId="4FC2527D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tcBorders>
              <w:top w:val="none" w:color="auto" w:sz="0" w:space="0"/>
              <w:bottom w:val="none" w:color="auto" w:sz="0" w:space="0"/>
              <w:right w:val="none" w:color="auto" w:sz="0" w:space="0"/>
            </w:tcBorders>
          </w:tcPr>
          <w:p w:rsidRPr="008C0702" w:rsidR="00734F80" w:rsidP="00C75A5D" w:rsidRDefault="00734F80" w14:paraId="7B398BC9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Organisation</w:t>
            </w:r>
          </w:p>
        </w:tc>
        <w:tc>
          <w:tcPr>
            <w:tcW w:w="4320" w:type="dxa"/>
            <w:tcBorders>
              <w:top w:val="none" w:color="auto" w:sz="0" w:space="0"/>
              <w:bottom w:val="none" w:color="auto" w:sz="0" w:space="0"/>
            </w:tcBorders>
          </w:tcPr>
          <w:p w:rsidRPr="008C0702" w:rsidR="00734F80" w:rsidP="00C75A5D" w:rsidRDefault="00734F80" w14:paraId="69B494EE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6643E0" w14:paraId="217668C2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tcBorders>
              <w:right w:val="none" w:color="auto" w:sz="0" w:space="0"/>
            </w:tcBorders>
          </w:tcPr>
          <w:p w:rsidRPr="008C0702" w:rsidR="00734F80" w:rsidP="00C75A5D" w:rsidRDefault="00734F80" w14:paraId="6CE3720E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Telephone</w:t>
            </w:r>
          </w:p>
        </w:tc>
        <w:tc>
          <w:tcPr>
            <w:tcW w:w="4320" w:type="dxa"/>
          </w:tcPr>
          <w:p w:rsidRPr="008C0702" w:rsidR="00734F80" w:rsidP="00C75A5D" w:rsidRDefault="00734F80" w14:paraId="6C9B6B75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6643E0" w14:paraId="112476DE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tcBorders>
              <w:top w:val="none" w:color="auto" w:sz="0" w:space="0"/>
              <w:bottom w:val="none" w:color="auto" w:sz="0" w:space="0"/>
              <w:right w:val="none" w:color="auto" w:sz="0" w:space="0"/>
            </w:tcBorders>
          </w:tcPr>
          <w:p w:rsidRPr="008C0702" w:rsidR="00734F80" w:rsidP="00C75A5D" w:rsidRDefault="00734F80" w14:paraId="569D9AB0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Email</w:t>
            </w:r>
          </w:p>
        </w:tc>
        <w:tc>
          <w:tcPr>
            <w:tcW w:w="4320" w:type="dxa"/>
            <w:tcBorders>
              <w:top w:val="none" w:color="auto" w:sz="0" w:space="0"/>
              <w:bottom w:val="none" w:color="auto" w:sz="0" w:space="0"/>
            </w:tcBorders>
          </w:tcPr>
          <w:p w:rsidRPr="008C0702" w:rsidR="00734F80" w:rsidP="00C75A5D" w:rsidRDefault="00734F80" w14:paraId="77444553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6643E0" w14:paraId="337E67E2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tcBorders>
              <w:right w:val="none" w:color="auto" w:sz="0" w:space="0"/>
            </w:tcBorders>
          </w:tcPr>
          <w:p w:rsidRPr="008C0702" w:rsidR="00734F80" w:rsidP="00C75A5D" w:rsidRDefault="00734F80" w14:paraId="3EF0E3E9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Signature</w:t>
            </w:r>
          </w:p>
        </w:tc>
        <w:tc>
          <w:tcPr>
            <w:tcW w:w="4320" w:type="dxa"/>
          </w:tcPr>
          <w:p w:rsidRPr="008C0702" w:rsidR="00734F80" w:rsidP="00C75A5D" w:rsidRDefault="00734F80" w14:paraId="3A644380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</w:p>
        </w:tc>
      </w:tr>
      <w:tr w:rsidRPr="008C0702" w:rsidR="00734F80" w:rsidTr="006643E0" w14:paraId="32D1C76A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tcBorders>
              <w:top w:val="none" w:color="auto" w:sz="0" w:space="0"/>
              <w:bottom w:val="none" w:color="auto" w:sz="0" w:space="0"/>
              <w:right w:val="none" w:color="auto" w:sz="0" w:space="0"/>
            </w:tcBorders>
          </w:tcPr>
          <w:p w:rsidRPr="008C0702" w:rsidR="00734F80" w:rsidP="00C75A5D" w:rsidRDefault="00734F80" w14:paraId="13640F8A" w14:textId="77777777">
            <w:pPr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t>Date</w:t>
            </w:r>
          </w:p>
        </w:tc>
        <w:tc>
          <w:tcPr>
            <w:tcW w:w="4320" w:type="dxa"/>
            <w:tcBorders>
              <w:top w:val="none" w:color="auto" w:sz="0" w:space="0"/>
              <w:bottom w:val="none" w:color="auto" w:sz="0" w:space="0"/>
            </w:tcBorders>
          </w:tcPr>
          <w:p w:rsidRPr="008C0702" w:rsidR="00734F80" w:rsidP="00C75A5D" w:rsidRDefault="00734F80" w14:paraId="00B4CAB9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8C0702">
              <w:rPr>
                <w:rFonts w:ascii="Century Gothic" w:hAnsi="Century Gothic"/>
              </w:rPr>
              <w:br/>
            </w:r>
          </w:p>
        </w:tc>
      </w:tr>
    </w:tbl>
    <w:p w:rsidR="00400875" w:rsidP="00734F80" w:rsidRDefault="00400875" w14:paraId="0961D745" w14:textId="77777777">
      <w:pPr>
        <w:pStyle w:val="Heading2"/>
        <w:rPr>
          <w:rFonts w:ascii="Century Gothic" w:hAnsi="Century Gothic"/>
          <w:color w:val="5F7A61"/>
        </w:rPr>
      </w:pPr>
    </w:p>
    <w:p w:rsidR="00947B06" w:rsidP="00947B06" w:rsidRDefault="00947B06" w14:paraId="0A8832F3" w14:textId="77777777"/>
    <w:p w:rsidRPr="00947B06" w:rsidR="00947B06" w:rsidP="00947B06" w:rsidRDefault="00947B06" w14:paraId="65B2AE16" w14:textId="77777777">
      <w:pPr>
        <w:rPr>
          <w:sz w:val="28"/>
          <w:szCs w:val="32"/>
        </w:rPr>
      </w:pPr>
    </w:p>
    <w:p w:rsidRPr="00947B06" w:rsidR="00734F80" w:rsidP="00400875" w:rsidRDefault="00734F80" w14:paraId="34DC0DCB" w14:textId="21B07414">
      <w:pPr>
        <w:pStyle w:val="Heading2"/>
        <w:shd w:val="clear" w:color="auto" w:fill="D9D9D9" w:themeFill="background1" w:themeFillShade="D9"/>
        <w:rPr>
          <w:rFonts w:ascii="Century Gothic" w:hAnsi="Century Gothic"/>
          <w:color w:val="000000" w:themeColor="text1"/>
          <w:sz w:val="44"/>
          <w:szCs w:val="44"/>
        </w:rPr>
      </w:pPr>
      <w:r w:rsidRPr="00947B06">
        <w:rPr>
          <w:rFonts w:ascii="Century Gothic" w:hAnsi="Century Gothic"/>
          <w:color w:val="000000" w:themeColor="text1"/>
          <w:sz w:val="44"/>
          <w:szCs w:val="44"/>
        </w:rPr>
        <w:t>For Homebrook Woods Office Use Only</w:t>
      </w:r>
    </w:p>
    <w:tbl>
      <w:tblPr>
        <w:tblStyle w:val="GridTable4"/>
        <w:tblW w:w="0" w:type="auto"/>
        <w:tblLook w:val="04A0" w:firstRow="1" w:lastRow="0" w:firstColumn="1" w:lastColumn="0" w:noHBand="0" w:noVBand="1"/>
      </w:tblPr>
      <w:tblGrid>
        <w:gridCol w:w="4316"/>
        <w:gridCol w:w="4314"/>
      </w:tblGrid>
      <w:tr w:rsidRPr="00947B06" w:rsidR="00734F80" w:rsidTr="00EC7A25" w14:paraId="396D581B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947B06" w:rsidR="00734F80" w:rsidP="00C75A5D" w:rsidRDefault="00734F80" w14:paraId="7909F361" w14:textId="77777777">
            <w:pPr>
              <w:rPr>
                <w:rFonts w:ascii="Century Gothic" w:hAnsi="Century Gothic"/>
                <w:sz w:val="28"/>
                <w:szCs w:val="32"/>
              </w:rPr>
            </w:pPr>
            <w:r w:rsidRPr="00947B06">
              <w:rPr>
                <w:rFonts w:ascii="Century Gothic" w:hAnsi="Century Gothic"/>
                <w:sz w:val="28"/>
                <w:szCs w:val="32"/>
              </w:rPr>
              <w:t>Field</w:t>
            </w:r>
          </w:p>
        </w:tc>
        <w:tc>
          <w:tcPr>
            <w:tcW w:w="4320" w:type="dxa"/>
          </w:tcPr>
          <w:p w:rsidRPr="00947B06" w:rsidR="00734F80" w:rsidP="00C75A5D" w:rsidRDefault="00734F80" w14:paraId="0DCAD580" w14:textId="7777777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8"/>
                <w:szCs w:val="32"/>
              </w:rPr>
            </w:pPr>
            <w:r w:rsidRPr="00947B06">
              <w:rPr>
                <w:rFonts w:ascii="Century Gothic" w:hAnsi="Century Gothic"/>
                <w:sz w:val="28"/>
                <w:szCs w:val="32"/>
              </w:rPr>
              <w:t>Response</w:t>
            </w:r>
          </w:p>
        </w:tc>
      </w:tr>
      <w:tr w:rsidRPr="00947B06" w:rsidR="00734F80" w:rsidTr="00EC7A25" w14:paraId="5FC133A9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947B06" w:rsidR="00734F80" w:rsidP="00C75A5D" w:rsidRDefault="00734F80" w14:paraId="32D9DE06" w14:textId="77777777">
            <w:pPr>
              <w:rPr>
                <w:rFonts w:ascii="Century Gothic" w:hAnsi="Century Gothic"/>
                <w:sz w:val="28"/>
                <w:szCs w:val="32"/>
              </w:rPr>
            </w:pPr>
            <w:r w:rsidRPr="00947B06">
              <w:rPr>
                <w:rFonts w:ascii="Century Gothic" w:hAnsi="Century Gothic"/>
                <w:sz w:val="28"/>
                <w:szCs w:val="32"/>
              </w:rPr>
              <w:t>Date Referral Received</w:t>
            </w:r>
          </w:p>
        </w:tc>
        <w:tc>
          <w:tcPr>
            <w:tcW w:w="4320" w:type="dxa"/>
          </w:tcPr>
          <w:p w:rsidRPr="00947B06" w:rsidR="00734F80" w:rsidP="00C75A5D" w:rsidRDefault="00734F80" w14:paraId="6B275A54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28"/>
                <w:szCs w:val="32"/>
              </w:rPr>
            </w:pPr>
            <w:r w:rsidRPr="00947B06">
              <w:rPr>
                <w:rFonts w:ascii="Century Gothic" w:hAnsi="Century Gothic"/>
                <w:sz w:val="28"/>
                <w:szCs w:val="32"/>
              </w:rPr>
              <w:br/>
            </w:r>
          </w:p>
        </w:tc>
      </w:tr>
      <w:tr w:rsidRPr="00947B06" w:rsidR="00734F80" w:rsidTr="00EC7A25" w14:paraId="03343200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947B06" w:rsidR="00734F80" w:rsidP="00C75A5D" w:rsidRDefault="00734F80" w14:paraId="11E7D102" w14:textId="77777777">
            <w:pPr>
              <w:rPr>
                <w:rFonts w:ascii="Century Gothic" w:hAnsi="Century Gothic"/>
                <w:sz w:val="28"/>
                <w:szCs w:val="32"/>
              </w:rPr>
            </w:pPr>
            <w:r w:rsidRPr="00947B06">
              <w:rPr>
                <w:rFonts w:ascii="Century Gothic" w:hAnsi="Century Gothic"/>
                <w:sz w:val="28"/>
                <w:szCs w:val="32"/>
              </w:rPr>
              <w:t>Referral Reference Number</w:t>
            </w:r>
          </w:p>
        </w:tc>
        <w:tc>
          <w:tcPr>
            <w:tcW w:w="4320" w:type="dxa"/>
          </w:tcPr>
          <w:p w:rsidRPr="00947B06" w:rsidR="00734F80" w:rsidP="00C75A5D" w:rsidRDefault="00734F80" w14:paraId="054A01D0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8"/>
                <w:szCs w:val="32"/>
              </w:rPr>
            </w:pPr>
            <w:r w:rsidRPr="00947B06">
              <w:rPr>
                <w:rFonts w:ascii="Century Gothic" w:hAnsi="Century Gothic"/>
                <w:sz w:val="28"/>
                <w:szCs w:val="32"/>
              </w:rPr>
              <w:br/>
            </w:r>
          </w:p>
        </w:tc>
      </w:tr>
      <w:tr w:rsidRPr="00947B06" w:rsidR="00734F80" w:rsidTr="00EC7A25" w14:paraId="6F66539E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947B06" w:rsidR="00734F80" w:rsidP="00C75A5D" w:rsidRDefault="00734F80" w14:paraId="046EEEA3" w14:textId="77777777">
            <w:pPr>
              <w:rPr>
                <w:rFonts w:ascii="Century Gothic" w:hAnsi="Century Gothic"/>
                <w:sz w:val="28"/>
                <w:szCs w:val="32"/>
              </w:rPr>
            </w:pPr>
            <w:r w:rsidRPr="00947B06">
              <w:rPr>
                <w:rFonts w:ascii="Century Gothic" w:hAnsi="Century Gothic"/>
                <w:sz w:val="28"/>
                <w:szCs w:val="32"/>
              </w:rPr>
              <w:t>Documentation Complete</w:t>
            </w:r>
          </w:p>
        </w:tc>
        <w:tc>
          <w:tcPr>
            <w:tcW w:w="4320" w:type="dxa"/>
          </w:tcPr>
          <w:p w:rsidRPr="00947B06" w:rsidR="00734F80" w:rsidP="00C75A5D" w:rsidRDefault="00734F80" w14:paraId="2EC5A561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28"/>
                <w:szCs w:val="32"/>
              </w:rPr>
            </w:pPr>
            <w:r w:rsidRPr="00947B06">
              <w:rPr>
                <w:rFonts w:ascii="Segoe UI Symbol" w:hAnsi="Segoe UI Symbol" w:cs="Segoe UI Symbol"/>
                <w:sz w:val="28"/>
                <w:szCs w:val="32"/>
              </w:rPr>
              <w:t>☐</w:t>
            </w:r>
            <w:r w:rsidRPr="00947B06">
              <w:rPr>
                <w:rFonts w:ascii="Century Gothic" w:hAnsi="Century Gothic"/>
                <w:sz w:val="28"/>
                <w:szCs w:val="32"/>
              </w:rPr>
              <w:t xml:space="preserve"> Yes   </w:t>
            </w:r>
            <w:r w:rsidRPr="00947B06">
              <w:rPr>
                <w:rFonts w:ascii="Segoe UI Symbol" w:hAnsi="Segoe UI Symbol" w:cs="Segoe UI Symbol"/>
                <w:sz w:val="28"/>
                <w:szCs w:val="32"/>
              </w:rPr>
              <w:t>☐</w:t>
            </w:r>
            <w:r w:rsidRPr="00947B06">
              <w:rPr>
                <w:rFonts w:ascii="Century Gothic" w:hAnsi="Century Gothic"/>
                <w:sz w:val="28"/>
                <w:szCs w:val="32"/>
              </w:rPr>
              <w:t xml:space="preserve"> No</w:t>
            </w:r>
          </w:p>
        </w:tc>
      </w:tr>
      <w:tr w:rsidRPr="00947B06" w:rsidR="00734F80" w:rsidTr="00EC7A25" w14:paraId="5AF231CA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947B06" w:rsidR="00734F80" w:rsidP="00C75A5D" w:rsidRDefault="00734F80" w14:paraId="43A2B9BD" w14:textId="77777777">
            <w:pPr>
              <w:rPr>
                <w:rFonts w:ascii="Century Gothic" w:hAnsi="Century Gothic"/>
                <w:sz w:val="28"/>
                <w:szCs w:val="32"/>
              </w:rPr>
            </w:pPr>
            <w:r w:rsidRPr="00947B06">
              <w:rPr>
                <w:rFonts w:ascii="Century Gothic" w:hAnsi="Century Gothic"/>
                <w:sz w:val="28"/>
                <w:szCs w:val="32"/>
              </w:rPr>
              <w:t>Further Information Requested</w:t>
            </w:r>
          </w:p>
        </w:tc>
        <w:tc>
          <w:tcPr>
            <w:tcW w:w="4320" w:type="dxa"/>
          </w:tcPr>
          <w:p w:rsidRPr="00947B06" w:rsidR="00734F80" w:rsidP="00C75A5D" w:rsidRDefault="00734F80" w14:paraId="54BC6818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8"/>
                <w:szCs w:val="32"/>
              </w:rPr>
            </w:pPr>
            <w:r w:rsidRPr="00947B06">
              <w:rPr>
                <w:rFonts w:ascii="Century Gothic" w:hAnsi="Century Gothic"/>
                <w:sz w:val="28"/>
                <w:szCs w:val="32"/>
              </w:rPr>
              <w:br/>
            </w:r>
          </w:p>
        </w:tc>
      </w:tr>
      <w:tr w:rsidRPr="00947B06" w:rsidR="00734F80" w:rsidTr="00EC7A25" w14:paraId="50A470AB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947B06" w:rsidR="00734F80" w:rsidP="00C75A5D" w:rsidRDefault="00734F80" w14:paraId="186D00C1" w14:textId="77777777">
            <w:pPr>
              <w:rPr>
                <w:rFonts w:ascii="Century Gothic" w:hAnsi="Century Gothic"/>
                <w:sz w:val="28"/>
                <w:szCs w:val="32"/>
              </w:rPr>
            </w:pPr>
            <w:r w:rsidRPr="00947B06">
              <w:rPr>
                <w:rFonts w:ascii="Century Gothic" w:hAnsi="Century Gothic"/>
                <w:sz w:val="28"/>
                <w:szCs w:val="32"/>
              </w:rPr>
              <w:t>Assessment Visit Arranged</w:t>
            </w:r>
          </w:p>
        </w:tc>
        <w:tc>
          <w:tcPr>
            <w:tcW w:w="4320" w:type="dxa"/>
          </w:tcPr>
          <w:p w:rsidRPr="00947B06" w:rsidR="00734F80" w:rsidP="00C75A5D" w:rsidRDefault="00734F80" w14:paraId="28C2B4F2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28"/>
                <w:szCs w:val="32"/>
              </w:rPr>
            </w:pPr>
            <w:r w:rsidRPr="00947B06">
              <w:rPr>
                <w:rFonts w:ascii="Century Gothic" w:hAnsi="Century Gothic"/>
                <w:sz w:val="28"/>
                <w:szCs w:val="32"/>
              </w:rPr>
              <w:br/>
            </w:r>
          </w:p>
        </w:tc>
      </w:tr>
      <w:tr w:rsidRPr="00947B06" w:rsidR="00734F80" w:rsidTr="00EC7A25" w14:paraId="7CDE1E23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947B06" w:rsidR="00734F80" w:rsidP="00C75A5D" w:rsidRDefault="00734F80" w14:paraId="4F833845" w14:textId="77777777">
            <w:pPr>
              <w:rPr>
                <w:rFonts w:ascii="Century Gothic" w:hAnsi="Century Gothic"/>
                <w:sz w:val="28"/>
                <w:szCs w:val="32"/>
              </w:rPr>
            </w:pPr>
            <w:r w:rsidRPr="00947B06">
              <w:rPr>
                <w:rFonts w:ascii="Century Gothic" w:hAnsi="Century Gothic"/>
                <w:sz w:val="28"/>
                <w:szCs w:val="32"/>
              </w:rPr>
              <w:t>Admissions Panel Date</w:t>
            </w:r>
          </w:p>
        </w:tc>
        <w:tc>
          <w:tcPr>
            <w:tcW w:w="4320" w:type="dxa"/>
          </w:tcPr>
          <w:p w:rsidRPr="00947B06" w:rsidR="00734F80" w:rsidP="00C75A5D" w:rsidRDefault="00734F80" w14:paraId="78129B56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8"/>
                <w:szCs w:val="32"/>
              </w:rPr>
            </w:pPr>
            <w:r w:rsidRPr="00947B06">
              <w:rPr>
                <w:rFonts w:ascii="Century Gothic" w:hAnsi="Century Gothic"/>
                <w:sz w:val="28"/>
                <w:szCs w:val="32"/>
              </w:rPr>
              <w:br/>
            </w:r>
          </w:p>
        </w:tc>
      </w:tr>
      <w:tr w:rsidRPr="00947B06" w:rsidR="00734F80" w:rsidTr="00EC7A25" w14:paraId="4C1D40D2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947B06" w:rsidR="00734F80" w:rsidP="00C75A5D" w:rsidRDefault="00734F80" w14:paraId="70371421" w14:textId="77777777">
            <w:pPr>
              <w:rPr>
                <w:rFonts w:ascii="Century Gothic" w:hAnsi="Century Gothic"/>
                <w:sz w:val="28"/>
                <w:szCs w:val="32"/>
              </w:rPr>
            </w:pPr>
            <w:r w:rsidRPr="00947B06">
              <w:rPr>
                <w:rFonts w:ascii="Century Gothic" w:hAnsi="Century Gothic"/>
                <w:sz w:val="28"/>
                <w:szCs w:val="32"/>
              </w:rPr>
              <w:t>Outcome</w:t>
            </w:r>
          </w:p>
        </w:tc>
        <w:tc>
          <w:tcPr>
            <w:tcW w:w="4320" w:type="dxa"/>
          </w:tcPr>
          <w:p w:rsidR="00947B06" w:rsidP="00C75A5D" w:rsidRDefault="00734F80" w14:paraId="65D705C4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28"/>
                <w:szCs w:val="32"/>
              </w:rPr>
            </w:pPr>
            <w:r w:rsidRPr="00947B06">
              <w:rPr>
                <w:rFonts w:ascii="Segoe UI Symbol" w:hAnsi="Segoe UI Symbol" w:cs="Segoe UI Symbol"/>
                <w:sz w:val="28"/>
                <w:szCs w:val="32"/>
              </w:rPr>
              <w:t>☐</w:t>
            </w:r>
            <w:r w:rsidRPr="00947B06">
              <w:rPr>
                <w:rFonts w:ascii="Century Gothic" w:hAnsi="Century Gothic"/>
                <w:sz w:val="28"/>
                <w:szCs w:val="32"/>
              </w:rPr>
              <w:t xml:space="preserve"> Proceed to Assessment   </w:t>
            </w:r>
          </w:p>
          <w:p w:rsidR="00947B06" w:rsidP="00C75A5D" w:rsidRDefault="00734F80" w14:paraId="2DC69503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28"/>
                <w:szCs w:val="32"/>
              </w:rPr>
            </w:pPr>
            <w:r w:rsidRPr="00947B06">
              <w:rPr>
                <w:rFonts w:ascii="Segoe UI Symbol" w:hAnsi="Segoe UI Symbol" w:cs="Segoe UI Symbol"/>
                <w:sz w:val="28"/>
                <w:szCs w:val="32"/>
              </w:rPr>
              <w:t>☐</w:t>
            </w:r>
            <w:r w:rsidRPr="00947B06">
              <w:rPr>
                <w:rFonts w:ascii="Century Gothic" w:hAnsi="Century Gothic"/>
                <w:sz w:val="28"/>
                <w:szCs w:val="32"/>
              </w:rPr>
              <w:t xml:space="preserve"> Further Information Required  </w:t>
            </w:r>
          </w:p>
          <w:p w:rsidR="00947B06" w:rsidP="00C75A5D" w:rsidRDefault="00734F80" w14:paraId="0E0BDEFC" w14:textId="364F72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28"/>
                <w:szCs w:val="32"/>
              </w:rPr>
            </w:pPr>
            <w:r w:rsidRPr="00947B06">
              <w:rPr>
                <w:rFonts w:ascii="Segoe UI Symbol" w:hAnsi="Segoe UI Symbol" w:cs="Segoe UI Symbol"/>
                <w:sz w:val="28"/>
                <w:szCs w:val="32"/>
              </w:rPr>
              <w:t>☐</w:t>
            </w:r>
            <w:r w:rsidRPr="00947B06">
              <w:rPr>
                <w:rFonts w:ascii="Century Gothic" w:hAnsi="Century Gothic"/>
                <w:sz w:val="28"/>
                <w:szCs w:val="32"/>
              </w:rPr>
              <w:t xml:space="preserve"> Placement Offered  </w:t>
            </w:r>
          </w:p>
          <w:p w:rsidRPr="00947B06" w:rsidR="00734F80" w:rsidP="00C75A5D" w:rsidRDefault="00734F80" w14:paraId="0C0C3A17" w14:textId="20EB4D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28"/>
                <w:szCs w:val="32"/>
              </w:rPr>
            </w:pPr>
            <w:r w:rsidRPr="00947B06">
              <w:rPr>
                <w:rFonts w:ascii="Segoe UI Symbol" w:hAnsi="Segoe UI Symbol" w:cs="Segoe UI Symbol"/>
                <w:sz w:val="28"/>
                <w:szCs w:val="32"/>
              </w:rPr>
              <w:t>☐</w:t>
            </w:r>
            <w:r w:rsidRPr="00947B06">
              <w:rPr>
                <w:rFonts w:ascii="Century Gothic" w:hAnsi="Century Gothic"/>
                <w:sz w:val="28"/>
                <w:szCs w:val="32"/>
              </w:rPr>
              <w:t xml:space="preserve"> Placement Declined</w:t>
            </w:r>
          </w:p>
        </w:tc>
      </w:tr>
      <w:tr w:rsidRPr="00947B06" w:rsidR="00734F80" w:rsidTr="00EC7A25" w14:paraId="32B25318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Pr="00947B06" w:rsidR="00734F80" w:rsidP="00C75A5D" w:rsidRDefault="00734F80" w14:paraId="194CA889" w14:textId="77777777">
            <w:pPr>
              <w:rPr>
                <w:rFonts w:ascii="Century Gothic" w:hAnsi="Century Gothic"/>
                <w:sz w:val="28"/>
                <w:szCs w:val="32"/>
              </w:rPr>
            </w:pPr>
            <w:r w:rsidRPr="00947B06">
              <w:rPr>
                <w:rFonts w:ascii="Century Gothic" w:hAnsi="Century Gothic"/>
                <w:sz w:val="28"/>
                <w:szCs w:val="32"/>
              </w:rPr>
              <w:t>Admissions Lead</w:t>
            </w:r>
          </w:p>
        </w:tc>
        <w:tc>
          <w:tcPr>
            <w:tcW w:w="4320" w:type="dxa"/>
          </w:tcPr>
          <w:p w:rsidRPr="00947B06" w:rsidR="00734F80" w:rsidP="00C75A5D" w:rsidRDefault="00734F80" w14:paraId="2CEA46FE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8"/>
                <w:szCs w:val="32"/>
              </w:rPr>
            </w:pPr>
            <w:r w:rsidRPr="00947B06">
              <w:rPr>
                <w:rFonts w:ascii="Century Gothic" w:hAnsi="Century Gothic"/>
                <w:sz w:val="28"/>
                <w:szCs w:val="32"/>
              </w:rPr>
              <w:br/>
            </w:r>
          </w:p>
        </w:tc>
      </w:tr>
    </w:tbl>
    <w:p w:rsidRPr="008C0702" w:rsidR="00734F80" w:rsidRDefault="00734F80" w14:paraId="411E6DF8" w14:textId="77777777">
      <w:pPr>
        <w:rPr>
          <w:rFonts w:ascii="Century Gothic" w:hAnsi="Century Gothic"/>
        </w:rPr>
      </w:pPr>
    </w:p>
    <w:sectPr w:rsidRPr="008C0702" w:rsidR="00734F80" w:rsidSect="0003461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 w:orient="portrait"/>
      <w:pgMar w:top="800" w:right="1800" w:bottom="80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315B0A" w:rsidP="008C7EFF" w:rsidRDefault="00315B0A" w14:paraId="4CCF8E83" w14:textId="77777777">
      <w:pPr>
        <w:spacing w:after="0" w:line="240" w:lineRule="auto"/>
      </w:pPr>
      <w:r>
        <w:separator/>
      </w:r>
    </w:p>
  </w:endnote>
  <w:endnote w:type="continuationSeparator" w:id="0">
    <w:p w:rsidR="00315B0A" w:rsidP="008C7EFF" w:rsidRDefault="00315B0A" w14:paraId="4409E55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27F1B" w:rsidRDefault="00A27F1B" w14:paraId="7EA6E060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CD1983" w:rsidR="008C7EFF" w:rsidP="00CD1983" w:rsidRDefault="00CD1983" w14:paraId="412E07FE" w14:textId="39F16DE6">
    <w:pPr>
      <w:pStyle w:val="Footer"/>
      <w:jc w:val="center"/>
      <w:rPr>
        <w:rFonts w:ascii="Century Gothic" w:hAnsi="Century Gothic"/>
      </w:rPr>
    </w:pPr>
    <w:r w:rsidRPr="00CD1983">
      <w:rPr>
        <w:rFonts w:ascii="Century Gothic" w:hAnsi="Century Gothic"/>
      </w:rPr>
      <w:t xml:space="preserve">Homebrook Woods | Admissions Referral Form | Page </w:t>
    </w:r>
    <w:r w:rsidRPr="00CD1983">
      <w:rPr>
        <w:rFonts w:ascii="Century Gothic" w:hAnsi="Century Gothic"/>
      </w:rPr>
      <w:fldChar w:fldCharType="begin"/>
    </w:r>
    <w:r w:rsidRPr="00CD1983">
      <w:rPr>
        <w:rFonts w:ascii="Century Gothic" w:hAnsi="Century Gothic"/>
      </w:rPr>
      <w:instrText>PAGE   \* MERGEFORMAT</w:instrText>
    </w:r>
    <w:r w:rsidRPr="00CD1983">
      <w:rPr>
        <w:rFonts w:ascii="Century Gothic" w:hAnsi="Century Gothic"/>
      </w:rPr>
      <w:fldChar w:fldCharType="separate"/>
    </w:r>
    <w:r w:rsidRPr="00CD1983">
      <w:rPr>
        <w:rFonts w:ascii="Century Gothic" w:hAnsi="Century Gothic"/>
        <w:lang w:val="en-GB"/>
      </w:rPr>
      <w:t>1</w:t>
    </w:r>
    <w:r w:rsidRPr="00CD1983">
      <w:rPr>
        <w:rFonts w:ascii="Century Gothic" w:hAnsi="Century Gothic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27F1B" w:rsidRDefault="00A27F1B" w14:paraId="405DFC83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315B0A" w:rsidP="008C7EFF" w:rsidRDefault="00315B0A" w14:paraId="4D6BAFFC" w14:textId="77777777">
      <w:pPr>
        <w:spacing w:after="0" w:line="240" w:lineRule="auto"/>
      </w:pPr>
      <w:r>
        <w:separator/>
      </w:r>
    </w:p>
  </w:footnote>
  <w:footnote w:type="continuationSeparator" w:id="0">
    <w:p w:rsidR="00315B0A" w:rsidP="008C7EFF" w:rsidRDefault="00315B0A" w14:paraId="5DB3D34B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27F1B" w:rsidRDefault="00A27F1B" w14:paraId="3AA96C2A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Pr="008C7EFF" w:rsidR="008C7EFF" w:rsidP="008C7EFF" w:rsidRDefault="008C7EFF" w14:paraId="5061D347" w14:textId="70AD0DA5">
    <w:pPr>
      <w:pStyle w:val="Header"/>
      <w:jc w:val="right"/>
      <w:rPr>
        <w:rFonts w:ascii="Century Gothic" w:hAnsi="Century Gothic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1EBB1891" wp14:editId="501E588D">
          <wp:simplePos x="0" y="0"/>
          <wp:positionH relativeFrom="margin">
            <wp:posOffset>-850811</wp:posOffset>
          </wp:positionH>
          <wp:positionV relativeFrom="paragraph">
            <wp:posOffset>-438623</wp:posOffset>
          </wp:positionV>
          <wp:extent cx="497434" cy="497434"/>
          <wp:effectExtent l="0" t="0" r="0" b="0"/>
          <wp:wrapNone/>
          <wp:docPr id="68150860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7434" cy="4974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37524">
      <w:rPr>
        <w:rFonts w:ascii="Century Gothic" w:hAnsi="Century Gothic"/>
      </w:rPr>
      <w:t>H</w:t>
    </w:r>
    <w:r w:rsidR="00D21664">
      <w:rPr>
        <w:rFonts w:ascii="Century Gothic" w:hAnsi="Century Gothic"/>
      </w:rPr>
      <w:t>OMEBROOK WOODS |</w:t>
    </w:r>
    <w:r w:rsidRPr="008C7EFF">
      <w:rPr>
        <w:rFonts w:ascii="Century Gothic" w:hAnsi="Century Gothic"/>
      </w:rPr>
      <w:t>Admissions Referral Form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27F1B" w:rsidRDefault="00A27F1B" w14:paraId="45FB8BF7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hint="default" w:ascii="Symbol" w:hAnsi="Symbol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9" w15:restartNumberingAfterBreak="0">
    <w:nsid w:val="5D2B0476"/>
    <w:multiLevelType w:val="multilevel"/>
    <w:tmpl w:val="B74A0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 w16cid:durableId="1218667599">
    <w:abstractNumId w:val="8"/>
  </w:num>
  <w:num w:numId="2" w16cid:durableId="84812452">
    <w:abstractNumId w:val="6"/>
  </w:num>
  <w:num w:numId="3" w16cid:durableId="623509801">
    <w:abstractNumId w:val="5"/>
  </w:num>
  <w:num w:numId="4" w16cid:durableId="1946645110">
    <w:abstractNumId w:val="4"/>
  </w:num>
  <w:num w:numId="5" w16cid:durableId="1550531358">
    <w:abstractNumId w:val="7"/>
  </w:num>
  <w:num w:numId="6" w16cid:durableId="419983801">
    <w:abstractNumId w:val="3"/>
  </w:num>
  <w:num w:numId="7" w16cid:durableId="1435056963">
    <w:abstractNumId w:val="2"/>
  </w:num>
  <w:num w:numId="8" w16cid:durableId="614479571">
    <w:abstractNumId w:val="1"/>
  </w:num>
  <w:num w:numId="9" w16cid:durableId="1204058516">
    <w:abstractNumId w:val="0"/>
  </w:num>
  <w:num w:numId="10" w16cid:durableId="34933759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1406C"/>
    <w:rsid w:val="00021289"/>
    <w:rsid w:val="00034616"/>
    <w:rsid w:val="0004342A"/>
    <w:rsid w:val="00057152"/>
    <w:rsid w:val="0006063C"/>
    <w:rsid w:val="000801DF"/>
    <w:rsid w:val="000A6820"/>
    <w:rsid w:val="000A76AB"/>
    <w:rsid w:val="000B5389"/>
    <w:rsid w:val="000E543B"/>
    <w:rsid w:val="000E64B6"/>
    <w:rsid w:val="000F11D9"/>
    <w:rsid w:val="00134510"/>
    <w:rsid w:val="00137524"/>
    <w:rsid w:val="0015074B"/>
    <w:rsid w:val="00196722"/>
    <w:rsid w:val="001C5C0A"/>
    <w:rsid w:val="00200D2D"/>
    <w:rsid w:val="00255878"/>
    <w:rsid w:val="0029639D"/>
    <w:rsid w:val="002D374F"/>
    <w:rsid w:val="00315B0A"/>
    <w:rsid w:val="00316E22"/>
    <w:rsid w:val="00326F90"/>
    <w:rsid w:val="00344007"/>
    <w:rsid w:val="003452D3"/>
    <w:rsid w:val="003601AE"/>
    <w:rsid w:val="00392AC4"/>
    <w:rsid w:val="003B2D06"/>
    <w:rsid w:val="003B7AC2"/>
    <w:rsid w:val="003D4EDB"/>
    <w:rsid w:val="003E527C"/>
    <w:rsid w:val="003F1871"/>
    <w:rsid w:val="00400875"/>
    <w:rsid w:val="00457E11"/>
    <w:rsid w:val="004840E1"/>
    <w:rsid w:val="004A79AB"/>
    <w:rsid w:val="004E21E2"/>
    <w:rsid w:val="00566031"/>
    <w:rsid w:val="00595601"/>
    <w:rsid w:val="005C1085"/>
    <w:rsid w:val="0060034F"/>
    <w:rsid w:val="00610261"/>
    <w:rsid w:val="00646D3D"/>
    <w:rsid w:val="00650A39"/>
    <w:rsid w:val="006643E0"/>
    <w:rsid w:val="00691D86"/>
    <w:rsid w:val="006E751A"/>
    <w:rsid w:val="007114EC"/>
    <w:rsid w:val="00712AC5"/>
    <w:rsid w:val="00722158"/>
    <w:rsid w:val="00734F80"/>
    <w:rsid w:val="00741CA2"/>
    <w:rsid w:val="00752C4D"/>
    <w:rsid w:val="007869BE"/>
    <w:rsid w:val="007A1599"/>
    <w:rsid w:val="007C6DA9"/>
    <w:rsid w:val="00835B82"/>
    <w:rsid w:val="008C0702"/>
    <w:rsid w:val="008C1ACC"/>
    <w:rsid w:val="008C7EFF"/>
    <w:rsid w:val="008E75D1"/>
    <w:rsid w:val="008F4678"/>
    <w:rsid w:val="00936C25"/>
    <w:rsid w:val="0093797A"/>
    <w:rsid w:val="009457DE"/>
    <w:rsid w:val="00947B06"/>
    <w:rsid w:val="009726CB"/>
    <w:rsid w:val="0098592E"/>
    <w:rsid w:val="00987944"/>
    <w:rsid w:val="009A26B1"/>
    <w:rsid w:val="009C2BD8"/>
    <w:rsid w:val="009F6BBD"/>
    <w:rsid w:val="00A27F1B"/>
    <w:rsid w:val="00A43DD9"/>
    <w:rsid w:val="00A53877"/>
    <w:rsid w:val="00A96340"/>
    <w:rsid w:val="00AA1D8D"/>
    <w:rsid w:val="00AD699F"/>
    <w:rsid w:val="00AE10ED"/>
    <w:rsid w:val="00B0426B"/>
    <w:rsid w:val="00B12DBB"/>
    <w:rsid w:val="00B21E8F"/>
    <w:rsid w:val="00B43CF8"/>
    <w:rsid w:val="00B47730"/>
    <w:rsid w:val="00B6373F"/>
    <w:rsid w:val="00BB47A1"/>
    <w:rsid w:val="00BC130A"/>
    <w:rsid w:val="00BC6155"/>
    <w:rsid w:val="00BD0D9B"/>
    <w:rsid w:val="00BE0F80"/>
    <w:rsid w:val="00C036E3"/>
    <w:rsid w:val="00C11912"/>
    <w:rsid w:val="00C302A4"/>
    <w:rsid w:val="00C362FB"/>
    <w:rsid w:val="00C402DE"/>
    <w:rsid w:val="00C41FA2"/>
    <w:rsid w:val="00CB0664"/>
    <w:rsid w:val="00CD1983"/>
    <w:rsid w:val="00CD5D21"/>
    <w:rsid w:val="00CD711A"/>
    <w:rsid w:val="00D076F4"/>
    <w:rsid w:val="00D21664"/>
    <w:rsid w:val="00D34B24"/>
    <w:rsid w:val="00D36AE4"/>
    <w:rsid w:val="00D52F10"/>
    <w:rsid w:val="00D663C0"/>
    <w:rsid w:val="00DA0368"/>
    <w:rsid w:val="00E07DED"/>
    <w:rsid w:val="00E12A17"/>
    <w:rsid w:val="00E26481"/>
    <w:rsid w:val="00E92C70"/>
    <w:rsid w:val="00EC7A25"/>
    <w:rsid w:val="00ED0BF3"/>
    <w:rsid w:val="00ED1D60"/>
    <w:rsid w:val="00F06F00"/>
    <w:rsid w:val="00F96FF0"/>
    <w:rsid w:val="00FA43E6"/>
    <w:rsid w:val="00FA69E8"/>
    <w:rsid w:val="00FB2385"/>
    <w:rsid w:val="00FB7374"/>
    <w:rsid w:val="00FC693F"/>
    <w:rsid w:val="74D7B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A108923"/>
  <w14:defaultImageDpi w14:val="300"/>
  <w15:docId w15:val="{B2BC6F58-7182-4927-A2A5-F6D78CBDF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C693F"/>
    <w:rPr>
      <w:rFonts w:ascii="Aptos" w:hAnsi="Aptos" w:eastAsia="Aptos"/>
      <w:sz w:val="21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styleId="Heading1Char" w:customStyle="1">
    <w:name w:val="Heading 1 Char"/>
    <w:basedOn w:val="DefaultParagraphFont"/>
    <w:link w:val="Heading1"/>
    <w:uiPriority w:val="9"/>
    <w:rsid w:val="00FC693F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rsid w:val="00FC693F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rsid w:val="00FC693F"/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1">
    <w:name w:val="Title Char"/>
    <w:basedOn w:val="DefaultParagraphFont"/>
    <w:link w:val="Title"/>
    <w:uiPriority w:val="10"/>
    <w:rsid w:val="00FC693F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1">
    <w:name w:val="Subtitle Char"/>
    <w:basedOn w:val="DefaultParagraphFont"/>
    <w:link w:val="Subtitle"/>
    <w:uiPriority w:val="11"/>
    <w:rsid w:val="00FC693F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styleId="BodyTextChar" w:customStyle="1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styleId="BodyText2Char" w:customStyle="1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styleId="BodyText3Char" w:customStyle="1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styleId="MacroTextChar" w:customStyle="1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styleId="QuoteChar" w:customStyle="1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FC693F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FC693F"/>
    <w:rPr>
      <w:rFonts w:asciiTheme="majorHAnsi" w:hAnsiTheme="majorHAnsi" w:eastAsiaTheme="majorEastAsia" w:cstheme="majorBidi"/>
      <w:color w:val="243F60" w:themeColor="accent1" w:themeShade="7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FC693F"/>
    <w:rPr>
      <w:rFonts w:asciiTheme="majorHAnsi" w:hAnsiTheme="majorHAnsi" w:eastAsiaTheme="majorEastAsia" w:cstheme="majorBidi"/>
      <w:i/>
      <w:iCs/>
      <w:color w:val="243F60" w:themeColor="accent1" w:themeShade="7F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FC693F"/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FC693F"/>
    <w:rPr>
      <w:rFonts w:asciiTheme="majorHAnsi" w:hAnsiTheme="majorHAnsi" w:eastAsiaTheme="majorEastAsia" w:cstheme="majorBidi"/>
      <w:color w:val="4F81BD" w:themeColor="accent1"/>
      <w:sz w:val="20"/>
      <w:szCs w:val="20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FC693F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yperlink">
    <w:name w:val="Hyperlink"/>
    <w:basedOn w:val="DefaultParagraphFont"/>
    <w:uiPriority w:val="99"/>
    <w:unhideWhenUsed/>
    <w:rsid w:val="00835B82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35B82"/>
    <w:rPr>
      <w:color w:val="605E5C"/>
      <w:shd w:val="clear" w:color="auto" w:fill="E1DFDD"/>
    </w:rPr>
  </w:style>
  <w:style w:type="table" w:styleId="GridTable4-Accent3">
    <w:name w:val="Grid Table 4 Accent 3"/>
    <w:basedOn w:val="TableNormal"/>
    <w:uiPriority w:val="49"/>
    <w:rsid w:val="008C1ACC"/>
    <w:pPr>
      <w:spacing w:after="0" w:line="240" w:lineRule="auto"/>
    </w:pPr>
    <w:tblPr>
      <w:tblStyleRowBandSize w:val="1"/>
      <w:tblStyleColBandSize w:val="1"/>
      <w:tblBorders>
        <w:top w:val="single" w:color="C2D69B" w:themeColor="accent3" w:themeTint="99" w:sz="4" w:space="0"/>
        <w:left w:val="single" w:color="C2D69B" w:themeColor="accent3" w:themeTint="99" w:sz="4" w:space="0"/>
        <w:bottom w:val="single" w:color="C2D69B" w:themeColor="accent3" w:themeTint="99" w:sz="4" w:space="0"/>
        <w:right w:val="single" w:color="C2D69B" w:themeColor="accent3" w:themeTint="99" w:sz="4" w:space="0"/>
        <w:insideH w:val="single" w:color="C2D69B" w:themeColor="accent3" w:themeTint="99" w:sz="4" w:space="0"/>
        <w:insideV w:val="single" w:color="C2D69B" w:themeColor="accent3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9BBB59" w:themeColor="accent3" w:sz="4" w:space="0"/>
          <w:left w:val="single" w:color="9BBB59" w:themeColor="accent3" w:sz="4" w:space="0"/>
          <w:bottom w:val="single" w:color="9BBB59" w:themeColor="accent3" w:sz="4" w:space="0"/>
          <w:right w:val="single" w:color="9BBB59" w:themeColor="accent3" w:sz="4" w:space="0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color="9BBB59" w:themeColor="accent3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GridTable6ColourfulAccent3">
    <w:name w:val="Grid Table 6 Colorful Accent 3"/>
    <w:basedOn w:val="TableNormal"/>
    <w:uiPriority w:val="51"/>
    <w:rsid w:val="00457E11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color="C2D69B" w:themeColor="accent3" w:themeTint="99" w:sz="4" w:space="0"/>
        <w:left w:val="single" w:color="C2D69B" w:themeColor="accent3" w:themeTint="99" w:sz="4" w:space="0"/>
        <w:bottom w:val="single" w:color="C2D69B" w:themeColor="accent3" w:themeTint="99" w:sz="4" w:space="0"/>
        <w:right w:val="single" w:color="C2D69B" w:themeColor="accent3" w:themeTint="99" w:sz="4" w:space="0"/>
        <w:insideH w:val="single" w:color="C2D69B" w:themeColor="accent3" w:themeTint="99" w:sz="4" w:space="0"/>
        <w:insideV w:val="single" w:color="C2D69B" w:themeColor="accent3" w:themeTint="99" w:sz="4" w:space="0"/>
      </w:tblBorders>
    </w:tblPr>
    <w:tblStylePr w:type="firstRow">
      <w:rPr>
        <w:b/>
        <w:bCs/>
      </w:rPr>
      <w:tblPr/>
      <w:tcPr>
        <w:tcBorders>
          <w:bottom w:val="single" w:color="C2D69B" w:themeColor="accent3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C2D69B" w:themeColor="accent3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GridTable1Light-Accent3">
    <w:name w:val="Grid Table 1 Light Accent 3"/>
    <w:basedOn w:val="TableNormal"/>
    <w:uiPriority w:val="46"/>
    <w:rsid w:val="000E543B"/>
    <w:pPr>
      <w:spacing w:after="0" w:line="240" w:lineRule="auto"/>
    </w:pPr>
    <w:tblPr>
      <w:tblStyleRowBandSize w:val="1"/>
      <w:tblStyleColBandSize w:val="1"/>
      <w:tblBorders>
        <w:top w:val="single" w:color="D6E3BC" w:themeColor="accent3" w:themeTint="66" w:sz="4" w:space="0"/>
        <w:left w:val="single" w:color="D6E3BC" w:themeColor="accent3" w:themeTint="66" w:sz="4" w:space="0"/>
        <w:bottom w:val="single" w:color="D6E3BC" w:themeColor="accent3" w:themeTint="66" w:sz="4" w:space="0"/>
        <w:right w:val="single" w:color="D6E3BC" w:themeColor="accent3" w:themeTint="66" w:sz="4" w:space="0"/>
        <w:insideH w:val="single" w:color="D6E3BC" w:themeColor="accent3" w:themeTint="66" w:sz="4" w:space="0"/>
        <w:insideV w:val="single" w:color="D6E3BC" w:themeColor="accent3" w:themeTint="66" w:sz="4" w:space="0"/>
      </w:tblBorders>
    </w:tblPr>
    <w:tblStylePr w:type="firstRow">
      <w:rPr>
        <w:b/>
        <w:bCs/>
      </w:rPr>
      <w:tblPr/>
      <w:tcPr>
        <w:tcBorders>
          <w:bottom w:val="single" w:color="C2D69B" w:themeColor="accent3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C2D69B" w:themeColor="accent3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5Dark-Accent3">
    <w:name w:val="Grid Table 5 Dark Accent 3"/>
    <w:basedOn w:val="TableNormal"/>
    <w:uiPriority w:val="50"/>
    <w:rsid w:val="006643E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9BBB59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9BBB59" w:themeFill="accent3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D6E3BC" w:themeFill="accent3" w:themeFillTint="66"/>
      </w:tcPr>
    </w:tblStylePr>
  </w:style>
  <w:style w:type="table" w:styleId="ListTable3-Accent3">
    <w:name w:val="List Table 3 Accent 3"/>
    <w:basedOn w:val="TableNormal"/>
    <w:uiPriority w:val="48"/>
    <w:rsid w:val="006643E0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color="9BBB59" w:themeColor="accent3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9BBB59" w:themeColor="accent3" w:sz="4" w:space="0"/>
          <w:right w:val="single" w:color="9BBB59" w:themeColor="accent3" w:sz="4" w:space="0"/>
        </w:tcBorders>
      </w:tcPr>
    </w:tblStylePr>
    <w:tblStylePr w:type="band1Horz">
      <w:tblPr/>
      <w:tcPr>
        <w:tcBorders>
          <w:top w:val="single" w:color="9BBB59" w:themeColor="accent3" w:sz="4" w:space="0"/>
          <w:bottom w:val="single" w:color="9BBB59" w:themeColor="accent3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9BBB59" w:themeColor="accent3" w:sz="4" w:space="0"/>
          <w:left w:val="nil"/>
        </w:tcBorders>
      </w:tcPr>
    </w:tblStylePr>
    <w:tblStylePr w:type="swCell">
      <w:tblPr/>
      <w:tcPr>
        <w:tcBorders>
          <w:top w:val="double" w:color="9BBB59" w:themeColor="accent3" w:sz="4" w:space="0"/>
          <w:right w:val="nil"/>
        </w:tcBorders>
      </w:tcPr>
    </w:tblStylePr>
  </w:style>
  <w:style w:type="table" w:styleId="GridTable4">
    <w:name w:val="Grid Table 4"/>
    <w:basedOn w:val="TableNormal"/>
    <w:uiPriority w:val="49"/>
    <w:rsid w:val="00400875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color="000000" w:themeColor="tex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urful">
    <w:name w:val="Grid Table 6 Colorful"/>
    <w:basedOn w:val="TableNormal"/>
    <w:uiPriority w:val="51"/>
    <w:rsid w:val="00400875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</w:rPr>
      <w:tblPr/>
      <w:tcPr>
        <w:tcBorders>
          <w:bottom w:val="single" w:color="666666" w:themeColor="tex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footer" Target="footer1.xml" Id="rId13" /><Relationship Type="http://schemas.openxmlformats.org/officeDocument/2006/relationships/theme" Target="theme/theme1.xml" Id="rId1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header" Target="header2.xml" Id="rId12" /><Relationship Type="http://schemas.openxmlformats.org/officeDocument/2006/relationships/fontTable" Target="fontTable.xml" Id="rId17" /><Relationship Type="http://schemas.openxmlformats.org/officeDocument/2006/relationships/numbering" Target="numbering.xml" Id="rId2" /><Relationship Type="http://schemas.openxmlformats.org/officeDocument/2006/relationships/footer" Target="footer3.xml" Id="rId16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header" Target="header1.xml" Id="rId11" /><Relationship Type="http://schemas.openxmlformats.org/officeDocument/2006/relationships/webSettings" Target="webSettings.xml" Id="rId5" /><Relationship Type="http://schemas.openxmlformats.org/officeDocument/2006/relationships/header" Target="header3.xml" Id="rId15" /><Relationship Type="http://schemas.openxmlformats.org/officeDocument/2006/relationships/hyperlink" Target="mailto:admissions@homebrookwoods.co.uk" TargetMode="External" Id="rId10" /><Relationship Type="http://schemas.openxmlformats.org/officeDocument/2006/relationships/settings" Target="settings.xml" Id="rId4" /><Relationship Type="http://schemas.openxmlformats.org/officeDocument/2006/relationships/hyperlink" Target="mailto:admissions@homebrookwoods.co.uk" TargetMode="External" Id="rId9" /><Relationship Type="http://schemas.openxmlformats.org/officeDocument/2006/relationships/footer" Target="footer2.xml" Id="rId14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Manager/>
  <ap:Company/>
  <ap:SharedDoc>false</ap:SharedDoc>
  <ap:HyperlinkBase/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python-docx</dc:creator>
  <keywords/>
  <dc:description>generated by python-docx</dc:description>
  <lastModifiedBy>Guest User</lastModifiedBy>
  <revision>85</revision>
  <dcterms:created xsi:type="dcterms:W3CDTF">2026-07-19T08:53:00.0000000Z</dcterms:created>
  <dcterms:modified xsi:type="dcterms:W3CDTF">2026-07-28T12:44:00.2057239Z</dcterms:modified>
  <category/>
</coreProperties>
</file>